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D374" w14:textId="77777777" w:rsidR="00E607B5" w:rsidRDefault="00D91D22">
      <w:pPr>
        <w:spacing w:after="340"/>
        <w:ind w:left="0" w:right="0"/>
        <w:jc w:val="center"/>
      </w:pPr>
      <w:r>
        <w:rPr>
          <w:rFonts w:ascii="Times New Roman" w:hAnsi="Times New Roman" w:cs="Times New Roman" w:eastAsia="Times New Roman"/>
          <w:noProof/>
        </w:rPr>
        <w:drawing>
          <wp:inline distT="0" distB="0" distL="0" distR="0" wp14:anchorId="78862F42" wp14:editId="4ECFFB4D">
            <wp:extent cx="6483600" cy="1175152"/>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483600" cy="1175152"/>
                    </a:xfrm>
                    <a:prstGeom prst="rect">
                      <a:avLst/>
                    </a:prstGeom>
                  </pic:spPr>
                </pic:pic>
              </a:graphicData>
            </a:graphic>
          </wp:inline>
        </w:drawing>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8"/>
        <w:gridCol w:w="3118"/>
        <w:gridCol w:w="3119"/>
      </w:tblGrid>
      <w:tr w:rsidR="00E607B5" w14:paraId="0D48A2B7" w14:textId="77777777">
        <w:tblPrEx>
          <w:tblCellMar>
            <w:top w:w="0" w:type="dxa"/>
            <w:bottom w:w="0" w:type="dxa"/>
          </w:tblCellMar>
        </w:tblPrEx>
        <w:tc>
          <w:tcPr>
            <w:tcW w:w="3118" w:type="dxa"/>
            <w:tcMar>
              <w:top w:w="60" w:type="dxa"/>
              <w:left w:w="90" w:type="dxa"/>
              <w:bottom w:w="60" w:type="dxa"/>
              <w:right w:w="90" w:type="dxa"/>
            </w:tcMar>
          </w:tcPr>
          <w:p w14:paraId="1AA6E54E" w14:textId="77777777" w:rsidR="00E607B5" w:rsidRDefault="00D91D22">
            <w:pPr>
              <w:spacing w:line="258" w:lineRule="auto"/>
              <w:jc w:val="center"/>
            </w:pPr>
            <w:r>
              <w:rPr>
                <w:rFonts w:ascii="Times New Roman" w:hAnsi="Times New Roman" w:cs="Times New Roman" w:eastAsia="Times New Roman"/>
                <w:color w:val="595959"/>
                <w:sz w:val="17"/>
                <w:szCs w:val="17"/>
              </w:rPr>
              <w:t>УТВЪРДИЛ</w:t>
            </w:r>
          </w:p>
          <w:p w14:paraId="0FB7A4D9" w14:textId="77777777" w:rsidR="00E607B5" w:rsidRDefault="00D91D22">
            <w:pPr>
              <w:spacing w:line="258" w:lineRule="auto"/>
              <w:jc w:val="center"/>
            </w:pPr>
            <w:r>
              <w:rPr>
                <w:rFonts w:ascii="Times New Roman" w:hAnsi="Times New Roman" w:cs="Times New Roman" w:eastAsia="Times New Roman"/>
                <w:b/>
                <w:bCs/>
                <w:color w:val="000000"/>
                <w:sz w:val="19"/>
                <w:szCs w:val="19"/>
              </w:rPr>
              <w:t>ДИРЕКТОР</w:t>
            </w:r>
          </w:p>
          <w:p w14:paraId="133BE590" w14:textId="77777777" w:rsidR="00E607B5" w:rsidRDefault="00D91D22">
            <w:pPr>
              <w:spacing w:line="258" w:lineRule="auto"/>
              <w:jc w:val="center"/>
            </w:pPr>
            <w:r>
              <w:rPr>
                <w:rFonts w:ascii="Times New Roman" w:hAnsi="Times New Roman" w:cs="Times New Roman" w:eastAsia="Times New Roman"/>
                <w:color w:val="595959"/>
                <w:sz w:val="18"/>
                <w:szCs w:val="18"/>
              </w:rPr>
              <w:t>инж. Христина Жабова</w:t>
            </w:r>
          </w:p>
        </w:tc>
        <w:tc>
          <w:tcPr>
            <w:tcW w:w="3118" w:type="dxa"/>
            <w:tcMar>
              <w:top w:w="60" w:type="dxa"/>
              <w:left w:w="90" w:type="dxa"/>
              <w:bottom w:w="60" w:type="dxa"/>
              <w:right w:w="90" w:type="dxa"/>
            </w:tcMar>
          </w:tcPr>
          <w:p w14:paraId="7BE278C9" w14:textId="77777777" w:rsidR="00E607B5" w:rsidRDefault="00D91D22">
            <w:pPr>
              <w:spacing w:line="258" w:lineRule="auto"/>
              <w:jc w:val="center"/>
            </w:pPr>
            <w:r>
              <w:rPr>
                <w:rFonts w:ascii="Times New Roman" w:hAnsi="Times New Roman" w:cs="Times New Roman" w:eastAsia="Times New Roman"/>
                <w:color w:val="595959"/>
                <w:sz w:val="17"/>
                <w:szCs w:val="17"/>
              </w:rPr>
              <w:t>СЪГЛАСУВАЛ</w:t>
            </w:r>
          </w:p>
          <w:p w14:paraId="3A40AF0E" w14:textId="77777777" w:rsidR="00E607B5" w:rsidRDefault="00D91D22">
            <w:pPr>
              <w:spacing w:line="258" w:lineRule="auto"/>
              <w:jc w:val="center"/>
            </w:pPr>
            <w:r>
              <w:rPr>
                <w:rFonts w:ascii="Times New Roman" w:hAnsi="Times New Roman" w:cs="Times New Roman" w:eastAsia="Times New Roman"/>
                <w:b/>
                <w:bCs/>
                <w:color w:val="000000"/>
                <w:sz w:val="19"/>
                <w:szCs w:val="19"/>
              </w:rPr>
              <w:t>Председател на Обществения съвет</w:t>
            </w:r>
          </w:p>
          <w:p w14:paraId="5E8885A0" w14:textId="77777777" w:rsidR="00E607B5" w:rsidRDefault="00D91D22">
            <w:pPr>
              <w:spacing w:line="258" w:lineRule="auto"/>
              <w:jc w:val="center"/>
            </w:pPr>
            <w:r>
              <w:rPr>
                <w:rFonts w:ascii="Times New Roman" w:hAnsi="Times New Roman" w:cs="Times New Roman" w:eastAsia="Times New Roman"/>
                <w:color w:val="595959"/>
                <w:sz w:val="18"/>
                <w:szCs w:val="18"/>
              </w:rPr>
              <w:t>Живко Йорданов</w:t>
            </w:r>
          </w:p>
        </w:tc>
        <w:tc>
          <w:tcPr>
            <w:tcW w:w="3119" w:type="dxa"/>
            <w:tcMar>
              <w:top w:w="60" w:type="dxa"/>
              <w:left w:w="90" w:type="dxa"/>
              <w:bottom w:w="60" w:type="dxa"/>
              <w:right w:w="90" w:type="dxa"/>
            </w:tcMar>
          </w:tcPr>
          <w:p w14:paraId="367B274A" w14:textId="77777777" w:rsidR="00E607B5" w:rsidRDefault="00D91D22">
            <w:pPr>
              <w:spacing w:line="258" w:lineRule="auto"/>
              <w:jc w:val="center"/>
            </w:pPr>
            <w:r>
              <w:rPr>
                <w:rFonts w:ascii="Times New Roman" w:hAnsi="Times New Roman" w:cs="Times New Roman" w:eastAsia="Times New Roman"/>
                <w:color w:val="595959"/>
                <w:sz w:val="17"/>
                <w:szCs w:val="17"/>
              </w:rPr>
              <w:t>СЪГЛАСУВАЛ</w:t>
            </w:r>
          </w:p>
          <w:p w14:paraId="2D9F0565" w14:textId="77777777" w:rsidR="00E607B5" w:rsidRDefault="00D91D22">
            <w:pPr>
              <w:spacing w:line="258" w:lineRule="auto"/>
              <w:jc w:val="center"/>
            </w:pPr>
            <w:r>
              <w:rPr>
                <w:rFonts w:ascii="Times New Roman" w:hAnsi="Times New Roman" w:cs="Times New Roman" w:eastAsia="Times New Roman"/>
                <w:b/>
                <w:bCs/>
                <w:color w:val="000000"/>
                <w:sz w:val="19"/>
                <w:szCs w:val="19"/>
              </w:rPr>
              <w:t>Председател на синдикалната организация</w:t>
            </w:r>
          </w:p>
          <w:p w14:paraId="489EC06B" w14:textId="77777777" w:rsidR="00E607B5" w:rsidRDefault="00D91D22">
            <w:pPr>
              <w:spacing w:line="258" w:lineRule="auto"/>
              <w:jc w:val="center"/>
            </w:pPr>
            <w:r>
              <w:rPr>
                <w:rFonts w:ascii="Times New Roman" w:hAnsi="Times New Roman" w:cs="Times New Roman" w:eastAsia="Times New Roman"/>
                <w:color w:val="595959"/>
                <w:sz w:val="18"/>
                <w:szCs w:val="18"/>
              </w:rPr>
              <w:t>КТ „Подкрепа“ – Живко Жеков</w:t>
            </w:r>
          </w:p>
        </w:tc>
      </w:tr>
    </w:tbl>
    <w:p w14:paraId="3696F1CA" w14:textId="77777777" w:rsidR="00E607B5" w:rsidRDefault="00E607B5">
      <w:pPr>
        <w:spacing w:after="380" w:line="288" w:lineRule="auto"/>
        <w:jc w:val="both"/>
      </w:pPr>
    </w:p>
    <w:p w14:paraId="57C6ABC5" w14:textId="77777777" w:rsidR="00E607B5" w:rsidRDefault="00D91D22">
      <w:pPr>
        <w:spacing w:after="60" w:line="288" w:lineRule="auto"/>
        <w:jc w:val="center"/>
      </w:pPr>
      <w:r>
        <w:rPr>
          <w:rFonts w:ascii="Times New Roman" w:hAnsi="Times New Roman" w:cs="Times New Roman" w:eastAsia="Times New Roman"/>
          <w:b/>
          <w:bCs/>
          <w:color w:val="000000"/>
          <w:sz w:val="50"/>
          <w:szCs w:val="50"/>
        </w:rPr>
        <w:t>ПРАВИЛНИК</w:t>
      </w:r>
    </w:p>
    <w:p w14:paraId="7BB89927" w14:textId="77777777" w:rsidR="00E607B5" w:rsidRDefault="00D91D22">
      <w:pPr>
        <w:spacing w:after="200" w:line="288" w:lineRule="auto"/>
        <w:jc w:val="center"/>
      </w:pPr>
      <w:r>
        <w:rPr>
          <w:rFonts w:ascii="Times New Roman" w:hAnsi="Times New Roman" w:cs="Times New Roman" w:eastAsia="Times New Roman"/>
          <w:b/>
          <w:bCs/>
          <w:color w:val="000000"/>
          <w:sz w:val="26"/>
          <w:szCs w:val="26"/>
        </w:rPr>
        <w:t>ЗА ДЕЙНОСТТА НА УЧИЛИЩЕТО</w:t>
      </w:r>
    </w:p>
    <w:p w14:paraId="73D85F48" w14:textId="77777777" w:rsidR="00E607B5" w:rsidRDefault="00D91D22">
      <w:pPr>
        <w:pBdr>
          <w:bottom w:val="single" w:sz="12" w:space="10" w:color="000000"/>
        </w:pBdr>
        <w:spacing w:after="240"/>
        <w:jc w:val="center"/>
      </w:pPr>
      <w:r>
        <w:rPr>
          <w:rFonts w:ascii="Times New Roman" w:hAnsi="Times New Roman" w:cs="Times New Roman" w:eastAsia="Times New Roman"/>
          <w:b/>
          <w:bCs/>
          <w:color w:val="000000"/>
          <w:sz w:val="28"/>
          <w:szCs w:val="28"/>
        </w:rPr>
        <w:t>учебна 2026 / 2027 година</w:t>
      </w:r>
    </w:p>
    <w:p w14:paraId="4ECC3F92" w14:textId="77777777" w:rsidR="00E607B5" w:rsidRDefault="00D91D22">
      <w:pPr>
        <w:spacing w:after="40" w:line="288" w:lineRule="auto"/>
        <w:jc w:val="center"/>
      </w:pPr>
      <w:r>
        <w:rPr>
          <w:rFonts w:ascii="Times New Roman" w:hAnsi="Times New Roman" w:cs="Times New Roman" w:eastAsia="Times New Roman"/>
          <w:sz w:val="21"/>
          <w:szCs w:val="21"/>
        </w:rPr>
        <w:t>ПРОФЕСИОНАЛНА ГИМНАЗИЯ ПО МОРСКО КОРАБОПЛАВАНЕ И РИБОЛОВ</w:t>
      </w:r>
    </w:p>
    <w:p w14:paraId="0CAFABF8" w14:textId="77777777" w:rsidR="00E607B5" w:rsidRDefault="00D91D22">
      <w:pPr>
        <w:spacing w:after="440" w:line="288" w:lineRule="auto"/>
        <w:jc w:val="center"/>
      </w:pPr>
      <w:r>
        <w:rPr>
          <w:rFonts w:ascii="Times New Roman" w:hAnsi="Times New Roman" w:cs="Times New Roman" w:eastAsia="Times New Roman"/>
          <w:b/>
          <w:bCs/>
          <w:sz w:val="23"/>
          <w:szCs w:val="23"/>
        </w:rPr>
        <w:t>„СВЕТИ НИКОЛА“ – ГР. БУРГАС</w:t>
      </w:r>
    </w:p>
    <w:p w14:paraId="4A64FA19" w14:textId="77777777" w:rsidR="00E607B5" w:rsidRDefault="00D91D22">
      <w:pPr>
        <w:spacing w:line="288" w:lineRule="auto"/>
        <w:jc w:val="center"/>
      </w:pPr>
      <w:r>
        <w:rPr>
          <w:rFonts w:ascii="Times New Roman" w:hAnsi="Times New Roman" w:cs="Times New Roman" w:eastAsia="Times New Roman"/>
          <w:color w:val="595959"/>
          <w:sz w:val="19"/>
          <w:szCs w:val="19"/>
        </w:rPr>
        <w:t>Приет с решение на Педагогическия съвет – Протокол № ......... / .........09.2026 г.</w:t>
      </w:r>
    </w:p>
    <w:p w14:paraId="1EDB62FB" w14:textId="77777777" w:rsidR="00E607B5" w:rsidRDefault="00D91D22">
      <w:r>
        <w:rPr>
          <w:rFonts w:ascii="Times New Roman" w:hAnsi="Times New Roman" w:cs="Times New Roman" w:eastAsia="Times New Roman"/>
        </w:rPr>
        <w:br w:type="page"/>
      </w:r>
    </w:p>
    <w:p w14:paraId="6170FF1D"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lastRenderedPageBreak/>
        <w:t>ОБЩА ЧАСТ</w:t>
      </w:r>
    </w:p>
    <w:p w14:paraId="46F7E3C3" w14:textId="77777777" w:rsidR="00E607B5" w:rsidRDefault="00D91D22">
      <w:pPr>
        <w:pBdr>
          <w:left w:val="single" w:sz="18" w:space="12" w:color="000000"/>
        </w:pBdr>
        <w:shd w:val="clear" w:color="auto" w:fill="F2F2F2"/>
        <w:spacing w:before="80" w:after="170" w:line="288" w:lineRule="auto"/>
        <w:ind w:left="200" w:right="200"/>
        <w:jc w:val="both"/>
      </w:pPr>
      <w:r>
        <w:rPr>
          <w:rFonts w:ascii="Times New Roman" w:hAnsi="Times New Roman" w:cs="Times New Roman" w:eastAsia="Times New Roman"/>
          <w:sz w:val="21"/>
          <w:szCs w:val="21"/>
        </w:rPr>
        <w:t>С настоящият правилник се урежда организацията на учебният процес, структурата и функциите на органите за управление на училището, основните принципи на дейността му, както и правата и задълженията на учениците, педагогическите специалисти и родителите.</w:t>
      </w:r>
    </w:p>
    <w:p w14:paraId="2EE97CB8"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СЪДЪРЖАНИЕ</w:t>
      </w:r>
    </w:p>
    <w:p w14:paraId="4E626041" w14:textId="77777777" w:rsidR="00E607B5" w:rsidRDefault="00D91D22">
      <w:pPr>
        <w:spacing w:after="60" w:line="272" w:lineRule="auto"/>
        <w:ind w:left="320"/>
      </w:pPr>
      <w:r>
        <w:rPr>
          <w:rFonts w:ascii="Times New Roman" w:hAnsi="Times New Roman" w:cs="Times New Roman" w:eastAsia="Times New Roman"/>
          <w:color w:val="000000"/>
          <w:sz w:val="21"/>
          <w:szCs w:val="21"/>
        </w:rPr>
        <w:t>РЪКОВОДСТВО И КОНТАКТИ</w:t>
      </w:r>
    </w:p>
    <w:p w14:paraId="2F138D68" w14:textId="77777777" w:rsidR="00E607B5" w:rsidRDefault="00D91D22">
      <w:pPr>
        <w:spacing w:after="60" w:line="272" w:lineRule="auto"/>
        <w:ind w:left="320"/>
      </w:pPr>
      <w:r>
        <w:rPr>
          <w:rFonts w:ascii="Times New Roman" w:hAnsi="Times New Roman" w:cs="Times New Roman" w:eastAsia="Times New Roman"/>
          <w:color w:val="000000"/>
          <w:sz w:val="21"/>
          <w:szCs w:val="21"/>
        </w:rPr>
        <w:t>ВЪВЕДЕНИЕ</w:t>
      </w:r>
    </w:p>
    <w:p w14:paraId="1C24A8EC" w14:textId="77777777" w:rsidR="00E607B5" w:rsidRDefault="00D91D22">
      <w:pPr>
        <w:spacing w:after="60" w:line="272" w:lineRule="auto"/>
        <w:ind w:left="320"/>
      </w:pPr>
      <w:r>
        <w:rPr>
          <w:rFonts w:ascii="Times New Roman" w:hAnsi="Times New Roman" w:cs="Times New Roman" w:eastAsia="Times New Roman"/>
          <w:color w:val="000000"/>
          <w:sz w:val="21"/>
          <w:szCs w:val="21"/>
        </w:rPr>
        <w:t>НОРМАТИВНА ОСНОВА</w:t>
      </w:r>
    </w:p>
    <w:p w14:paraId="45712CEB" w14:textId="77777777" w:rsidR="00E607B5" w:rsidRDefault="00D91D22">
      <w:pPr>
        <w:spacing w:after="90" w:line="272" w:lineRule="auto"/>
      </w:pPr>
      <w:r>
        <w:rPr>
          <w:rFonts w:ascii="Times New Roman" w:hAnsi="Times New Roman" w:cs="Times New Roman" w:eastAsia="Times New Roman"/>
          <w:b/>
          <w:bCs/>
          <w:color w:val="000000"/>
        </w:rPr>
        <w:t>ГЛАВА I. ОБЩИ ПОЛОЖЕНИЯ</w:t>
      </w:r>
    </w:p>
    <w:p w14:paraId="21D4FC47"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ПРЕДМЕТ</w:t>
      </w:r>
    </w:p>
    <w:p w14:paraId="02DEFF85"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 ВИД И ХАРАКТЕР</w:t>
      </w:r>
    </w:p>
    <w:p w14:paraId="3FFD4EFC" w14:textId="77777777" w:rsidR="00E607B5" w:rsidRDefault="00D91D22">
      <w:pPr>
        <w:spacing w:after="90" w:line="272" w:lineRule="auto"/>
      </w:pPr>
      <w:r>
        <w:rPr>
          <w:rFonts w:ascii="Times New Roman" w:hAnsi="Times New Roman" w:cs="Times New Roman" w:eastAsia="Times New Roman"/>
          <w:b/>
          <w:bCs/>
          <w:color w:val="000000"/>
        </w:rPr>
        <w:t>ГЛАВА II. ОРГАНИ НА УПРАВЛЕНИЕ</w:t>
      </w:r>
    </w:p>
    <w:p w14:paraId="73CBDFD4" w14:textId="77777777" w:rsidR="00E607B5" w:rsidRDefault="00D91D22">
      <w:pPr>
        <w:spacing w:after="60" w:line="272" w:lineRule="auto"/>
        <w:ind w:left="320"/>
      </w:pPr>
      <w:r>
        <w:rPr>
          <w:rFonts w:ascii="Times New Roman" w:hAnsi="Times New Roman" w:cs="Times New Roman" w:eastAsia="Times New Roman"/>
          <w:color w:val="000000"/>
          <w:sz w:val="21"/>
          <w:szCs w:val="21"/>
        </w:rPr>
        <w:t>ДИРЕКТОР, ЗАМЕСТНИК-ДИРЕКТОР, ПЕДАГОГИЧЕСКИ СЪВЕТНИК, ОБЩЕСТВЕН СЪВЕТ</w:t>
      </w:r>
    </w:p>
    <w:p w14:paraId="6F56C764" w14:textId="77777777" w:rsidR="00E607B5" w:rsidRDefault="00D91D22">
      <w:pPr>
        <w:spacing w:after="60" w:line="272" w:lineRule="auto"/>
        <w:ind w:left="320"/>
      </w:pPr>
      <w:r>
        <w:rPr>
          <w:rFonts w:ascii="Times New Roman" w:hAnsi="Times New Roman" w:cs="Times New Roman" w:eastAsia="Times New Roman"/>
          <w:color w:val="000000"/>
          <w:sz w:val="21"/>
          <w:szCs w:val="21"/>
        </w:rPr>
        <w:t>ДИРЕКТОР / ЗАМЕСТНИК - ДИРЕКТОР</w:t>
      </w:r>
    </w:p>
    <w:p w14:paraId="6F2C3F70" w14:textId="77777777" w:rsidR="00E607B5" w:rsidRDefault="00D91D22">
      <w:pPr>
        <w:spacing w:after="60" w:line="272" w:lineRule="auto"/>
        <w:ind w:left="320"/>
      </w:pPr>
      <w:r>
        <w:rPr>
          <w:rFonts w:ascii="Times New Roman" w:hAnsi="Times New Roman" w:cs="Times New Roman" w:eastAsia="Times New Roman"/>
          <w:color w:val="000000"/>
          <w:sz w:val="21"/>
          <w:szCs w:val="21"/>
        </w:rPr>
        <w:t>ПЕДАГОГИЧЕСКИ СЪВЕТ</w:t>
      </w:r>
    </w:p>
    <w:p w14:paraId="0F8A8C20" w14:textId="77777777" w:rsidR="00E607B5" w:rsidRDefault="00D91D22">
      <w:pPr>
        <w:spacing w:after="60" w:line="272" w:lineRule="auto"/>
        <w:ind w:left="320"/>
      </w:pPr>
      <w:r>
        <w:rPr>
          <w:rFonts w:ascii="Times New Roman" w:hAnsi="Times New Roman" w:cs="Times New Roman" w:eastAsia="Times New Roman"/>
          <w:color w:val="000000"/>
          <w:sz w:val="21"/>
          <w:szCs w:val="21"/>
        </w:rPr>
        <w:t>ОБЩЕСТВЕН СЪВЕТ</w:t>
      </w:r>
    </w:p>
    <w:p w14:paraId="512E5269" w14:textId="77777777" w:rsidR="00E607B5" w:rsidRDefault="00D91D22">
      <w:pPr>
        <w:spacing w:after="90" w:line="272" w:lineRule="auto"/>
      </w:pPr>
      <w:r>
        <w:rPr>
          <w:rFonts w:ascii="Times New Roman" w:hAnsi="Times New Roman" w:cs="Times New Roman" w:eastAsia="Times New Roman"/>
          <w:b/>
          <w:bCs/>
          <w:color w:val="000000"/>
        </w:rPr>
        <w:t>ГЛАВА III. УЧЕНИЦИ</w:t>
      </w:r>
    </w:p>
    <w:p w14:paraId="791C551E"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ПРАВА И ЗАДЪЛЖЕНИЯ НА УЧЕНИЦИТЕ</w:t>
      </w:r>
    </w:p>
    <w:p w14:paraId="4EFA4AF8"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 ПОДКРЕПА ЗА ЛИЧНОСТНО РАЗВИТИЕ НА УЧЕНИЦИТЕ</w:t>
      </w:r>
    </w:p>
    <w:p w14:paraId="731AFBA9" w14:textId="77777777" w:rsidR="00E607B5" w:rsidRDefault="00D91D22">
      <w:pPr>
        <w:spacing w:after="60" w:line="272" w:lineRule="auto"/>
        <w:ind w:left="320"/>
      </w:pPr>
      <w:r>
        <w:rPr>
          <w:rFonts w:ascii="Times New Roman" w:hAnsi="Times New Roman" w:cs="Times New Roman" w:eastAsia="Times New Roman"/>
          <w:color w:val="000000"/>
          <w:sz w:val="21"/>
          <w:szCs w:val="21"/>
        </w:rPr>
        <w:t>ЛИЧНОСТНО РАЗВИТИЕ НА УЧЕНИЦИТЕ</w:t>
      </w:r>
    </w:p>
    <w:p w14:paraId="6D356DFD" w14:textId="77777777" w:rsidR="00E607B5" w:rsidRDefault="00D91D22">
      <w:pPr>
        <w:spacing w:after="60" w:line="272" w:lineRule="auto"/>
        <w:ind w:left="320"/>
      </w:pPr>
      <w:r>
        <w:rPr>
          <w:rFonts w:ascii="Times New Roman" w:hAnsi="Times New Roman" w:cs="Times New Roman" w:eastAsia="Times New Roman"/>
          <w:color w:val="000000"/>
          <w:sz w:val="21"/>
          <w:szCs w:val="21"/>
        </w:rPr>
        <w:t>САНКЦИИ НА УЧЕНИЦИ</w:t>
      </w:r>
    </w:p>
    <w:p w14:paraId="35C97CD2" w14:textId="77777777" w:rsidR="00E607B5" w:rsidRDefault="00D91D22">
      <w:pPr>
        <w:spacing w:after="90" w:line="272" w:lineRule="auto"/>
      </w:pPr>
      <w:r>
        <w:rPr>
          <w:rFonts w:ascii="Times New Roman" w:hAnsi="Times New Roman" w:cs="Times New Roman" w:eastAsia="Times New Roman"/>
          <w:b/>
          <w:bCs/>
          <w:color w:val="000000"/>
        </w:rPr>
        <w:t>ГЛАВА IV. ОРГАНИЗАЦИЯ НА УЧИЛИЩНОТО ОБРАЗОВАНИЕ</w:t>
      </w:r>
    </w:p>
    <w:p w14:paraId="0DC64C26"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ПЛАН – ПРИЕМ</w:t>
      </w:r>
    </w:p>
    <w:p w14:paraId="0B6408B4"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 ИНФОРМАЦИЯ И ДОКУМЕНТИ</w:t>
      </w:r>
    </w:p>
    <w:p w14:paraId="17AE8C07"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III. УЧЕБНО И НЕУЧЕБНО ВРЕМЕ</w:t>
      </w:r>
    </w:p>
    <w:p w14:paraId="1E3EA995"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IV. ОРГАНИЗАЦИЯ НА УЧЕБНИЯ ДЕН</w:t>
      </w:r>
    </w:p>
    <w:p w14:paraId="64FC8614"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V. ОРГАНИЗАЦИЯ НА УЧЕБНИЯ ПРОЦЕС ПРИ ОБЕКТИВНИ ЗАТРУДНЕНИЯ, СВЪРЗАНИ С ТРАНСПОРТА</w:t>
      </w:r>
    </w:p>
    <w:p w14:paraId="46B09C02"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VI. СЪЩНОСТ И СЪДЪРЖАНИЕ НА УЧИЛИЩНАТА ПОДГОТОВКА</w:t>
      </w:r>
    </w:p>
    <w:p w14:paraId="005DE467"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VII. ФОРМИ НА ОБУЧЕНИЕ</w:t>
      </w:r>
    </w:p>
    <w:p w14:paraId="2D0FF792" w14:textId="77777777" w:rsidR="00E607B5" w:rsidRDefault="00D91D22">
      <w:pPr>
        <w:spacing w:after="60" w:line="272" w:lineRule="auto"/>
        <w:ind w:left="320"/>
      </w:pPr>
      <w:r>
        <w:rPr>
          <w:rFonts w:ascii="Times New Roman" w:hAnsi="Times New Roman" w:cs="Times New Roman" w:eastAsia="Times New Roman"/>
          <w:color w:val="000000"/>
          <w:sz w:val="21"/>
          <w:szCs w:val="21"/>
        </w:rPr>
        <w:t>УЧЕНИЦИ САМОСТОЯТЕЛНА ФОРМА НА ОБУЧЕНИЕ</w:t>
      </w:r>
    </w:p>
    <w:p w14:paraId="58995FB3" w14:textId="77777777" w:rsidR="00E607B5" w:rsidRDefault="00D91D22">
      <w:pPr>
        <w:spacing w:after="60" w:line="272" w:lineRule="auto"/>
        <w:ind w:left="320"/>
      </w:pPr>
      <w:r>
        <w:rPr>
          <w:rFonts w:ascii="Times New Roman" w:hAnsi="Times New Roman" w:cs="Times New Roman" w:eastAsia="Times New Roman"/>
          <w:color w:val="000000"/>
          <w:sz w:val="21"/>
          <w:szCs w:val="21"/>
        </w:rPr>
        <w:t>УЧЕНИЦИ ЗАДОЧНА ФОРМА НА ОБУЧЕНИЕ</w:t>
      </w:r>
    </w:p>
    <w:p w14:paraId="0EF93F15"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VIII. УЧЕБНИЦИ И УЧЕБНИ ПОМАГАЛА</w:t>
      </w:r>
    </w:p>
    <w:p w14:paraId="0AF5AF12"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IX. ПРАКТИЧЕСКО ОБУЧЕНИЕ</w:t>
      </w:r>
    </w:p>
    <w:p w14:paraId="0E49FFFD"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X. ОЦЕНЯВАНЕ РЕЗУЛТАТИТЕ ОТ ОБУЧЕНИЕТО</w:t>
      </w:r>
    </w:p>
    <w:p w14:paraId="47EE3419"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XI. ЗАВЪРШВАНЕ НА КЛАС, ЕТАП И СТЕПЕН НА ОБРАЗОВАНИЕ</w:t>
      </w:r>
    </w:p>
    <w:p w14:paraId="18517CD9" w14:textId="77777777" w:rsidR="00E607B5" w:rsidRDefault="00D91D22">
      <w:pPr>
        <w:spacing w:after="90" w:line="272" w:lineRule="auto"/>
      </w:pPr>
      <w:r>
        <w:rPr>
          <w:rFonts w:ascii="Times New Roman" w:hAnsi="Times New Roman" w:cs="Times New Roman" w:eastAsia="Times New Roman"/>
          <w:b/>
          <w:bCs/>
          <w:color w:val="000000"/>
        </w:rPr>
        <w:t>ГЛАВА V. ПРАВА И ЗАДЪЛЖЕНИЯ НА УЧИТЕЛИТЕ И ДРУГИ ПЕДАГОГИЧЕСКИ СПЕЦИАЛИСТИ</w:t>
      </w:r>
    </w:p>
    <w:p w14:paraId="092F5B8A" w14:textId="77777777" w:rsidR="00E607B5" w:rsidRDefault="00D91D22">
      <w:pPr>
        <w:spacing w:after="60" w:line="272" w:lineRule="auto"/>
        <w:ind w:left="320"/>
      </w:pPr>
      <w:r>
        <w:rPr>
          <w:rFonts w:ascii="Times New Roman" w:hAnsi="Times New Roman" w:cs="Times New Roman" w:eastAsia="Times New Roman"/>
          <w:color w:val="000000"/>
          <w:sz w:val="21"/>
          <w:szCs w:val="21"/>
        </w:rPr>
        <w:t>УЧИТЕЛИ</w:t>
      </w:r>
    </w:p>
    <w:p w14:paraId="78D77447"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ПРАВА, ЗАДЪЛЖЕНИЯ И ОТГОВОРНОСТИ НА РОДИТЕЛИТЕ</w:t>
      </w:r>
    </w:p>
    <w:p w14:paraId="7C94BC01" w14:textId="77777777" w:rsidR="00E607B5" w:rsidRDefault="00D91D22">
      <w:pPr>
        <w:spacing w:after="60" w:line="272" w:lineRule="auto"/>
        <w:ind w:left="320"/>
      </w:pPr>
      <w:r>
        <w:rPr>
          <w:rFonts w:ascii="Times New Roman" w:hAnsi="Times New Roman" w:cs="Times New Roman" w:eastAsia="Times New Roman"/>
          <w:color w:val="000000"/>
          <w:sz w:val="21"/>
          <w:szCs w:val="21"/>
        </w:rPr>
        <w:lastRenderedPageBreak/>
        <w:t>МЕТОДИЧЕСКИ ОБЕДИНЕНИЯ</w:t>
      </w:r>
    </w:p>
    <w:p w14:paraId="70FD6813" w14:textId="77777777" w:rsidR="00E607B5" w:rsidRDefault="00D91D22">
      <w:pPr>
        <w:spacing w:after="60" w:line="272" w:lineRule="auto"/>
        <w:ind w:left="320"/>
      </w:pPr>
      <w:r>
        <w:rPr>
          <w:rFonts w:ascii="Times New Roman" w:hAnsi="Times New Roman" w:cs="Times New Roman" w:eastAsia="Times New Roman"/>
          <w:color w:val="000000"/>
          <w:sz w:val="21"/>
          <w:szCs w:val="21"/>
        </w:rPr>
        <w:t>КЛАСЕН РЪКОВОДИТЕЛ</w:t>
      </w:r>
    </w:p>
    <w:p w14:paraId="448E8887"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ІІ. ПОВИШАВАНЕ КВАЛИФИКАЦИЯТА И КАРИЕРНОТО РАЗВИТИЕ НА ПЕДАГОГИЧЕСКИ СПЕЦИАЛИСТИ</w:t>
      </w:r>
    </w:p>
    <w:p w14:paraId="2B1884FA"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III. ПООЩРЕНИЯ, НАГРАДИ, САНКЦИИ НА ПЕДАГОГИЧЕСКИ СПЕЦИАЛИСТИ</w:t>
      </w:r>
    </w:p>
    <w:p w14:paraId="66B22DCE" w14:textId="77777777" w:rsidR="00E607B5" w:rsidRDefault="00D91D22">
      <w:pPr>
        <w:spacing w:after="90" w:line="272" w:lineRule="auto"/>
      </w:pPr>
      <w:r>
        <w:rPr>
          <w:rFonts w:ascii="Times New Roman" w:hAnsi="Times New Roman" w:cs="Times New Roman" w:eastAsia="Times New Roman"/>
          <w:b/>
          <w:bCs/>
          <w:color w:val="000000"/>
        </w:rPr>
        <w:t>ГЛАВА VI. ФИНАНСИРАНЕ И ИМУЩЕСТВО</w:t>
      </w:r>
    </w:p>
    <w:p w14:paraId="5C942082" w14:textId="77777777" w:rsidR="00E607B5" w:rsidRDefault="00D91D22">
      <w:pPr>
        <w:spacing w:after="90" w:line="272" w:lineRule="auto"/>
      </w:pPr>
      <w:r>
        <w:rPr>
          <w:rFonts w:ascii="Times New Roman" w:hAnsi="Times New Roman" w:cs="Times New Roman" w:eastAsia="Times New Roman"/>
          <w:b/>
          <w:bCs/>
          <w:color w:val="000000"/>
        </w:rPr>
        <w:t>ГЛАВА VII. НЕПЕДАГОГИЧЕСКИ, ПОМОЩЕН ПЕРСОНАЛ И РАБОТНИЦИ</w:t>
      </w:r>
    </w:p>
    <w:p w14:paraId="39B011EA" w14:textId="77777777" w:rsidR="00E607B5" w:rsidRDefault="00D91D22">
      <w:pPr>
        <w:spacing w:after="90" w:line="272" w:lineRule="auto"/>
      </w:pPr>
      <w:r>
        <w:rPr>
          <w:rFonts w:ascii="Times New Roman" w:hAnsi="Times New Roman" w:cs="Times New Roman" w:eastAsia="Times New Roman"/>
          <w:b/>
          <w:bCs/>
          <w:color w:val="000000"/>
        </w:rPr>
        <w:t>ГЛАВА VIII. МЕДИЦИНСКО ЛИЦЕ</w:t>
      </w:r>
    </w:p>
    <w:p w14:paraId="32AC0D0F" w14:textId="77777777" w:rsidR="00E607B5" w:rsidRDefault="00D91D22">
      <w:pPr>
        <w:spacing w:after="90" w:line="272" w:lineRule="auto"/>
      </w:pPr>
      <w:r>
        <w:rPr>
          <w:rFonts w:ascii="Times New Roman" w:hAnsi="Times New Roman" w:cs="Times New Roman" w:eastAsia="Times New Roman"/>
          <w:b/>
          <w:bCs/>
          <w:color w:val="000000"/>
        </w:rPr>
        <w:t>ГЛАВА IX. ПРОПУСКАТЕЛЕН РЕЖИМ</w:t>
      </w:r>
    </w:p>
    <w:p w14:paraId="0D7DC421" w14:textId="77777777" w:rsidR="00E607B5" w:rsidRDefault="00D91D22">
      <w:pPr>
        <w:spacing w:after="90" w:line="272" w:lineRule="auto"/>
      </w:pPr>
      <w:r>
        <w:rPr>
          <w:rFonts w:ascii="Times New Roman" w:hAnsi="Times New Roman" w:cs="Times New Roman" w:eastAsia="Times New Roman"/>
          <w:b/>
          <w:bCs/>
          <w:color w:val="000000"/>
        </w:rPr>
        <w:t>ГЛАВА X. УЧЕНИЧЕСКО САМОУПРАВЛЕНИЕ</w:t>
      </w:r>
    </w:p>
    <w:p w14:paraId="2CD9EB00" w14:textId="77777777" w:rsidR="00E607B5" w:rsidRDefault="00D91D22">
      <w:pPr>
        <w:spacing w:after="90" w:line="272" w:lineRule="auto"/>
      </w:pPr>
      <w:r>
        <w:rPr>
          <w:rFonts w:ascii="Times New Roman" w:hAnsi="Times New Roman" w:cs="Times New Roman" w:eastAsia="Times New Roman"/>
          <w:b/>
          <w:bCs/>
          <w:color w:val="000000"/>
        </w:rPr>
        <w:t>ГЛАВА XI. ПОМОЩНИ И КОНСУЛТАТИВНИ ОРГАНИ</w:t>
      </w:r>
    </w:p>
    <w:p w14:paraId="3F191DA4"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КОМИСИЯ ЗА УПРАВЛЕНИЕ НА КАЧЕСТВОТО</w:t>
      </w:r>
    </w:p>
    <w:p w14:paraId="4192F0B9"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 КОМИСИЯ ПО ЕТИКА</w:t>
      </w:r>
    </w:p>
    <w:p w14:paraId="3D29C25F"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III. ПОСТОЯННИ УЧИЛИЩНИ КОМИСИИ</w:t>
      </w:r>
    </w:p>
    <w:p w14:paraId="06129633" w14:textId="77777777" w:rsidR="00E607B5" w:rsidRDefault="00D91D22">
      <w:pPr>
        <w:spacing w:after="90" w:line="272" w:lineRule="auto"/>
      </w:pPr>
      <w:r>
        <w:rPr>
          <w:rFonts w:ascii="Times New Roman" w:hAnsi="Times New Roman" w:cs="Times New Roman" w:eastAsia="Times New Roman"/>
          <w:b/>
          <w:bCs/>
          <w:color w:val="000000"/>
        </w:rPr>
        <w:t>ГЛАВА XII. ГРАЖДАНСКО, ЗДРАВНО, ЕКОЛОГИЧНО И ИНТЕРКУЛТУРНО ОБРАЗОВАНИЕ</w:t>
      </w:r>
    </w:p>
    <w:p w14:paraId="1218D448" w14:textId="77777777" w:rsidR="00E607B5" w:rsidRDefault="00D91D22">
      <w:pPr>
        <w:spacing w:after="90" w:line="272" w:lineRule="auto"/>
      </w:pPr>
      <w:r>
        <w:rPr>
          <w:rFonts w:ascii="Times New Roman" w:hAnsi="Times New Roman" w:cs="Times New Roman" w:eastAsia="Times New Roman"/>
          <w:b/>
          <w:bCs/>
          <w:color w:val="000000"/>
        </w:rPr>
        <w:t>ГЛАВА XIII. УЧЕНИЧЕСКИ ОТДИХ, ТУРИЗЪМ И ОРГАНИЗИРАНИ ПЪТУВАНИЯ</w:t>
      </w:r>
    </w:p>
    <w:p w14:paraId="5D949902" w14:textId="77777777" w:rsidR="00E607B5" w:rsidRDefault="00D91D22">
      <w:pPr>
        <w:spacing w:after="90" w:line="272" w:lineRule="auto"/>
      </w:pPr>
      <w:r>
        <w:rPr>
          <w:rFonts w:ascii="Times New Roman" w:hAnsi="Times New Roman" w:cs="Times New Roman" w:eastAsia="Times New Roman"/>
          <w:b/>
          <w:bCs/>
          <w:color w:val="000000"/>
        </w:rPr>
        <w:t>ГЛАВА XIV. ВЗАИМОДЕЙСТВИЕ С РОДИТЕЛИТЕ, ИНСТИТУЦИИТЕ И ВЪНШНАТА СРЕДА</w:t>
      </w:r>
    </w:p>
    <w:p w14:paraId="28BECD2D"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 УЧИЛИЩНО НАСТОЯТЕЛСТВО</w:t>
      </w:r>
    </w:p>
    <w:p w14:paraId="3AD1FCF5" w14:textId="77777777" w:rsidR="00E607B5" w:rsidRDefault="00D91D22">
      <w:pPr>
        <w:spacing w:after="60" w:line="272" w:lineRule="auto"/>
        <w:ind w:left="320"/>
      </w:pPr>
      <w:r>
        <w:rPr>
          <w:rFonts w:ascii="Times New Roman" w:hAnsi="Times New Roman" w:cs="Times New Roman" w:eastAsia="Times New Roman"/>
          <w:color w:val="000000"/>
          <w:sz w:val="21"/>
          <w:szCs w:val="21"/>
        </w:rPr>
        <w:t>РАЗДЕЛ II. ВЗАИМОДЕЙСТВИЕ С ИНСТИТУЦИИТЕ И ВЪНШНАТА СРЕДА</w:t>
      </w:r>
    </w:p>
    <w:p w14:paraId="24E21308" w14:textId="77777777" w:rsidR="00E607B5" w:rsidRDefault="00D91D22">
      <w:pPr>
        <w:spacing w:after="90" w:line="272" w:lineRule="auto"/>
      </w:pPr>
      <w:r>
        <w:rPr>
          <w:rFonts w:ascii="Times New Roman" w:hAnsi="Times New Roman" w:cs="Times New Roman" w:eastAsia="Times New Roman"/>
          <w:b/>
          <w:bCs/>
          <w:color w:val="000000"/>
        </w:rPr>
        <w:t>ГЛАВА XV. УЧИЛИЩНИ СИМВОЛИ, ПРАЗНИЦИ И РИТУАЛИ</w:t>
      </w:r>
    </w:p>
    <w:p w14:paraId="1000CD16" w14:textId="77777777" w:rsidR="00E607B5" w:rsidRDefault="00D91D22">
      <w:pPr>
        <w:spacing w:after="60" w:line="272" w:lineRule="auto"/>
        <w:ind w:left="320"/>
      </w:pPr>
      <w:r>
        <w:rPr>
          <w:rFonts w:ascii="Times New Roman" w:hAnsi="Times New Roman" w:cs="Times New Roman" w:eastAsia="Times New Roman"/>
          <w:color w:val="000000"/>
          <w:sz w:val="21"/>
          <w:szCs w:val="21"/>
        </w:rPr>
        <w:t>ПРЕХОДНИ И ЗАКЛЮЧИТЕЛНИ РАЗПОРЕДБИ</w:t>
      </w:r>
    </w:p>
    <w:p w14:paraId="09C87ACB" w14:textId="77777777" w:rsidR="00E607B5" w:rsidRDefault="00D91D22">
      <w:pPr>
        <w:spacing w:after="60" w:line="272" w:lineRule="auto"/>
        <w:ind w:left="320"/>
      </w:pPr>
      <w:r>
        <w:rPr>
          <w:rFonts w:ascii="Times New Roman" w:hAnsi="Times New Roman" w:cs="Times New Roman" w:eastAsia="Times New Roman"/>
          <w:color w:val="000000"/>
          <w:sz w:val="21"/>
          <w:szCs w:val="21"/>
        </w:rPr>
        <w:t>ПРИЛОЖЕНИЯ КЪМ ПРАВИЛНИКА</w:t>
      </w:r>
    </w:p>
    <w:p w14:paraId="6B1B8141"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РЪКОВОДСТВО И КОНТАКТИ</w:t>
      </w:r>
    </w:p>
    <w:p w14:paraId="193A8DB5" w14:textId="77777777" w:rsidR="00E607B5" w:rsidRDefault="00D91D22">
      <w:pPr>
        <w:spacing w:after="110" w:line="288" w:lineRule="auto"/>
        <w:jc w:val="both"/>
      </w:pPr>
      <w:r>
        <w:rPr>
          <w:rFonts w:ascii="Times New Roman" w:hAnsi="Times New Roman" w:cs="Times New Roman" w:eastAsia="Times New Roman"/>
        </w:rPr>
        <w:t>Директор: инж. Христина Жабова</w:t>
      </w:r>
    </w:p>
    <w:p w14:paraId="765B0C3A" w14:textId="77777777" w:rsidR="00E607B5" w:rsidRDefault="00D91D22">
      <w:pPr>
        <w:spacing w:after="110" w:line="288" w:lineRule="auto"/>
        <w:jc w:val="both"/>
      </w:pPr>
      <w:r>
        <w:rPr>
          <w:rFonts w:ascii="Times New Roman" w:hAnsi="Times New Roman" w:cs="Times New Roman" w:eastAsia="Times New Roman"/>
        </w:rPr>
        <w:t>Заместник-директор по учебната дейност: ............................................ GSM 0878 639048</w:t>
      </w:r>
    </w:p>
    <w:p w14:paraId="1DF1051C" w14:textId="77777777" w:rsidR="00E607B5" w:rsidRDefault="00D91D22">
      <w:pPr>
        <w:spacing w:after="110" w:line="288" w:lineRule="auto"/>
        <w:jc w:val="both"/>
      </w:pPr>
      <w:r>
        <w:rPr>
          <w:rFonts w:ascii="Times New Roman" w:hAnsi="Times New Roman" w:cs="Times New Roman" w:eastAsia="Times New Roman"/>
        </w:rPr>
        <w:t>Заместник-директор по административно-стопанската дейност: ............................................</w:t>
      </w:r>
    </w:p>
    <w:p w14:paraId="425DB659" w14:textId="77777777" w:rsidR="00E607B5" w:rsidRDefault="00D91D22">
      <w:pPr>
        <w:spacing w:after="110" w:line="288" w:lineRule="auto"/>
        <w:jc w:val="both"/>
      </w:pPr>
      <w:r>
        <w:rPr>
          <w:rFonts w:ascii="Times New Roman" w:hAnsi="Times New Roman" w:cs="Times New Roman" w:eastAsia="Times New Roman"/>
        </w:rPr>
        <w:t>Педагогически съветник: ............................................</w:t>
      </w:r>
    </w:p>
    <w:p w14:paraId="2029507F" w14:textId="77777777" w:rsidR="00E607B5" w:rsidRDefault="00D91D22">
      <w:pPr>
        <w:spacing w:after="110" w:line="288" w:lineRule="auto"/>
        <w:jc w:val="both"/>
      </w:pPr>
      <w:r>
        <w:rPr>
          <w:rFonts w:ascii="Times New Roman" w:hAnsi="Times New Roman" w:cs="Times New Roman" w:eastAsia="Times New Roman"/>
        </w:rPr>
        <w:t>Главен счетоводител: ............................................ GSM 0877 580332</w:t>
      </w:r>
    </w:p>
    <w:p w14:paraId="6C01DBA5" w14:textId="77777777" w:rsidR="00E607B5" w:rsidRDefault="00D91D22">
      <w:pPr>
        <w:spacing w:after="110" w:line="288" w:lineRule="auto"/>
        <w:jc w:val="both"/>
      </w:pPr>
      <w:r>
        <w:rPr>
          <w:rFonts w:ascii="Times New Roman" w:hAnsi="Times New Roman" w:cs="Times New Roman" w:eastAsia="Times New Roman"/>
        </w:rPr>
        <w:t>Технически секретар: ............................................ тел. 056/89-34-89, GSM 0878 639046</w:t>
      </w:r>
    </w:p>
    <w:p w14:paraId="1E543C09" w14:textId="77777777" w:rsidR="00E607B5" w:rsidRDefault="00D91D22">
      <w:pPr>
        <w:spacing w:after="110" w:line="288" w:lineRule="auto"/>
        <w:jc w:val="both"/>
      </w:pPr>
      <w:r>
        <w:rPr>
          <w:rFonts w:ascii="Times New Roman" w:hAnsi="Times New Roman" w:cs="Times New Roman" w:eastAsia="Times New Roman"/>
        </w:rPr>
        <w:t>Председател на Обществения съвет: Живко Йорданов</w:t>
      </w:r>
    </w:p>
    <w:p w14:paraId="208FD8BF" w14:textId="77777777" w:rsidR="00E607B5" w:rsidRDefault="00D91D22">
      <w:pPr>
        <w:spacing w:after="110" w:line="288" w:lineRule="auto"/>
        <w:jc w:val="both"/>
      </w:pPr>
      <w:r>
        <w:rPr>
          <w:rFonts w:ascii="Times New Roman" w:hAnsi="Times New Roman" w:cs="Times New Roman" w:eastAsia="Times New Roman"/>
        </w:rPr>
        <w:t>Председател на училищното настоятелство: ............................................</w:t>
      </w:r>
    </w:p>
    <w:p w14:paraId="497AE90F" w14:textId="77777777" w:rsidR="00E607B5" w:rsidRDefault="00D91D22">
      <w:pPr>
        <w:spacing w:after="110" w:line="288" w:lineRule="auto"/>
        <w:jc w:val="both"/>
      </w:pPr>
      <w:r>
        <w:rPr>
          <w:rFonts w:ascii="Times New Roman" w:hAnsi="Times New Roman" w:cs="Times New Roman" w:eastAsia="Times New Roman"/>
        </w:rPr>
        <w:t>Председател на синдикалната организация на КТ „Подкрепа“: Живко Жеков</w:t>
      </w:r>
    </w:p>
    <w:p w14:paraId="0B4BBDD8" w14:textId="77777777" w:rsidR="00E607B5" w:rsidRDefault="00D91D22">
      <w:pPr>
        <w:spacing w:after="110" w:line="288" w:lineRule="auto"/>
        <w:jc w:val="both"/>
      </w:pPr>
      <w:r>
        <w:rPr>
          <w:rFonts w:ascii="Times New Roman" w:hAnsi="Times New Roman" w:cs="Times New Roman" w:eastAsia="Times New Roman"/>
        </w:rPr>
        <w:t>Адрес: гр. Бургас 8000, ул. „Индустриална“ № 1</w:t>
      </w:r>
    </w:p>
    <w:p w14:paraId="73BEAF54" w14:textId="77777777" w:rsidR="00E607B5" w:rsidRDefault="00D91D22">
      <w:pPr>
        <w:spacing w:after="110" w:line="288" w:lineRule="auto"/>
        <w:jc w:val="both"/>
      </w:pPr>
      <w:r>
        <w:rPr>
          <w:rFonts w:ascii="Times New Roman" w:hAnsi="Times New Roman" w:cs="Times New Roman" w:eastAsia="Times New Roman"/>
        </w:rPr>
        <w:t>Телефон: 056/89-34-89</w:t>
      </w:r>
    </w:p>
    <w:p w14:paraId="75591BA1" w14:textId="77777777" w:rsidR="00E607B5" w:rsidRDefault="00D91D22">
      <w:pPr>
        <w:spacing w:after="110" w:line="288" w:lineRule="auto"/>
        <w:jc w:val="both"/>
      </w:pPr>
      <w:r>
        <w:rPr>
          <w:rFonts w:ascii="Times New Roman" w:hAnsi="Times New Roman" w:cs="Times New Roman" w:eastAsia="Times New Roman"/>
        </w:rPr>
        <w:t>Електронна поща: info-200243@edu.mon.bg</w:t>
      </w:r>
    </w:p>
    <w:p w14:paraId="7685E1E7" w14:textId="77777777" w:rsidR="00E607B5" w:rsidRDefault="00D91D22">
      <w:pPr>
        <w:spacing w:after="110" w:line="288" w:lineRule="auto"/>
        <w:jc w:val="both"/>
      </w:pPr>
      <w:r>
        <w:rPr>
          <w:rFonts w:ascii="Times New Roman" w:hAnsi="Times New Roman" w:cs="Times New Roman" w:eastAsia="Times New Roman"/>
        </w:rPr>
        <w:t>Интернет страница: school.morskoburgas.com</w:t>
      </w:r>
    </w:p>
    <w:p w14:paraId="093842D9" w14:textId="77777777" w:rsidR="00E607B5" w:rsidRDefault="00D91D22">
      <w:pPr>
        <w:spacing w:after="110" w:line="288" w:lineRule="auto"/>
        <w:jc w:val="both"/>
      </w:pPr>
      <w:r>
        <w:rPr>
          <w:rFonts w:ascii="Times New Roman" w:hAnsi="Times New Roman" w:cs="Times New Roman" w:eastAsia="Times New Roman"/>
        </w:rPr>
        <w:lastRenderedPageBreak/>
        <w:t>Код по НЕИСПУО: 200243</w:t>
      </w:r>
    </w:p>
    <w:p w14:paraId="4E692FE9"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ВЪВЕДЕНИЕ</w:t>
      </w:r>
    </w:p>
    <w:p w14:paraId="345FD683" w14:textId="77777777" w:rsidR="00E607B5" w:rsidRDefault="00D91D22">
      <w:pPr>
        <w:spacing w:after="110" w:line="288" w:lineRule="auto"/>
        <w:jc w:val="both"/>
      </w:pPr>
      <w:r>
        <w:rPr>
          <w:rFonts w:ascii="Times New Roman" w:hAnsi="Times New Roman" w:cs="Times New Roman" w:eastAsia="Times New Roman"/>
          <w:sz w:val="24"/>
          <w:szCs w:val="24"/>
        </w:rPr>
        <w:t>Правилникът за дейността на ПГМКР „Свети Никола“ – гр. Бургас урежда устройството, функциите и организацията на работа в училището. Той е задължителен за учениците, за педагогическите специалисти, за непедагогическия персонал, за родителите, както и за всички лица, които пребивават на територията на училището на друго основание.</w:t>
      </w:r>
    </w:p>
    <w:p w14:paraId="5BB52366" w14:textId="77777777" w:rsidR="00E607B5" w:rsidRDefault="00D91D22">
      <w:pPr>
        <w:spacing w:after="110" w:line="288" w:lineRule="auto"/>
        <w:jc w:val="both"/>
      </w:pPr>
      <w:r>
        <w:rPr>
          <w:rFonts w:ascii="Times New Roman" w:hAnsi="Times New Roman" w:cs="Times New Roman" w:eastAsia="Times New Roman"/>
          <w:sz w:val="24"/>
          <w:szCs w:val="24"/>
        </w:rPr>
        <w:t>Училището носи отговорност за:</w:t>
      </w:r>
    </w:p>
    <w:p w14:paraId="4F1BE8A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изпълнението на държавните образователни стандарти и на изискванията за придобиване на професионална квалификация по професиите, по които обучава;</w:t>
      </w:r>
    </w:p>
    <w:p w14:paraId="7CB93E6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създаването на условия за опазване на живота и за укрепване на здравето на учениците по време на обучението, на учебната и производствената практика и на плавателната практика;</w:t>
      </w:r>
    </w:p>
    <w:p w14:paraId="699B2F2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спазването на Закона за закрила на детето, както и на международните и националните разпоредби, които се отнасят до правата и развитието на децата;</w:t>
      </w:r>
    </w:p>
    <w:p w14:paraId="016C1D2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недопускането на дейности и прояви на територията на училището, които противоречат на законите, ограничават правата и свободите на личността или нарушават образователния процес.</w:t>
      </w:r>
    </w:p>
    <w:p w14:paraId="2BA7D117" w14:textId="77777777" w:rsidR="00E607B5" w:rsidRDefault="00D91D22">
      <w:pPr>
        <w:spacing w:after="110" w:line="288" w:lineRule="auto"/>
        <w:jc w:val="both"/>
      </w:pPr>
      <w:r>
        <w:rPr>
          <w:rFonts w:ascii="Times New Roman" w:hAnsi="Times New Roman" w:cs="Times New Roman" w:eastAsia="Times New Roman"/>
          <w:sz w:val="24"/>
          <w:szCs w:val="24"/>
        </w:rPr>
        <w:t>Правните взаимоотношения между работодателя и работещите се уреждат от Кодекса на труда, от Закона за предучилищното и училищното образование, от Правилника за вътрешния трудов ред и от колективния трудов договор.</w:t>
      </w:r>
    </w:p>
    <w:p w14:paraId="600D2A5C" w14:textId="77777777" w:rsidR="00E607B5" w:rsidRDefault="00D91D22">
      <w:pPr>
        <w:spacing w:after="110" w:line="288" w:lineRule="auto"/>
        <w:jc w:val="both"/>
      </w:pPr>
      <w:r>
        <w:rPr>
          <w:rFonts w:ascii="Times New Roman" w:hAnsi="Times New Roman" w:cs="Times New Roman" w:eastAsia="Times New Roman"/>
          <w:sz w:val="24"/>
          <w:szCs w:val="24"/>
        </w:rPr>
        <w:t>Всеки член на училищната общност – ученик, учител, служител или родител – със своето поведение влияе върху авторитета на ПГМКР „Свети Никола“ и е длъжен да допринася за неговото издигане.</w:t>
      </w:r>
    </w:p>
    <w:p w14:paraId="741EE9F1"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НОРМАТИВНА ОСНОВА</w:t>
      </w:r>
    </w:p>
    <w:p w14:paraId="6101B4E4" w14:textId="77777777" w:rsidR="00E607B5" w:rsidRDefault="00D91D22">
      <w:pPr>
        <w:spacing w:after="110" w:line="288" w:lineRule="auto"/>
        <w:jc w:val="both"/>
      </w:pPr>
      <w:r>
        <w:rPr>
          <w:rFonts w:ascii="Times New Roman" w:hAnsi="Times New Roman" w:cs="Times New Roman" w:eastAsia="Times New Roman"/>
          <w:sz w:val="24"/>
          <w:szCs w:val="24"/>
        </w:rPr>
        <w:t>Правилникът е разработен на основание чл. 28, ал. 1, т. 2 и чл. 258, ал. 1 от Закона за предучилищното и училищното образование и в съответствие със:</w:t>
      </w:r>
    </w:p>
    <w:p w14:paraId="19856FD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предучилищното и училищното образование;</w:t>
      </w:r>
    </w:p>
    <w:p w14:paraId="2F212D6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професионалното образование и обучение;</w:t>
      </w:r>
    </w:p>
    <w:p w14:paraId="26D6AFA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Кодекс на труда;</w:t>
      </w:r>
    </w:p>
    <w:p w14:paraId="151CF26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закрила на детето;</w:t>
      </w:r>
    </w:p>
    <w:p w14:paraId="128C52B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борба срещу противообществените прояви на малолетните и непълнолетните;</w:t>
      </w:r>
    </w:p>
    <w:p w14:paraId="2C4E865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защита от дискриминация;</w:t>
      </w:r>
    </w:p>
    <w:p w14:paraId="5B843FC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здравето и Закон за здравословни и безопасни условия на труд;</w:t>
      </w:r>
    </w:p>
    <w:p w14:paraId="7B8F610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Закон за защита при бедствия;</w:t>
      </w:r>
    </w:p>
    <w:p w14:paraId="468B0C8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Регламент (ЕС) 2016/679 и Закон за защита на личните данни;</w:t>
      </w:r>
    </w:p>
    <w:p w14:paraId="5F6DA5E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Конвенция на ООН за правата на детето;</w:t>
      </w:r>
    </w:p>
    <w:p w14:paraId="0C81CA7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10 от 01.09.2016 г. за организация на дейностите в училищното образование (изм. и доп. ДВ, бр. 50 от 2025 г.);</w:t>
      </w:r>
    </w:p>
    <w:p w14:paraId="6A3FDD6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11 от 01.09.2016 г. за оценяване на резултатите от обучението на учениците (изм. и доп. ДВ, бр. 65 от 2025 г.; доп. ДВ, бр. 44 от 2026 г.);</w:t>
      </w:r>
    </w:p>
    <w:p w14:paraId="2F1E043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13 от 21.09.2016 г. за гражданското, здравното, екологичното и интеркултурното образование;</w:t>
      </w:r>
    </w:p>
    <w:p w14:paraId="2D94DAF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15 от 22.07.2019 г. за статута и професионалното развитие на учителите, директорите и другите педагогически специалисти (изм. и доп. ДВ, бр. 113 от 2025 г.);</w:t>
      </w:r>
    </w:p>
    <w:p w14:paraId="42A0406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8 от 11.08.2016 г. за информацията и документите за системата на предучилищното и училищното образование;</w:t>
      </w:r>
    </w:p>
    <w:p w14:paraId="18D32B4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4 от 30.11.2015 г. за учебния план (изм. и доп. ДВ, бр. 38 от 2026 г., в сила от учебната 2026/2027 г.);</w:t>
      </w:r>
    </w:p>
    <w:p w14:paraId="7830DCD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18 от 09.09.2021 г. за инспектирането на детските градини и училищата;</w:t>
      </w:r>
    </w:p>
    <w:p w14:paraId="059458C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24 от 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271F9BB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за приобщаващото образование (изм. и доп. ПМС № 272 от 2024 г.);</w:t>
      </w:r>
    </w:p>
    <w:p w14:paraId="02A4D2B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w:t>
      </w:r>
    </w:p>
    <w:p w14:paraId="08352C5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14:paraId="7AF21E3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Наредба № 6 от 17.06.2021 г. за компетентност на морските лица в Република България;</w:t>
      </w:r>
    </w:p>
    <w:p w14:paraId="357DAE9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Наредба № 1 от 19.02.2020 г. за организацията и провеждането на изпитите за придобиване на професионална квалификация;</w:t>
      </w:r>
    </w:p>
    <w:p w14:paraId="31A07FC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Наредба № 5 от 30.11.2015 г. за общообразователната подготовка;</w:t>
      </w:r>
    </w:p>
    <w:p w14:paraId="755388E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Наредба № 10 от 19.06.2014 г. на министъра на здравеопазването за здравните изисквания при изготвяне и спазване на седмичните учебни разписания;</w:t>
      </w:r>
    </w:p>
    <w:p w14:paraId="20B6FC6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Постановление № 328 на Министерския съвет от 21.12.2017 г. за условията и реда за получаване на стипендии от учениците след завършено основно образование;</w:t>
      </w:r>
    </w:p>
    <w:p w14:paraId="26FEAF9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Кодекс на търговското корабоплаване;</w:t>
      </w:r>
    </w:p>
    <w:p w14:paraId="13A35DC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Международна конвенция за вахтената служба и нормите за подготовка и освидетелстване на моряците (STCW 78/95, с измененията) и изискванията на Изпълнителна агенция „Морска администрация“ (ИАМА).</w:t>
      </w:r>
    </w:p>
    <w:p w14:paraId="7D520D15"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I. ОБЩИ ПОЛОЖЕНИЯ</w:t>
      </w:r>
    </w:p>
    <w:p w14:paraId="4FCCE4C0"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ПРЕДМЕТ</w:t>
      </w:r>
    </w:p>
    <w:p w14:paraId="027078F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 </w:t>
      </w:r>
      <w:r>
        <w:rPr>
          <w:rFonts w:ascii="Times New Roman" w:hAnsi="Times New Roman" w:cs="Times New Roman" w:eastAsia="Times New Roman"/>
          <w:sz w:val="24"/>
          <w:szCs w:val="24"/>
        </w:rPr>
        <w:t>(1) Образованието като процес включва обучение, възпитание и социализация.</w:t>
      </w:r>
    </w:p>
    <w:p w14:paraId="2FDE303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Обучението на учениците в ПГМКР „Свети Никола“ се осъществява в съответствие с Конституцията и законите на Република България, Закон за предучилищното и училищното образование и другите нормативни актове, отнасящи се до образованието.</w:t>
      </w:r>
    </w:p>
    <w:p w14:paraId="79EC918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Обучението в ПГМКР „Свети Никола“ е светско и не допуска налагането на религиозни и идеологически доктрини. Провежда се на книжовен български език.</w:t>
      </w:r>
    </w:p>
    <w:p w14:paraId="03991B2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 </w:t>
      </w:r>
      <w:r>
        <w:rPr>
          <w:rFonts w:ascii="Times New Roman" w:hAnsi="Times New Roman" w:cs="Times New Roman" w:eastAsia="Times New Roman"/>
          <w:sz w:val="24"/>
          <w:szCs w:val="24"/>
        </w:rPr>
        <w:t>Правилникът е задължителен за директора, заместник-директор, педагогически съветник, учителите, учениците, родителите, служителите, членовете на Обществения съвет и Училищното настоятелство, както и за външни лица, намиращи се на територията на училището, които трябва да:</w:t>
      </w:r>
    </w:p>
    <w:p w14:paraId="23B378E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се съобразяват в своята дейност с тенденциите в развитието на образованието и параметрите на ДОС; творческият характер на учебния труд; конструктивна оценка на класно-срочната система; иновациите на учебния процес; превес в срочната дейност на национални и общочовешки ценности; научна обосновка на факти и събития; осигуряване подкрепа за приобщаващо образование и личностно развитие на ученика;</w:t>
      </w:r>
    </w:p>
    <w:p w14:paraId="3732895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спазват организацията на учебния ден и графиците на работното време;</w:t>
      </w:r>
    </w:p>
    <w:p w14:paraId="28CCA54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обогатяват материалната база и пазят грижливо училищната собственост;</w:t>
      </w:r>
    </w:p>
    <w:p w14:paraId="4DEC7AB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пестят материали, вода и електрическа енергия;</w:t>
      </w:r>
    </w:p>
    <w:p w14:paraId="042D937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поддържат ред и чистота на работните места, в сградата и в двора;</w:t>
      </w:r>
    </w:p>
    <w:p w14:paraId="637FA1F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сигнализират своевременно директора на училището за възникнали аварии, допуснати слабости, нарушаващи ритъма на образователно-възпитателния процес.</w:t>
      </w:r>
    </w:p>
    <w:p w14:paraId="327530C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 </w:t>
      </w:r>
      <w:r>
        <w:rPr>
          <w:rFonts w:ascii="Times New Roman" w:hAnsi="Times New Roman" w:cs="Times New Roman" w:eastAsia="Times New Roman"/>
          <w:sz w:val="24"/>
          <w:szCs w:val="24"/>
        </w:rPr>
        <w:t>Цел на Правилника е да се осъществи:</w:t>
      </w:r>
    </w:p>
    <w:p w14:paraId="54DC6CE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укрепването на учебната и трудовата дисциплина;</w:t>
      </w:r>
    </w:p>
    <w:p w14:paraId="2749A48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правилната организация на работа;</w:t>
      </w:r>
    </w:p>
    <w:p w14:paraId="4F393F4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пълното и рационално използване на работното време,</w:t>
      </w:r>
    </w:p>
    <w:p w14:paraId="623E8DF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подобряване на резултатите в образователно-възпитателния процес.</w:t>
      </w:r>
    </w:p>
    <w:p w14:paraId="14DA306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 </w:t>
      </w:r>
      <w:r>
        <w:rPr>
          <w:rFonts w:ascii="Times New Roman" w:hAnsi="Times New Roman" w:cs="Times New Roman" w:eastAsia="Times New Roman"/>
          <w:sz w:val="24"/>
          <w:szCs w:val="24"/>
        </w:rPr>
        <w:t>(1) Основните цели в училищното образование в ПГМКР „Свети Никола“ са:</w:t>
      </w:r>
    </w:p>
    <w:p w14:paraId="117EAA5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Интелектуално, емоционално, социално, духовно - нравствено и физическо развитие и подкрепа на всеки ученик в съответствие с възрастта, потребностите, способностите и интересите му;</w:t>
      </w:r>
    </w:p>
    <w:p w14:paraId="4358BE4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Съхраняване и утвърждаване на българската национална идентичност;</w:t>
      </w:r>
    </w:p>
    <w:p w14:paraId="3E89070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3.Придобиване на компетентности, необходими за успешна личностна и професионална реализация и активен граждански живот в съвременните общности;</w:t>
      </w:r>
    </w:p>
    <w:p w14:paraId="29E08CB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Придобиване на компетентности за прилагане на принципите за устойчиво развитие;</w:t>
      </w:r>
    </w:p>
    <w:p w14:paraId="2682054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Ранно откриване на заложбите и способностите на всеки ученик и насърчаване на развитието и реализацията му;</w:t>
      </w:r>
    </w:p>
    <w:p w14:paraId="6511E16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Формиране на устойчиви нагласи и мотивация за учене през целия живот;</w:t>
      </w:r>
    </w:p>
    <w:p w14:paraId="7A01912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7. Придобиване на компетентности за разбиране и прилагане на принципите на</w:t>
      </w:r>
    </w:p>
    <w:p w14:paraId="292B33E1" w14:textId="77777777" w:rsidR="00E607B5" w:rsidRDefault="00D91D22">
      <w:pPr>
        <w:spacing w:after="110" w:line="288" w:lineRule="auto"/>
        <w:jc w:val="both"/>
      </w:pPr>
      <w:r>
        <w:rPr>
          <w:rFonts w:ascii="Times New Roman" w:hAnsi="Times New Roman" w:cs="Times New Roman" w:eastAsia="Times New Roman"/>
          <w:sz w:val="24"/>
          <w:szCs w:val="24"/>
        </w:rPr>
        <w:t>демокрацията и правовата държава, на човешките права и свободи, на активното и отговорното гражданско участие;</w:t>
      </w:r>
    </w:p>
    <w:p w14:paraId="797211F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Формиране на толерантност и уважение към етническата, националната, културната, езиковата и религиозната идентичност на всеки гражданин;</w:t>
      </w:r>
    </w:p>
    <w:p w14:paraId="2828C2D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Формиране на толерантност и уважение към правата на учениците и хората с увреждания;</w:t>
      </w:r>
    </w:p>
    <w:p w14:paraId="3EC6B6D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Познаване на националните, европейските и световните културни ценности и традиции;</w:t>
      </w:r>
    </w:p>
    <w:p w14:paraId="686184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Придобиване на компетентности за разбиране на глобални процеси, тенденции и техните взаимовръзки;</w:t>
      </w:r>
    </w:p>
    <w:p w14:paraId="0020B6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14:paraId="021306A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ПГМКР „Свети Никола“ гр. Бургас осигурява подкрепа за личностно развитие на ученика.</w:t>
      </w:r>
    </w:p>
    <w:p w14:paraId="2EF34FD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Като юридическо лице ПГМКР „Свети Никола“ гр. Бургас се представлява от директор и притежава обикновен собствен печат и печат с изображение на държавния герб, електронен подпис.</w:t>
      </w:r>
    </w:p>
    <w:p w14:paraId="474B008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В училището се осигуряват необходимите условия за обучението на всички ученици по задължителните, специфичните, разширена професионална подготовка и факултативните предмети, осигурява се професионално обучение, участие в проекти.</w:t>
      </w:r>
    </w:p>
    <w:p w14:paraId="235F0FC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 В училището не се допуска ограничаването и преследването на мнения, критики и инициативи, ако те не нарушават законите на страната и училищния правилник.</w:t>
      </w:r>
    </w:p>
    <w:p w14:paraId="10EDC673"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 ВИД И ХАРАКТЕР</w:t>
      </w:r>
    </w:p>
    <w:p w14:paraId="0CE2EC3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 </w:t>
      </w:r>
      <w:r>
        <w:rPr>
          <w:rFonts w:ascii="Times New Roman" w:hAnsi="Times New Roman" w:cs="Times New Roman" w:eastAsia="Times New Roman"/>
          <w:sz w:val="24"/>
          <w:szCs w:val="24"/>
        </w:rPr>
        <w:t>(1) Този правилник определя принципите на училищното образование в ПГМКР „Свети Никола“, гр. Бургас:</w:t>
      </w:r>
    </w:p>
    <w:p w14:paraId="788DBE6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1.ориентираност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w:t>
      </w:r>
    </w:p>
    <w:p w14:paraId="70CEFC0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2.равен достъп до качествено образование и приобщаване на всеки ученик;</w:t>
      </w:r>
    </w:p>
    <w:p w14:paraId="4FA7FE7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3.равнопоставеност и недопускане на дискриминация;</w:t>
      </w:r>
    </w:p>
    <w:p w14:paraId="7ADB398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4.запазване и развитие на българската образователна традиция;</w:t>
      </w:r>
    </w:p>
    <w:p w14:paraId="473A15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5.хуманизъм и толерантност;</w:t>
      </w:r>
    </w:p>
    <w:p w14:paraId="1A4D4C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6.съхраняване на културното многообразие и приобщаване чрез българския език;</w:t>
      </w:r>
    </w:p>
    <w:p w14:paraId="227FA2E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w:t>
      </w:r>
    </w:p>
    <w:p w14:paraId="159A642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прозрачност на управлението и предвидимост на развитието на училищното образование.</w:t>
      </w:r>
    </w:p>
    <w:p w14:paraId="5F00B78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ПГМКР „Свети Никола“ гр. Бургас е общинска професионална гимназия с пет годишен срок на обучение, за придобиване на средно образование VIII до XII клас.</w:t>
      </w:r>
    </w:p>
    <w:p w14:paraId="398EB3C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Училището издава документи за завършен клас, степен на образование, диплом за средно образование, свидетелство за професионална квалификация.</w:t>
      </w:r>
    </w:p>
    <w:p w14:paraId="3294AAE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(4) За учебната 2026/2027 година ПГМКР „Свети Никола“ – гр. Бургас осъществява обучение за придобиване на трета степен на професионална квалификация по следните специалности, утвърдени с държавния и с допълнителния държавен план-прием:</w:t>
      </w:r>
    </w:p>
    <w:p w14:paraId="0C6DE559" w14:textId="77777777" w:rsidR="00E607B5" w:rsidRDefault="00D91D22">
      <w:pPr>
        <w:spacing w:after="85" w:line="284" w:lineRule="auto"/>
        <w:ind w:left="480" w:hanging="340"/>
        <w:jc w:val="both"/>
      </w:pPr>
      <w:r>
        <w:rPr>
          <w:rFonts w:ascii="Times New Roman" w:hAnsi="Times New Roman" w:cs="Times New Roman" w:eastAsia="Times New Roman"/>
          <w:sz w:val="24"/>
          <w:szCs w:val="24"/>
        </w:rPr>
        <w:t>1. „Корабоводене – морско“;</w:t>
      </w:r>
    </w:p>
    <w:p w14:paraId="6F0430FD" w14:textId="77777777" w:rsidR="00E607B5" w:rsidRDefault="00D91D22">
      <w:pPr>
        <w:spacing w:after="85" w:line="284" w:lineRule="auto"/>
        <w:ind w:left="480" w:hanging="340"/>
        <w:jc w:val="both"/>
      </w:pPr>
      <w:r>
        <w:rPr>
          <w:rFonts w:ascii="Times New Roman" w:hAnsi="Times New Roman" w:cs="Times New Roman" w:eastAsia="Times New Roman"/>
          <w:sz w:val="24"/>
          <w:szCs w:val="24"/>
        </w:rPr>
        <w:t>2. „Корабни машини и механизми“;</w:t>
      </w:r>
    </w:p>
    <w:p w14:paraId="0ED859D1" w14:textId="77777777" w:rsidR="00E607B5" w:rsidRDefault="00D91D22">
      <w:pPr>
        <w:spacing w:after="85" w:line="284" w:lineRule="auto"/>
        <w:ind w:left="480" w:hanging="340"/>
        <w:jc w:val="both"/>
      </w:pPr>
      <w:r>
        <w:rPr>
          <w:rFonts w:ascii="Times New Roman" w:hAnsi="Times New Roman" w:cs="Times New Roman" w:eastAsia="Times New Roman"/>
          <w:sz w:val="24"/>
          <w:szCs w:val="24"/>
        </w:rPr>
        <w:t>3. „Експлоатация на пристанищата и флота“;</w:t>
      </w:r>
    </w:p>
    <w:p w14:paraId="1CFA5CCD" w14:textId="77777777" w:rsidR="00E607B5" w:rsidRDefault="00D91D22">
      <w:pPr>
        <w:spacing w:after="85" w:line="284" w:lineRule="auto"/>
        <w:ind w:left="480" w:hanging="340"/>
        <w:jc w:val="both"/>
      </w:pPr>
      <w:r>
        <w:rPr>
          <w:rFonts w:ascii="Times New Roman" w:hAnsi="Times New Roman" w:cs="Times New Roman" w:eastAsia="Times New Roman"/>
          <w:sz w:val="24"/>
          <w:szCs w:val="24"/>
        </w:rPr>
        <w:t>4. „Митническа и данъчна администрация“.</w:t>
      </w:r>
    </w:p>
    <w:p w14:paraId="4BC6EEF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Обучението по морските специалности се осъществява в съответствие с изискванията на Международната конвенция STCW 78/95 (с измененията), Кодекса на търговското корабоплаване, Наредба № 6 от 17.06.2021 г. за компетентност на морските лица в Република България и указанията на Изпълнителна агенция „Морска администрация“ (ИАМА).</w:t>
      </w:r>
    </w:p>
    <w:p w14:paraId="29C9CF3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Училищните учебни планове се утвърждават от директора при условията и по реда на държавния образователен стандарт за учебния план, а за морските специалности – и след съгласуване с Изпълнителна агенция „Морска администрация“.</w:t>
      </w:r>
    </w:p>
    <w:p w14:paraId="3E207E1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 </w:t>
      </w:r>
      <w:r>
        <w:rPr>
          <w:rFonts w:ascii="Times New Roman" w:hAnsi="Times New Roman" w:cs="Times New Roman" w:eastAsia="Times New Roman"/>
          <w:sz w:val="24"/>
          <w:szCs w:val="24"/>
        </w:rPr>
        <w:t>Приемът на ученици се осъществява на база училищен план-прием.</w:t>
      </w:r>
    </w:p>
    <w:p w14:paraId="7F92799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 </w:t>
      </w:r>
      <w:r>
        <w:rPr>
          <w:rFonts w:ascii="Times New Roman" w:hAnsi="Times New Roman" w:cs="Times New Roman" w:eastAsia="Times New Roman"/>
          <w:sz w:val="24"/>
          <w:szCs w:val="24"/>
        </w:rPr>
        <w:t>Учениците ползват правото си на безплатно образование, като:</w:t>
      </w:r>
    </w:p>
    <w:p w14:paraId="314FA75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Не заплащат такси за училищното обучение в рамките на държавните образователни изисквания.</w:t>
      </w:r>
    </w:p>
    <w:p w14:paraId="57D4916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Ползват безплатно училищната база за обучение и развитие на интересите и способностите си.</w:t>
      </w:r>
    </w:p>
    <w:p w14:paraId="10DABE2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Ползват безплатни учебници по общообразователни предмети от VIII до XII клас.</w:t>
      </w:r>
    </w:p>
    <w:p w14:paraId="32BD148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До 16 годишна възраст задължително се обучават в дневна форма. Самостоятелната форма на обучение се осигурява за ученици в задължителна училищна възраст, които не могат да се обучават в дневна форма, съгласно издаден от компетентните органи документ.</w:t>
      </w:r>
    </w:p>
    <w:p w14:paraId="1AC8D09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Ученик се отписва от училището, когато:</w:t>
      </w:r>
    </w:p>
    <w:p w14:paraId="24F6F305"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5.1. се премества в друго училище;</w:t>
      </w:r>
    </w:p>
    <w:p w14:paraId="30D5C93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5.2. се обучава в дневна и не е посещавал училище по неуважителни причини за период, по-дълъг от два месеца;</w:t>
      </w:r>
    </w:p>
    <w:p w14:paraId="1494A72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 </w:t>
      </w:r>
      <w:r>
        <w:rPr>
          <w:rFonts w:ascii="Times New Roman" w:hAnsi="Times New Roman" w:cs="Times New Roman" w:eastAsia="Times New Roman"/>
          <w:sz w:val="24"/>
          <w:szCs w:val="24"/>
        </w:rPr>
        <w:t>Формите на обучение в гимназията са:</w:t>
      </w:r>
    </w:p>
    <w:p w14:paraId="25DE810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Дневна форма на обучение</w:t>
      </w:r>
    </w:p>
    <w:p w14:paraId="6407CF6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Самостоятелна форма на обучение</w:t>
      </w:r>
    </w:p>
    <w:p w14:paraId="1AACFD5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Задочна форма на обучение</w:t>
      </w:r>
    </w:p>
    <w:p w14:paraId="798082D1"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II. ОРГАНИ НА УПРАВЛЕНИЕ</w:t>
      </w:r>
    </w:p>
    <w:p w14:paraId="5227884E"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ДИРЕКТОР, ЗАМЕСТНИК-ДИРЕКТОР, ПЕДАГОГИЧЕСКИ СЪВЕТНИК, ОБЩЕСТВЕН СЪВЕТ</w:t>
      </w:r>
    </w:p>
    <w:p w14:paraId="51A50641"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ДИРЕКТОР / ЗАМЕСТНИК - ДИРЕКТОР</w:t>
      </w:r>
    </w:p>
    <w:p w14:paraId="42EDD75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 </w:t>
      </w:r>
      <w:r>
        <w:rPr>
          <w:rFonts w:ascii="Times New Roman" w:hAnsi="Times New Roman" w:cs="Times New Roman" w:eastAsia="Times New Roman"/>
          <w:sz w:val="24"/>
          <w:szCs w:val="24"/>
        </w:rPr>
        <w:t>Орган за управление и контрол на ПГМКР „Свети Никола“ гр. Бургас е Директорът.</w:t>
      </w:r>
    </w:p>
    <w:p w14:paraId="396BC5E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 </w:t>
      </w:r>
      <w:r>
        <w:rPr>
          <w:rFonts w:ascii="Times New Roman" w:hAnsi="Times New Roman" w:cs="Times New Roman" w:eastAsia="Times New Roman"/>
          <w:sz w:val="24"/>
          <w:szCs w:val="24"/>
        </w:rPr>
        <w:t>Директорът организира, ръководи и отговаря за цялостната дейност на училището като:</w:t>
      </w:r>
    </w:p>
    <w:p w14:paraId="769414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1.осъществява държавната политика в областта на образованието;</w:t>
      </w:r>
    </w:p>
    <w:p w14:paraId="29EF975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2.представя училището пред органи, организации и лица;</w:t>
      </w:r>
    </w:p>
    <w:p w14:paraId="678D3FA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3.осъществява вътрешен контрол в съответствие с пълномощията, предоставени му с нормативни актове;</w:t>
      </w:r>
    </w:p>
    <w:p w14:paraId="30D047E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4.разпорежда се с бюджета и извънбюджетните постъпления, като се отчита пред колективния орган за управление – ПС, ОС и УН;</w:t>
      </w:r>
    </w:p>
    <w:p w14:paraId="41635F6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5.сключва договори с физически и юридически лица;</w:t>
      </w:r>
    </w:p>
    <w:p w14:paraId="1C4EECC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6.сключва трудови договори с ПД, учителите и служителите по реда на КТ;</w:t>
      </w:r>
    </w:p>
    <w:p w14:paraId="1ADD336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7.награждава и наказва ученици, учители и служители в съответствие с КТ, ЗПУО, ДОС и този правилник;</w:t>
      </w:r>
    </w:p>
    <w:p w14:paraId="330AC6D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8.организира приемането на ученици, обучението и възпитанието им в съответствие с държавните и образователни стандарти;</w:t>
      </w:r>
    </w:p>
    <w:p w14:paraId="3F7B3C0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9.решава всички въпроси по приема, преместване и отписване на учениците;</w:t>
      </w:r>
    </w:p>
    <w:p w14:paraId="75BB10D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определя класните ръководители на паралелките;</w:t>
      </w:r>
    </w:p>
    <w:p w14:paraId="2482E83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11.подписва документи за завършен клас и образователна степен, съхранява печата с държавния герб на училището;</w:t>
      </w:r>
    </w:p>
    <w:p w14:paraId="4D128E0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12.контролира правилното водене на училищната документация и нейното съхраняване;</w:t>
      </w:r>
    </w:p>
    <w:p w14:paraId="5BDF371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13.осигурява условия за здравословно-профилактична дейност в училище;</w:t>
      </w:r>
    </w:p>
    <w:p w14:paraId="1D50A4E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14.председател е на ПС и УН и осигурява изпълнение на решенията им;</w:t>
      </w:r>
    </w:p>
    <w:p w14:paraId="39D2F2F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15.обявява свободните места в бюрата по труда и в РУО в 3-дневен срок от овакантяването им;</w:t>
      </w:r>
    </w:p>
    <w:p w14:paraId="6CBF6DF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16.изготвя длъжностно разписание на персонала и утвърждава поименно разписание на длъжностите и работните заплати.</w:t>
      </w:r>
    </w:p>
    <w:p w14:paraId="06EA18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17.познава и прилага Закона за защита срещу дискриминацията и предприема мерки за предотвратяване на форми на дискриминация в училището</w:t>
      </w:r>
    </w:p>
    <w:p w14:paraId="5DB6536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18.взема решения при конфликтни ситуации, като не допуска дискриминация, основана на пол, народност, етническа принадлежност и религия</w:t>
      </w:r>
    </w:p>
    <w:p w14:paraId="36AB3EA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19.не допуска обособяването на паралелки с ученици от едно етническо малцинство и ги разпределя равномерно.</w:t>
      </w:r>
    </w:p>
    <w:p w14:paraId="6290A15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20.представя на Обществения съвет и пред Общото събрание на работниците и служителите тримесечни отчети за изпълнението на бюджета на училището.</w:t>
      </w:r>
    </w:p>
    <w:p w14:paraId="618AFB7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11. </w:t>
      </w:r>
      <w:r>
        <w:rPr>
          <w:rFonts w:ascii="Times New Roman" w:hAnsi="Times New Roman" w:cs="Times New Roman" w:eastAsia="Times New Roman"/>
          <w:sz w:val="24"/>
          <w:szCs w:val="24"/>
        </w:rPr>
        <w:t>(1).При управлението и контрола на учебната и учебно-производствената дейност директорът на ПГМКР „Свети Никола“ гр. Бургас се подпомага от заместник-директори.</w:t>
      </w:r>
    </w:p>
    <w:p w14:paraId="2BDE1B8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Заместник-директорите на ПГМКР „Свети Никола“ гр. Бургас са свързани с управлението и контрола на учебната, учебно-производствената дейност и изпълняват норма за преподавателска работа.</w:t>
      </w:r>
    </w:p>
    <w:p w14:paraId="02D2402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 </w:t>
      </w:r>
      <w:r>
        <w:rPr>
          <w:rFonts w:ascii="Times New Roman" w:hAnsi="Times New Roman" w:cs="Times New Roman" w:eastAsia="Times New Roman"/>
          <w:sz w:val="24"/>
          <w:szCs w:val="24"/>
        </w:rPr>
        <w:t>Директорът и заместник-директорите са длъжни да пазят и укрепват авторитета на учителите.</w:t>
      </w:r>
    </w:p>
    <w:p w14:paraId="56F46159"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ПЕДАГОГИЧЕСКИ СЪВЕТ</w:t>
      </w:r>
    </w:p>
    <w:p w14:paraId="7847883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 </w:t>
      </w:r>
      <w:r>
        <w:rPr>
          <w:rFonts w:ascii="Times New Roman" w:hAnsi="Times New Roman" w:cs="Times New Roman" w:eastAsia="Times New Roman"/>
          <w:sz w:val="24"/>
          <w:szCs w:val="24"/>
        </w:rPr>
        <w:t>(l) Специализиран орган за разглеждане и решаване на основни педагогически въпроси в училището е педагогическият съвет. Педагогическият съвет:</w:t>
      </w:r>
    </w:p>
    <w:p w14:paraId="6B41CAF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приема стратегия за развитие на училището;</w:t>
      </w:r>
    </w:p>
    <w:p w14:paraId="56148B6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приема правилник за дейността на училището;</w:t>
      </w:r>
    </w:p>
    <w:p w14:paraId="6D3492E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приема училищния учебен план;</w:t>
      </w:r>
    </w:p>
    <w:p w14:paraId="14F4B9B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приема формите на обучение;</w:t>
      </w:r>
    </w:p>
    <w:p w14:paraId="0B8600B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приема годишния план за дейността на училището;</w:t>
      </w:r>
    </w:p>
    <w:p w14:paraId="2ED5644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приема мерки за повишаване качеството на образованието;</w:t>
      </w:r>
    </w:p>
    <w:p w14:paraId="4B742FA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приема програма за превенция на ранното напускане на училище;</w:t>
      </w:r>
    </w:p>
    <w:p w14:paraId="43545D2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приема програма за предоставяне на равни възможности и за приобщаване на учениците от уязвими групи;</w:t>
      </w:r>
    </w:p>
    <w:p w14:paraId="1685777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предлага на директора разкриване на занимания по интереси;</w:t>
      </w:r>
    </w:p>
    <w:p w14:paraId="19448D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прави предложения на директора за награждаване на ученици и за налагане на съответните санкции в предвидените в този закон случаи;</w:t>
      </w:r>
    </w:p>
    <w:p w14:paraId="75F0C62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определя ученически униформи;</w:t>
      </w:r>
    </w:p>
    <w:p w14:paraId="30EFF44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участва със свои представители в създаването и приемането на етичен кодекс на училищната общност;</w:t>
      </w:r>
    </w:p>
    <w:p w14:paraId="007A532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запознава се с бюджета училището, както и с отчетите за неговото изпълнение;</w:t>
      </w:r>
    </w:p>
    <w:p w14:paraId="6FD3F9F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периодично, най-малко три пъти през една учебна година, проследява и обсъжда нивото на усвояване на компетентност от учениците и предлага съвместни мерки между учителите с цел подобряване на образователните резултати;</w:t>
      </w:r>
    </w:p>
    <w:p w14:paraId="3228946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упражнява други правомощия, определени с нормативен акт;</w:t>
      </w:r>
    </w:p>
    <w:p w14:paraId="59D2108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Педагогическият съвет включва в състава си всички педагогически специалисти.</w:t>
      </w:r>
    </w:p>
    <w:p w14:paraId="6AD1E8F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Директорът на училището е председател на педагогическия съвет.</w:t>
      </w:r>
    </w:p>
    <w:p w14:paraId="11E2E2E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В заседанията на педагогическия съвет с право на съвещателен глас може да участват представители на обществения съвет, центъра за подкрепа за личностно развитие, ученици, както и други лица.</w:t>
      </w:r>
    </w:p>
    <w:p w14:paraId="4826D6E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по въпросите, които предстои да бъдат обсъждани.</w:t>
      </w:r>
    </w:p>
    <w:p w14:paraId="150E93B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 </w:t>
      </w:r>
      <w:r>
        <w:rPr>
          <w:rFonts w:ascii="Times New Roman" w:hAnsi="Times New Roman" w:cs="Times New Roman" w:eastAsia="Times New Roman"/>
          <w:sz w:val="24"/>
          <w:szCs w:val="24"/>
        </w:rPr>
        <w:t>(1) Педагогическият съвет се свиква най-малко веднъж на два месеца от директора. Извънредно заседание се свиква по писмено искане до директора най-малко от една трета от численият му състав.</w:t>
      </w:r>
    </w:p>
    <w:p w14:paraId="6B449CE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Решенията се приемат с обикновено мнозинство при присъствието на не по-малко от две трети от численият му състав.</w:t>
      </w:r>
    </w:p>
    <w:p w14:paraId="42434AB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Решенията на ПС могат да се отменят от самия съвет с квалифицирано мнозинство /две трети от гласовете на присъстващите или от Началника на регионалното управление на образованието/ МОН.</w:t>
      </w:r>
    </w:p>
    <w:p w14:paraId="2A9531F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За всяко заседание на ПС се води протокол.</w:t>
      </w:r>
    </w:p>
    <w:p w14:paraId="38AA4CA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Протоколът се води по време на заседанието от протоколчик, определен със заповед на Директора.</w:t>
      </w:r>
    </w:p>
    <w:p w14:paraId="784CB6C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Книгата за решенията на педагогически съвет е предназначена за вписване на решенията, взети на заседание на педагогическия съвет. Неразделна част от книгата е класьор с протоколите от заседанията.</w:t>
      </w:r>
    </w:p>
    <w:p w14:paraId="320BFA8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Книгата се състои от корица - твърда подвързия, и страници със следните реквизити;</w:t>
      </w:r>
    </w:p>
    <w:p w14:paraId="1096126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Титулна страница с наименование на министерството, вид, наименование и местонахождението на институцията, наименованието</w:t>
      </w:r>
    </w:p>
    <w:p w14:paraId="684C2C8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"Книга за решения на педагогически съвет"; дати на започване и завършване на книгата;</w:t>
      </w:r>
    </w:p>
    <w:p w14:paraId="4D559C6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Празни страници с редове за нанасяне на решенията на педагогическия съвет</w:t>
      </w:r>
    </w:p>
    <w:p w14:paraId="685DCEF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Решенията, взети от педагогическия съвет, се вписват в протокола. Решенията се вписват в книгата на ръка със син или черен химикал най-късно до три работни дни след деня на заседанието, подписват се от секретаря и директора и се подпечатват с кръглия печат на институцията. Протоколът се завежда в класьора най-късно до три работни дни след деня на заседанието, подписва се от секретаря и директора и се подпечатва с кръглия печат на институцията.</w:t>
      </w:r>
    </w:p>
    <w:p w14:paraId="71D9D8B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(8) Всеки протокол включва: пореден номер, като номерацията започва с № 1 от началото на всяка учебна година; дневен ред на заседанието; отсъстващи членове на педагогическия съвет и причините за отсъствието; обсъжданията по време на заседанието; взетите решения. В началото на всяка учебна година в книгата се вписва поименният списък на членовете на педагогическия съвет.</w:t>
      </w:r>
    </w:p>
    <w:p w14:paraId="4D5C799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(9) Със заповед на директора се определя мястото на съхранение на книгата до приключването й. Книгата се съхранява в архива на институцията след приключването и със срок „постоянен".</w:t>
      </w:r>
    </w:p>
    <w:p w14:paraId="6FB07E6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(10) Работите на ПС и неговите решения се считат за служебна тайна. Онези решения, които трябва да бъдат доведени до знанията на учениците, родителите и обществеността, се довеждат от директора или от упълномощени от него лица.</w:t>
      </w:r>
    </w:p>
    <w:p w14:paraId="60EEF1C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(11) Отсъствие от заседание се оправдава по реда, установен за отсъствие от работа. Неоправдано отсъствие се счита за един ден от платения годишен отпуск, при повече от едно безпричинно отсъствие се налага наказание по КТ.</w:t>
      </w:r>
    </w:p>
    <w:p w14:paraId="49BDC1D9"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ОБЩЕСТВЕН СЪВЕТ</w:t>
      </w:r>
    </w:p>
    <w:p w14:paraId="0FC26CE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 </w:t>
      </w:r>
      <w:r>
        <w:rPr>
          <w:rFonts w:ascii="Times New Roman" w:hAnsi="Times New Roman" w:cs="Times New Roman" w:eastAsia="Times New Roman"/>
          <w:sz w:val="24"/>
          <w:szCs w:val="24"/>
        </w:rPr>
        <w:t>Общественият съвет е орган за подпомагане на развитието на училището и за граждански контрол на управлението му.</w:t>
      </w:r>
    </w:p>
    <w:p w14:paraId="30D900A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 </w:t>
      </w:r>
      <w:r>
        <w:rPr>
          <w:rFonts w:ascii="Times New Roman" w:hAnsi="Times New Roman" w:cs="Times New Roman" w:eastAsia="Times New Roman"/>
          <w:sz w:val="24"/>
          <w:szCs w:val="24"/>
        </w:rPr>
        <w:t>(1). Общественият съвет в ПГМКР „Свети Никола“, гр. Бургас се състои минимум от 5 члена и включва един представител на финансиращия орган и четирима представители на родителите на ученици от училището, един резервен член.</w:t>
      </w:r>
    </w:p>
    <w:p w14:paraId="0FFA267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Представителите на родителите са излъчени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0AA24E0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Председателят на обществения съвет се избира от членовете му.</w:t>
      </w:r>
    </w:p>
    <w:p w14:paraId="0F97BE6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(4). Членовете на обществения съвет се определят за срок не по-дълъг от три години.</w:t>
      </w:r>
    </w:p>
    <w:p w14:paraId="4B7146A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 </w:t>
      </w:r>
      <w:r>
        <w:rPr>
          <w:rFonts w:ascii="Times New Roman" w:hAnsi="Times New Roman" w:cs="Times New Roman" w:eastAsia="Times New Roman"/>
          <w:sz w:val="24"/>
          <w:szCs w:val="24"/>
        </w:rPr>
        <w:t>(1). Общественият съвет се свиква на заседание най-малко 4 пъти годишно, като задължително провежда заседание в началото на учебната година.</w:t>
      </w:r>
    </w:p>
    <w:p w14:paraId="53B0FD9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47FE54A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 </w:t>
      </w:r>
      <w:r>
        <w:rPr>
          <w:rFonts w:ascii="Times New Roman" w:hAnsi="Times New Roman" w:cs="Times New Roman" w:eastAsia="Times New Roman"/>
          <w:sz w:val="24"/>
          <w:szCs w:val="24"/>
        </w:rPr>
        <w:t>(1). Директорът има право да присъства на заседанията на обществения съвет и да изразява становище по разглежданите въпроси.</w:t>
      </w:r>
    </w:p>
    <w:p w14:paraId="0302D56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Директорът е длъжен при поискване от обществения съвет да предоставя всички сведения и документи, необходими за дейността му.</w:t>
      </w:r>
    </w:p>
    <w:p w14:paraId="1EC27E0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При необходимост директорът може да отправи искане до председателя на обществения съвет за свикването му.</w:t>
      </w:r>
    </w:p>
    <w:p w14:paraId="2668CA2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 </w:t>
      </w:r>
      <w:r>
        <w:rPr>
          <w:rFonts w:ascii="Times New Roman" w:hAnsi="Times New Roman" w:cs="Times New Roman" w:eastAsia="Times New Roman"/>
          <w:sz w:val="24"/>
          <w:szCs w:val="24"/>
        </w:rPr>
        <w:t>(1). Общественият съвет:</w:t>
      </w:r>
    </w:p>
    <w:p w14:paraId="1D20FAB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стратегията за развитие на училището и приема ежегодния отчет на директора за изпълнението й;</w:t>
      </w:r>
    </w:p>
    <w:p w14:paraId="153EF43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училищния учебен план;</w:t>
      </w:r>
    </w:p>
    <w:p w14:paraId="2B2B51C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програмата за превенция на ранното напускане на училище;</w:t>
      </w:r>
    </w:p>
    <w:p w14:paraId="37EDCFF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програма за предоставяне на равни възможности и за приобщаване на</w:t>
      </w:r>
    </w:p>
    <w:p w14:paraId="394FC378" w14:textId="77777777" w:rsidR="00E607B5" w:rsidRDefault="00D91D22">
      <w:pPr>
        <w:spacing w:after="110" w:line="288" w:lineRule="auto"/>
        <w:jc w:val="both"/>
      </w:pPr>
      <w:r>
        <w:rPr>
          <w:rFonts w:ascii="Times New Roman" w:hAnsi="Times New Roman" w:cs="Times New Roman" w:eastAsia="Times New Roman"/>
          <w:sz w:val="24"/>
          <w:szCs w:val="24"/>
        </w:rPr>
        <w:t>учениците от уязвими групи;</w:t>
      </w:r>
    </w:p>
    <w:p w14:paraId="440AA7C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избора на ученически униформи;</w:t>
      </w:r>
    </w:p>
    <w:p w14:paraId="67D3B80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предлага политики и мерки за подобряване качеството на образователния процес въз основа на резултатите от самооценката на училището и външното му оценяване;</w:t>
      </w:r>
    </w:p>
    <w:p w14:paraId="40473DC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одобрява отчета за изпълнението на бюджета;</w:t>
      </w:r>
    </w:p>
    <w:p w14:paraId="081AE53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дава становище по училищния план-прием;</w:t>
      </w:r>
    </w:p>
    <w:p w14:paraId="0AD7957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участва в създаването и приемането на етичен кодекс на училищната общност;</w:t>
      </w:r>
    </w:p>
    <w:p w14:paraId="0B8CE79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20. </w:t>
      </w:r>
      <w:r>
        <w:rPr>
          <w:rFonts w:ascii="Times New Roman" w:hAnsi="Times New Roman" w:cs="Times New Roman" w:eastAsia="Times New Roman"/>
          <w:sz w:val="24"/>
          <w:szCs w:val="24"/>
        </w:rPr>
        <w:t>Правомощията и задълженията на училищното настоятелство се определят от гл.17 от ЗПУО</w:t>
      </w:r>
    </w:p>
    <w:p w14:paraId="379C8583"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III. УЧЕНИЦИ</w:t>
      </w:r>
    </w:p>
    <w:p w14:paraId="0ABAB248"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ПРАВА И ЗАДЪЛЖЕНИЯ НА УЧЕНИЦИТЕ</w:t>
      </w:r>
    </w:p>
    <w:p w14:paraId="375636C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21. </w:t>
      </w:r>
      <w:r>
        <w:rPr>
          <w:rFonts w:ascii="Times New Roman" w:hAnsi="Times New Roman" w:cs="Times New Roman" w:eastAsia="Times New Roman"/>
          <w:sz w:val="24"/>
          <w:szCs w:val="24"/>
        </w:rPr>
        <w:t>Учениците участват като партньори в училищното обучение и имат активна роля за постигане на целите на образователно-възпитателния процес.</w:t>
      </w:r>
    </w:p>
    <w:p w14:paraId="017FE96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22. </w:t>
      </w:r>
      <w:r>
        <w:rPr>
          <w:rFonts w:ascii="Times New Roman" w:hAnsi="Times New Roman" w:cs="Times New Roman" w:eastAsia="Times New Roman"/>
          <w:sz w:val="24"/>
          <w:szCs w:val="24"/>
        </w:rPr>
        <w:t>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14:paraId="2329D2F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23. </w:t>
      </w:r>
      <w:r>
        <w:rPr>
          <w:rFonts w:ascii="Times New Roman" w:hAnsi="Times New Roman" w:cs="Times New Roman" w:eastAsia="Times New Roman"/>
          <w:sz w:val="24"/>
          <w:szCs w:val="24"/>
        </w:rPr>
        <w:t>(1) Учениците имат следните права:</w:t>
      </w:r>
    </w:p>
    <w:p w14:paraId="168FDAB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1.да бъдат обучавани и възпитавани в здравословна, безопасна и сигурна среда;</w:t>
      </w:r>
    </w:p>
    <w:p w14:paraId="27C6D3F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бъдат зачитани като активни участници в образователния процес;</w:t>
      </w:r>
    </w:p>
    <w:p w14:paraId="11BFA53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избират профила и професията;</w:t>
      </w:r>
    </w:p>
    <w:p w14:paraId="0032A47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избират между учебните предмети или модули, предложени от училището за изучаване в избираемите и във факултативните учебни часове;</w:t>
      </w:r>
    </w:p>
    <w:p w14:paraId="31DCF54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получават библиотечно-информационно обслужване;</w:t>
      </w:r>
    </w:p>
    <w:p w14:paraId="04BAD79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получават информация относно обучението, възпитанието, правата и задълженията си;</w:t>
      </w:r>
    </w:p>
    <w:p w14:paraId="0EEE635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получават обща и допълнителна подкрепа за личностно развитие;</w:t>
      </w:r>
    </w:p>
    <w:p w14:paraId="6A65AC6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да бъдат информирани и консултирани във връзка с избора на образование и/или професия;</w:t>
      </w:r>
    </w:p>
    <w:p w14:paraId="5993B88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участват в проектни дейности;</w:t>
      </w:r>
    </w:p>
    <w:p w14:paraId="131C0C8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дават мнения и предложения за училищните дейности, включително за избираемите и за факултативните учебни часове;</w:t>
      </w:r>
    </w:p>
    <w:p w14:paraId="36199B4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14:paraId="0F67569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0A71267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да бъдат поощрявани с морални и материални награди.</w:t>
      </w:r>
    </w:p>
    <w:p w14:paraId="31DC52C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да получават от учителите консултации- включително и учениците на самостоятелна форма на обучение;</w:t>
      </w:r>
    </w:p>
    <w:p w14:paraId="6C60900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14:paraId="4F835B4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Учениците имат право да получават стипендии при условия и по ред, определени от Министерския съвет.</w:t>
      </w:r>
    </w:p>
    <w:p w14:paraId="7D5185B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24. </w:t>
      </w:r>
      <w:r>
        <w:rPr>
          <w:rFonts w:ascii="Times New Roman" w:hAnsi="Times New Roman" w:cs="Times New Roman" w:eastAsia="Times New Roman"/>
          <w:sz w:val="24"/>
          <w:szCs w:val="24"/>
        </w:rPr>
        <w:t>(1) Учениците имат следните задължения:</w:t>
      </w:r>
    </w:p>
    <w:p w14:paraId="3B84806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присъстват и да участват в учебните часове и занимания;</w:t>
      </w:r>
    </w:p>
    <w:p w14:paraId="653F844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съхраняват авторитета на училището и училищната общност и да допринасят за развитие на добрите традиции;</w:t>
      </w:r>
    </w:p>
    <w:p w14:paraId="50C277D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 да зачитат правата; честта и достойнството на другите, както и да не прилагат физическо и психическо насилие, свързано с религиозни, етнически и полови различия.</w:t>
      </w:r>
    </w:p>
    <w:p w14:paraId="4F7CBAC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носят училищната униформа, която включва:</w:t>
      </w:r>
    </w:p>
    <w:p w14:paraId="7F16B3FE"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4.1.Код на облеклото за учениците:</w:t>
      </w:r>
    </w:p>
    <w:p w14:paraId="2504049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4.1.1.за официални празници (15 септември, 24 май, тържества, състезания, представителни изяви, срещи и др.):</w:t>
      </w:r>
    </w:p>
    <w:p w14:paraId="263115A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холандка с дълъг ръкав с емблемата на училището,</w:t>
      </w:r>
    </w:p>
    <w:p w14:paraId="4418B11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тъмно син или черен панталон (може и дънки- прави, сини или черни, класически модел)-за момчетата, пола- за момичетата;</w:t>
      </w:r>
    </w:p>
    <w:p w14:paraId="024E77C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черни/тъмносини обувки</w:t>
      </w:r>
    </w:p>
    <w:p w14:paraId="1755DE8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чорапогащник за момичетата</w:t>
      </w:r>
    </w:p>
    <w:p w14:paraId="544643E6"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4.1.2. за ежедневно носене:</w:t>
      </w:r>
    </w:p>
    <w:p w14:paraId="26A7A62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блузка с къс/дълъг ръкав с емблемата на училището</w:t>
      </w:r>
    </w:p>
    <w:p w14:paraId="089DC03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тъмносин панталон/дънки за момичета и момчета( личен избор)</w:t>
      </w:r>
    </w:p>
    <w:p w14:paraId="26E4EC7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пола за момичетата</w:t>
      </w:r>
    </w:p>
    <w:p w14:paraId="3750077E"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4.1.3. за часовете по ФВС</w:t>
      </w:r>
    </w:p>
    <w:p w14:paraId="143C2F1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тъмно синя тениска с емблемата на училището;</w:t>
      </w:r>
    </w:p>
    <w:p w14:paraId="63E72F5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анцуг/суитчър;</w:t>
      </w:r>
    </w:p>
    <w:p w14:paraId="370F057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клин/къси памучни панталонки;</w:t>
      </w:r>
    </w:p>
    <w:p w14:paraId="5651E4F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маратонки/спортни гуменки.</w:t>
      </w:r>
    </w:p>
    <w:p w14:paraId="1ECAF60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4.2.Облеклото и прическата да не са екстравагантни, /извън чл. 172 от ЗПУО/;</w:t>
      </w:r>
    </w:p>
    <w:p w14:paraId="6B4C8FB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не се допускат ученици с къси панталони, джапанки, потници, дълбоко изрязани деколтета, голи гърбове и облекла разкриващи бельото;</w:t>
      </w:r>
    </w:p>
    <w:p w14:paraId="7332CD1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момичетата блузите да са до колана, да не са силно гримирани, поли не по-къси от 4-ри пръста над коляното;</w:t>
      </w:r>
    </w:p>
    <w:p w14:paraId="7EF2518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забранява се носенето на масивни бижута;</w:t>
      </w:r>
    </w:p>
    <w:p w14:paraId="312DA89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момчетата – не се допускат ученици с дълги коси и брада;</w:t>
      </w:r>
    </w:p>
    <w:p w14:paraId="3FA983E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не се допуска носенето на шапки, забрадки и слънчеви очила в сградата.</w:t>
      </w:r>
    </w:p>
    <w:p w14:paraId="6535B64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4.3.Всеки учител, установил нарушения, свързани с неприличен външен вид, информира директора.</w:t>
      </w:r>
    </w:p>
    <w:p w14:paraId="589E32E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не участват в хазартни игри, да не употребяват тютюн и тютюневи изделия, включително и електронни цигари, вейпове, снуска и да не носят и употребяват алкохол и наркотични вещества, включително и райски газ. Забраната важи за училищната сграда, двора, прилежащите територии и районите на учебното заведение, както и по време на всички училищни мероприятия.</w:t>
      </w:r>
    </w:p>
    <w:p w14:paraId="4812DC5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не носят оръжие, както и други предмети, които са източник на повишена опасност.</w:t>
      </w:r>
    </w:p>
    <w:p w14:paraId="169B15E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носят ученическата си лична карта в училище и извън него.</w:t>
      </w:r>
    </w:p>
    <w:p w14:paraId="56A4DA4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 xml:space="preserve">8. Да не използват мобилните си телефони и други лични електронни устройства за комуникация по време на учебните часове и на организираните от училището дейности. Използването им се допуска по </w:t>
      </w:r>
      <w:r>
        <w:rPr>
          <w:rFonts w:ascii="Times New Roman" w:hAnsi="Times New Roman" w:cs="Times New Roman" w:eastAsia="Times New Roman"/>
          <w:sz w:val="24"/>
          <w:szCs w:val="24"/>
        </w:rPr>
        <w:lastRenderedPageBreak/>
        <w:t>изключение само за строго образователни цели – по преценка и с изричното разрешение на учителя, по здравословни причини, както и при форсмажорни обстоятелства. Редът за съхранение и ползване на устройствата през учебния ден се определя със заповед на директора;</w:t>
      </w:r>
    </w:p>
    <w:p w14:paraId="0D576E1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спазват правилата за поведение в паралелката и в училището.</w:t>
      </w:r>
    </w:p>
    <w:p w14:paraId="6E27A2C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спазват правилника за дейността на институцията.</w:t>
      </w:r>
    </w:p>
    <w:p w14:paraId="019C832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Да не възпрепятстват със своето поведение и постъпки нормалното протичане на учебните часове.</w:t>
      </w:r>
    </w:p>
    <w:p w14:paraId="6C5F9D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Да опазват училищното имущество.</w:t>
      </w:r>
    </w:p>
    <w:p w14:paraId="2B214B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Учениците трябва да дежурят по двама по ред на номерата, като имат следните задължения</w:t>
      </w:r>
    </w:p>
    <w:p w14:paraId="37665796"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13.1 Да докладват на учителя какво се е случило през междучасието.</w:t>
      </w:r>
    </w:p>
    <w:p w14:paraId="6C3AD3FB"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13.2 Да изтриват дъската.</w:t>
      </w:r>
    </w:p>
    <w:p w14:paraId="27E330C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Учениците, освободени от физическо възпитание, са длъжни: да присъстват в учебните часове и да вземат участие в организацията им, /извън чл. 172 от ЗПУО/.</w:t>
      </w:r>
    </w:p>
    <w:p w14:paraId="51D23D9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Да не учи в училище, ако е сключил граждански брак, /извън чл. 172 от ЗПУО/;</w:t>
      </w:r>
    </w:p>
    <w:p w14:paraId="0991D62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 През учебното време да не посещават питейни и хазартни заведения, /извън чл. 172 от ЗПУО/;</w:t>
      </w:r>
    </w:p>
    <w:p w14:paraId="3AD03E4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 Да не се паркират автомобили, мотопеди и мотоциклети на ученици в двора на училището, /извън чл. 172 от ЗПУО/;</w:t>
      </w:r>
    </w:p>
    <w:p w14:paraId="61F2DE0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 Да не отсъстват от училище без уважителни причини, /извън чл. 172 от ЗПУО/;</w:t>
      </w:r>
    </w:p>
    <w:p w14:paraId="3D3D568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19. Да не употребяват високо енергийни напитки в училище (Monster, Hell, Red bull) от учениците като застрашаващи здравето им, съгласно наредбите на Министерството на здравеопазването.</w:t>
      </w:r>
    </w:p>
    <w:p w14:paraId="752DC05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20. Да не накърняват с поведението си авторитета и достойнството на учителя;</w:t>
      </w:r>
    </w:p>
    <w:p w14:paraId="77391CD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21. Да не закъсняват за учебни занятия.</w:t>
      </w:r>
    </w:p>
    <w:p w14:paraId="6513CCA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22. Да не прекъсват по никакъв повод учебния процес по време на час в паралелката и в други класове.</w:t>
      </w:r>
    </w:p>
    <w:p w14:paraId="439F023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23. Да съдействат на учителите за по-добър ред и дисциплина по време на учебния процес.</w:t>
      </w:r>
    </w:p>
    <w:p w14:paraId="46244F1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24. Учениците от VIII – XII клас на ПГМКР “Свети Никола” - гр. Бургас получават по списък безплатни учебници за общообразователна подготовка срещу подпис. Учебниците на учениците от VIII – XII клас се връщат в края на учебната година. Невърнатите и унищожени учебници се възстановяват от родителите.</w:t>
      </w:r>
    </w:p>
    <w:p w14:paraId="79FA38A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25. Да не замърсяват работната среда.</w:t>
      </w:r>
    </w:p>
    <w:p w14:paraId="0F5B898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26. Да пазят материално-техническата база на гимназията.</w:t>
      </w:r>
    </w:p>
    <w:p w14:paraId="45B8B2E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27. По време на екскурзии с учебна цел, лагери и учебни занятия извън сградата на гимназията да подписват инструктаж и да спазват същия.</w:t>
      </w:r>
    </w:p>
    <w:p w14:paraId="59B30E3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28. Да представят на класния си ръководител документите за извиняване на отсъствията (заявление от родителя или декларация) в срок до три дни от датата на последния неприсъствен ден, съгласно чл. 51 от настоящия правилник. Медицинският документ се изпраща в училището по електронен път от лекаря или от лекаря по дентална медицина съгласно чл. 62, ал. 1, т. 1 от Наредбата за приобщаващото образование. При неспазване на срока отсъствията се отразяват като неизвинени.</w:t>
      </w:r>
    </w:p>
    <w:p w14:paraId="45365CA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Правилникът за дейността на институцията може да предвиди и други права и задължения за децата и учениците, доколкото те не противоречат на ЗПУО.</w:t>
      </w:r>
    </w:p>
    <w:p w14:paraId="518E583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25. </w:t>
      </w:r>
      <w:r>
        <w:rPr>
          <w:rFonts w:ascii="Times New Roman" w:hAnsi="Times New Roman" w:cs="Times New Roman" w:eastAsia="Times New Roman"/>
          <w:sz w:val="24"/>
          <w:szCs w:val="24"/>
        </w:rPr>
        <w:t>(1) Ученик е този, който е записан в училище за обучение за завършване на клас.</w:t>
      </w:r>
    </w:p>
    <w:p w14:paraId="5CDB7AD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Ученик се отписва от училището, когато:</w:t>
      </w:r>
    </w:p>
    <w:p w14:paraId="6B0384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се премества в друго училище;</w:t>
      </w:r>
    </w:p>
    <w:p w14:paraId="00F6AEA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се обучава в дневна форма и не е посещавал училище по неуважителни причини за период, по-дълъг от два месеца;</w:t>
      </w:r>
    </w:p>
    <w:p w14:paraId="1295FC5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се обучава в самостоятелна форма и не се е явил да положи съответните изпити в три поредни сесии.</w:t>
      </w:r>
    </w:p>
    <w:p w14:paraId="1EFDF1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В случаите по ал.2, т.2 и З,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0F377E3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26. </w:t>
      </w:r>
      <w:r>
        <w:rPr>
          <w:rFonts w:ascii="Times New Roman" w:hAnsi="Times New Roman" w:cs="Times New Roman" w:eastAsia="Times New Roman"/>
          <w:sz w:val="24"/>
          <w:szCs w:val="24"/>
        </w:rPr>
        <w:t>(1)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5EF19CA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 Министърът на образованието и науката може да учредява национални награди на учениците.</w:t>
      </w:r>
    </w:p>
    <w:p w14:paraId="7614336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Началникът на регионалното управление на образованието и кметът на общината със заповед може да учредяват регионални, съответно общински награди на учениците.</w:t>
      </w:r>
    </w:p>
    <w:p w14:paraId="000518D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Директорът на институцията след решение на педагогическия съвет със заповед може да учредява награди за учениците.</w:t>
      </w:r>
    </w:p>
    <w:p w14:paraId="5E97A85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Наградата се присъжда след мотивирано предложение от директора, класния ръководител или учител до педагогически съвет.</w:t>
      </w:r>
    </w:p>
    <w:p w14:paraId="7B219AB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Учениците могат да бъдат награждавани за:</w:t>
      </w:r>
    </w:p>
    <w:p w14:paraId="533A7F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1.Отличен успех.</w:t>
      </w:r>
    </w:p>
    <w:p w14:paraId="062FDF5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2.Призови места от международни, национални, регионални състезания и олимпиади в областта на науката.</w:t>
      </w:r>
    </w:p>
    <w:p w14:paraId="7598BFF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3.Призови места в състезания и конкурси в областта на изкуствата и спорта.</w:t>
      </w:r>
    </w:p>
    <w:p w14:paraId="00091DA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4.Изяви в областта на творческата самодейност.</w:t>
      </w:r>
    </w:p>
    <w:p w14:paraId="78C36F0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5.Граждански прояви с висока морална стойност.</w:t>
      </w:r>
    </w:p>
    <w:p w14:paraId="7C88285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Постигнати високи резултати в извънкласната или извънучилищната дейност.</w:t>
      </w:r>
    </w:p>
    <w:p w14:paraId="0E8007A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Награди за децата и учениците могат да бъдат:</w:t>
      </w:r>
    </w:p>
    <w:p w14:paraId="60B1F26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1.Публична похвала и изказване на благодарност пред класа и училището.</w:t>
      </w:r>
    </w:p>
    <w:p w14:paraId="25ADFCE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2.Писмена похвала – вписва се в дневника на класа, съобщава се пред класа.</w:t>
      </w:r>
    </w:p>
    <w:p w14:paraId="1ECB80A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3.Писмено обявяване- благодарност чрез писма до родителите за достойни прояви на техните деца, съобщаване пред цялата училищна общност чрез сайта на училището и ФБ- групата на училището.</w:t>
      </w:r>
    </w:p>
    <w:p w14:paraId="00129D7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4.Похвална грамота.</w:t>
      </w:r>
    </w:p>
    <w:p w14:paraId="652FDD8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Предметни награди и парични награди в размер до 50 (петдесет) евро.</w:t>
      </w:r>
    </w:p>
    <w:p w14:paraId="78529B8C"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 ПОДКРЕПА ЗА ЛИЧНОСТНО РАЗВИТИЕ НА УЧЕНИЦИТЕ</w:t>
      </w:r>
    </w:p>
    <w:p w14:paraId="14263BFA"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lastRenderedPageBreak/>
        <w:t>ЛИЧНОСТНО РАЗВИТИЕ НА УЧЕНИЦИТЕ</w:t>
      </w:r>
    </w:p>
    <w:p w14:paraId="19D7B1E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27. </w:t>
      </w:r>
      <w:r>
        <w:rPr>
          <w:rFonts w:ascii="Times New Roman" w:hAnsi="Times New Roman" w:cs="Times New Roman" w:eastAsia="Times New Roman"/>
          <w:sz w:val="24"/>
          <w:szCs w:val="24"/>
        </w:rPr>
        <w:t>(1) Училището осигурява подкрепа за личностно развитие на учениците съвместно с държавните и местните органи и структури и доставчиците на социални услуги.</w:t>
      </w:r>
    </w:p>
    <w:p w14:paraId="02CF9FD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Училището разработва и прилага цялостни политики за:</w:t>
      </w:r>
    </w:p>
    <w:p w14:paraId="7234B1A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подкрепа за личностно развитие на ученика;</w:t>
      </w:r>
    </w:p>
    <w:p w14:paraId="6A915C9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изграждане на позитивен организационен климат;</w:t>
      </w:r>
    </w:p>
    <w:p w14:paraId="659A11D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утвърждаване на позитивна дисциплина;</w:t>
      </w:r>
    </w:p>
    <w:p w14:paraId="62ABC1D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развитие на училищната общност.</w:t>
      </w:r>
    </w:p>
    <w:p w14:paraId="723859A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76D441D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При работата с учениците училището основава дейността си на принципа на позитивната дисциплина, който се свързва с мерки и подходи, гарантиращи изслушване на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47EFD88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При работата с учениците училището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5753C9F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Постоянни действащи екипи за разработване и координиране на прилагането на институционалните политики за подкрепа на гражданското, здравното, екологичното и интеркултурното образование се формират в началото на учебната година, след проведени родителски срещи и консултация с обществения съвет.</w:t>
      </w:r>
    </w:p>
    <w:p w14:paraId="4478687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Дейности в полза на паралелката и училището:</w:t>
      </w:r>
    </w:p>
    <w:p w14:paraId="5A4C859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Дейността се осъществява, като ученикът съвместно с класния ръководител избира конкретна дейност, определена в правилника за дейността на училището, която да извърши в полза на училището или паралелката.</w:t>
      </w:r>
    </w:p>
    <w:p w14:paraId="44AE661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w:t>
      </w:r>
    </w:p>
    <w:p w14:paraId="719092C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(8) Основен принцип при изграждането на училищната политика за противодействие на тормоза в училище е прилагането на цялостен училищен подход, полагане на координирани и последователни усилия за предотвратяване на тормоза и създаване на по-сигурна училищна среда.</w:t>
      </w:r>
    </w:p>
    <w:p w14:paraId="525C664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1.Училищната политика за противодействие на тормоза в училище се реализира на равнище училище и на равнище клас, като на всяко едно от тези равнища се осъществяват дейности по превенция и интервенция (реакция).</w:t>
      </w:r>
    </w:p>
    <w:p w14:paraId="3DCCF82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2.Дейностите по превенция и интервенция се разработват въз основа на Механизма за противодействие на училищния тормоз между учениците в училище и на алгоритъма за неговото прилагане, утвърден от министъра на образованието и науката. Училищният механизъм е Приложение № 94 към правилника.</w:t>
      </w:r>
    </w:p>
    <w:p w14:paraId="7B57DC4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(9) За преодоляване на проблемното поведение на ученика и за справяне със затрудненията му с приобщаването в образователната и училищната среда, с участието му в дейността на институцията и с </w:t>
      </w:r>
      <w:r>
        <w:rPr>
          <w:rFonts w:ascii="Times New Roman" w:hAnsi="Times New Roman" w:cs="Times New Roman" w:eastAsia="Times New Roman"/>
          <w:sz w:val="24"/>
          <w:szCs w:val="24"/>
        </w:rPr>
        <w:lastRenderedPageBreak/>
        <w:t>поведенческите му прояви се прилагат една или повече от следните дейности за въздействие върху вътрешната мотивация:</w:t>
      </w:r>
    </w:p>
    <w:p w14:paraId="74A9BAB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обсъждане между ученика и класния ръководител с цел изясняване на възникнал проблем и получаване на подкрепа за разрешаването му;</w:t>
      </w:r>
    </w:p>
    <w:p w14:paraId="2E6E2B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използване на посредник при решаване на конфликт в училище;</w:t>
      </w:r>
    </w:p>
    <w:p w14:paraId="53858A3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консултиране на ученика с педагогическия съветник;</w:t>
      </w:r>
    </w:p>
    <w:p w14:paraId="4513EC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285BE4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създаване на условия за включване на ученика в занимания, съобразени с неговите интереси и потребности;</w:t>
      </w:r>
    </w:p>
    <w:p w14:paraId="6865DFE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индивидуална подкрепа за ученика от личност, която той уважава (наставничество);</w:t>
      </w:r>
    </w:p>
    <w:p w14:paraId="274C2A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участие на ученика в дейности в полза на паралелката или училището: почистване или боядисване на врати, коридори, ламперии, помещения, работилници, поддържане на двора, тротоарите и тревните площи, снегопочистване през зимата, работа в библиотеката и др.;</w:t>
      </w:r>
    </w:p>
    <w:p w14:paraId="3014463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други дейности, определени в Правилника за дейността на институцията.</w:t>
      </w:r>
    </w:p>
    <w:p w14:paraId="14D7344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(10) Мерки за корекционно въздействие:</w:t>
      </w:r>
    </w:p>
    <w:p w14:paraId="1EFC6DE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1.Отстраняване от учебен час (чл. 199, ал. 2 от ЗПУО)</w:t>
      </w:r>
    </w:p>
    <w:p w14:paraId="55109A3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Прилага се, когато ученикът възпрепятства провеждането на учебния процес. При налагане на тази мярка ученикът няма право да напуска територията на училището по време на отстраняването си. При изпълнение на мярката училището създава условия за работа с учениците за повишаване на мотивацията и социалните им умения за общуване (чл. 206, ал. 4 от ЗПУО).</w:t>
      </w:r>
    </w:p>
    <w:p w14:paraId="78F940B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времето на отстраняването си до края на учебния час ученикът изпълнява дейности, които са съобразени с възрастовите особености и неунижаващи достойнството му. Изпраща се за консултация при педагогическия съветник или в училищната библиотека за самоподготовка.</w:t>
      </w:r>
    </w:p>
    <w:p w14:paraId="0D35902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След приключване на учебния час, от който е отстранен ученикът, учителят по съответния предмет е длъжен да уведоми писмено класния ръководител за причината, довела до отстраняването на ученика.</w:t>
      </w:r>
    </w:p>
    <w:p w14:paraId="5AE87EB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края на учебните занятия класният ръководител е длъжен да уведоми родителите за направеното нарушение и да предприеме дейности за преодоляване на проблемното поведение на ученика.</w:t>
      </w:r>
    </w:p>
    <w:p w14:paraId="2451013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Класният ръководител осъществява среща разговор с родител/ите на отстранения ученик, на която присъстват: педагогическият съветник, ученикът и учителят, който го е отстранил. Срещата се отразява в протокол.</w:t>
      </w:r>
    </w:p>
    <w:p w14:paraId="52A7E48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налагане на мярката за времето на отстраняване на ученика не се отбелязват отсъствия, а наложената мярка се документира в електронния дневник на класа и в ученическата книжка.</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229"/>
        <w:gridCol w:w="1205"/>
        <w:gridCol w:w="1206"/>
        <w:gridCol w:w="1205"/>
        <w:gridCol w:w="1206"/>
        <w:gridCol w:w="989"/>
        <w:gridCol w:w="1205"/>
        <w:gridCol w:w="1110"/>
      </w:tblGrid>
      <w:tr w:rsidR="00E607B5" w14:paraId="3901C903" w14:textId="77777777">
        <w:tblPrEx>
          <w:tblCellMar>
            <w:top w:w="0" w:type="dxa"/>
            <w:bottom w:w="0" w:type="dxa"/>
          </w:tblCellMar>
        </w:tblPrEx>
        <w:trPr>
          <w:tblHeader/>
        </w:trPr>
        <w:tc>
          <w:tcPr>
            <w:tcW w:w="1230" w:type="dxa"/>
            <w:shd w:val="clear" w:color="auto" w:fill="D9D9D9"/>
            <w:tcMar>
              <w:top w:w="60" w:type="dxa"/>
              <w:left w:w="90" w:type="dxa"/>
              <w:bottom w:w="60" w:type="dxa"/>
              <w:right w:w="90" w:type="dxa"/>
            </w:tcMar>
            <w:vAlign w:val="center"/>
          </w:tcPr>
          <w:p w14:paraId="0DF6270C"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1205" w:type="dxa"/>
            <w:shd w:val="clear" w:color="auto" w:fill="D9D9D9"/>
            <w:tcMar>
              <w:top w:w="60" w:type="dxa"/>
              <w:left w:w="90" w:type="dxa"/>
              <w:bottom w:w="60" w:type="dxa"/>
              <w:right w:w="90" w:type="dxa"/>
            </w:tcMar>
            <w:vAlign w:val="center"/>
          </w:tcPr>
          <w:p w14:paraId="3744A657"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1206" w:type="dxa"/>
            <w:shd w:val="clear" w:color="auto" w:fill="D9D9D9"/>
            <w:tcMar>
              <w:top w:w="60" w:type="dxa"/>
              <w:left w:w="90" w:type="dxa"/>
              <w:bottom w:w="60" w:type="dxa"/>
              <w:right w:w="90" w:type="dxa"/>
            </w:tcMar>
            <w:vAlign w:val="center"/>
          </w:tcPr>
          <w:p w14:paraId="5FAE2D2C"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w:t>
            </w:r>
          </w:p>
          <w:p w14:paraId="3807DB75" w14:textId="77777777" w:rsidR="00E607B5" w:rsidRDefault="00D91D22">
            <w:pPr>
              <w:spacing w:line="264" w:lineRule="auto"/>
              <w:jc w:val="center"/>
            </w:pPr>
            <w:r>
              <w:rPr>
                <w:rFonts w:ascii="Times New Roman" w:hAnsi="Times New Roman" w:cs="Times New Roman" w:eastAsia="Times New Roman"/>
                <w:b/>
                <w:bCs/>
                <w:sz w:val="20"/>
                <w:szCs w:val="20"/>
              </w:rPr>
              <w:t>ръководител</w:t>
            </w:r>
          </w:p>
        </w:tc>
        <w:tc>
          <w:tcPr>
            <w:tcW w:w="1205" w:type="dxa"/>
            <w:shd w:val="clear" w:color="auto" w:fill="D9D9D9"/>
            <w:tcMar>
              <w:top w:w="60" w:type="dxa"/>
              <w:left w:w="90" w:type="dxa"/>
              <w:bottom w:w="60" w:type="dxa"/>
              <w:right w:w="90" w:type="dxa"/>
            </w:tcMar>
            <w:vAlign w:val="center"/>
          </w:tcPr>
          <w:p w14:paraId="207AF59E" w14:textId="77777777" w:rsidR="00E607B5" w:rsidRDefault="00D91D22">
            <w:pPr>
              <w:spacing w:line="264" w:lineRule="auto"/>
              <w:jc w:val="center"/>
            </w:pPr>
            <w:r>
              <w:rPr>
                <w:rFonts w:ascii="Times New Roman" w:hAnsi="Times New Roman" w:cs="Times New Roman" w:eastAsia="Times New Roman"/>
                <w:b/>
                <w:bCs/>
                <w:sz w:val="20"/>
                <w:szCs w:val="20"/>
              </w:rPr>
              <w:t>Ученик</w:t>
            </w:r>
          </w:p>
        </w:tc>
        <w:tc>
          <w:tcPr>
            <w:tcW w:w="1206" w:type="dxa"/>
            <w:shd w:val="clear" w:color="auto" w:fill="D9D9D9"/>
            <w:tcMar>
              <w:top w:w="60" w:type="dxa"/>
              <w:left w:w="90" w:type="dxa"/>
              <w:bottom w:w="60" w:type="dxa"/>
              <w:right w:w="90" w:type="dxa"/>
            </w:tcMar>
            <w:vAlign w:val="center"/>
          </w:tcPr>
          <w:p w14:paraId="282D6745" w14:textId="77777777" w:rsidR="00E607B5" w:rsidRDefault="00D91D22">
            <w:pPr>
              <w:spacing w:line="264" w:lineRule="auto"/>
              <w:jc w:val="center"/>
            </w:pPr>
            <w:r>
              <w:rPr>
                <w:rFonts w:ascii="Times New Roman" w:hAnsi="Times New Roman" w:cs="Times New Roman" w:eastAsia="Times New Roman"/>
                <w:b/>
                <w:bCs/>
                <w:sz w:val="20"/>
                <w:szCs w:val="20"/>
              </w:rPr>
              <w:t>Действия на директор</w:t>
            </w:r>
          </w:p>
        </w:tc>
        <w:tc>
          <w:tcPr>
            <w:tcW w:w="989" w:type="dxa"/>
            <w:shd w:val="clear" w:color="auto" w:fill="D9D9D9"/>
            <w:tcMar>
              <w:top w:w="60" w:type="dxa"/>
              <w:left w:w="90" w:type="dxa"/>
              <w:bottom w:w="60" w:type="dxa"/>
              <w:right w:w="90" w:type="dxa"/>
            </w:tcMar>
            <w:vAlign w:val="center"/>
          </w:tcPr>
          <w:p w14:paraId="70DF96BC"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1205" w:type="dxa"/>
            <w:shd w:val="clear" w:color="auto" w:fill="D9D9D9"/>
            <w:tcMar>
              <w:top w:w="60" w:type="dxa"/>
              <w:left w:w="90" w:type="dxa"/>
              <w:bottom w:w="60" w:type="dxa"/>
              <w:right w:w="90" w:type="dxa"/>
            </w:tcMar>
            <w:vAlign w:val="center"/>
          </w:tcPr>
          <w:p w14:paraId="4CA68DE0"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1110" w:type="dxa"/>
            <w:shd w:val="clear" w:color="auto" w:fill="D9D9D9"/>
            <w:tcMar>
              <w:top w:w="60" w:type="dxa"/>
              <w:left w:w="90" w:type="dxa"/>
              <w:bottom w:w="60" w:type="dxa"/>
              <w:right w:w="90" w:type="dxa"/>
            </w:tcMar>
            <w:vAlign w:val="center"/>
          </w:tcPr>
          <w:p w14:paraId="2C9DB3A7" w14:textId="77777777" w:rsidR="00E607B5" w:rsidRDefault="00D91D22">
            <w:pPr>
              <w:spacing w:line="264" w:lineRule="auto"/>
              <w:jc w:val="center"/>
            </w:pPr>
            <w:r>
              <w:rPr>
                <w:rFonts w:ascii="Times New Roman" w:hAnsi="Times New Roman" w:cs="Times New Roman" w:eastAsia="Times New Roman"/>
                <w:b/>
                <w:bCs/>
                <w:sz w:val="20"/>
                <w:szCs w:val="20"/>
              </w:rPr>
              <w:t>Учител</w:t>
            </w:r>
          </w:p>
        </w:tc>
      </w:tr>
      <w:tr w:rsidR="00E607B5" w14:paraId="0040C5BA" w14:textId="77777777">
        <w:tblPrEx>
          <w:tblCellMar>
            <w:top w:w="0" w:type="dxa"/>
            <w:bottom w:w="0" w:type="dxa"/>
          </w:tblCellMar>
        </w:tblPrEx>
        <w:tc>
          <w:tcPr>
            <w:tcW w:w="1230" w:type="dxa"/>
            <w:shd w:val="clear" w:color="auto" w:fill="FFFFFF"/>
            <w:tcMar>
              <w:top w:w="60" w:type="dxa"/>
              <w:left w:w="90" w:type="dxa"/>
              <w:bottom w:w="60" w:type="dxa"/>
              <w:right w:w="90" w:type="dxa"/>
            </w:tcMar>
            <w:vAlign w:val="center"/>
          </w:tcPr>
          <w:p w14:paraId="14894C89" w14:textId="77777777" w:rsidR="00E607B5" w:rsidRDefault="00D91D22">
            <w:pPr>
              <w:spacing w:line="264" w:lineRule="auto"/>
            </w:pPr>
            <w:r>
              <w:rPr>
                <w:rFonts w:ascii="Times New Roman" w:hAnsi="Times New Roman" w:cs="Times New Roman" w:eastAsia="Times New Roman"/>
                <w:b/>
                <w:bCs/>
                <w:sz w:val="19"/>
                <w:szCs w:val="19"/>
              </w:rPr>
              <w:t>- Мярка</w:t>
            </w:r>
          </w:p>
          <w:p w14:paraId="7249F271" w14:textId="77777777" w:rsidR="00E607B5" w:rsidRDefault="00D91D22">
            <w:pPr>
              <w:spacing w:line="264" w:lineRule="auto"/>
            </w:pPr>
            <w:r>
              <w:rPr>
                <w:rFonts w:ascii="Times New Roman" w:hAnsi="Times New Roman" w:cs="Times New Roman" w:eastAsia="Times New Roman"/>
                <w:b/>
                <w:bCs/>
                <w:sz w:val="19"/>
                <w:szCs w:val="19"/>
              </w:rPr>
              <w:t xml:space="preserve">„Отстраняване на ученика до края на </w:t>
            </w:r>
            <w:r>
              <w:rPr>
                <w:rFonts w:ascii="Times New Roman" w:hAnsi="Times New Roman" w:cs="Times New Roman" w:eastAsia="Times New Roman"/>
                <w:b/>
                <w:bCs/>
                <w:sz w:val="19"/>
                <w:szCs w:val="19"/>
              </w:rPr>
              <w:lastRenderedPageBreak/>
              <w:t>учебния час“</w:t>
            </w:r>
          </w:p>
          <w:p w14:paraId="19E6CE9E" w14:textId="77777777" w:rsidR="00E607B5" w:rsidRDefault="00D91D22">
            <w:pPr>
              <w:spacing w:line="264" w:lineRule="auto"/>
            </w:pPr>
            <w:r>
              <w:rPr>
                <w:rFonts w:ascii="Times New Roman" w:hAnsi="Times New Roman" w:cs="Times New Roman" w:eastAsia="Times New Roman"/>
                <w:b/>
                <w:bCs/>
                <w:sz w:val="19"/>
                <w:szCs w:val="19"/>
              </w:rPr>
              <w:t>Срок: до края на часа</w:t>
            </w:r>
          </w:p>
          <w:p w14:paraId="469136B9" w14:textId="77777777" w:rsidR="00E607B5" w:rsidRDefault="00D91D22">
            <w:pPr>
              <w:spacing w:line="264" w:lineRule="auto"/>
            </w:pPr>
            <w:r>
              <w:rPr>
                <w:rFonts w:ascii="Times New Roman" w:hAnsi="Times New Roman" w:cs="Times New Roman" w:eastAsia="Times New Roman"/>
                <w:b/>
                <w:bCs/>
                <w:sz w:val="19"/>
                <w:szCs w:val="19"/>
              </w:rPr>
              <w:t>Чл.1 99, ал. 2</w:t>
            </w:r>
          </w:p>
          <w:p w14:paraId="4BED414E" w14:textId="77777777" w:rsidR="00E607B5" w:rsidRDefault="00D91D22">
            <w:pPr>
              <w:spacing w:line="264" w:lineRule="auto"/>
            </w:pPr>
            <w:r>
              <w:rPr>
                <w:rFonts w:ascii="Times New Roman" w:hAnsi="Times New Roman" w:cs="Times New Roman" w:eastAsia="Times New Roman"/>
                <w:b/>
                <w:bCs/>
                <w:sz w:val="19"/>
                <w:szCs w:val="19"/>
              </w:rPr>
              <w:t>от ЗПУО</w:t>
            </w:r>
          </w:p>
        </w:tc>
        <w:tc>
          <w:tcPr>
            <w:tcW w:w="1205" w:type="dxa"/>
            <w:shd w:val="clear" w:color="auto" w:fill="FFFFFF"/>
            <w:tcMar>
              <w:top w:w="60" w:type="dxa"/>
              <w:left w:w="90" w:type="dxa"/>
              <w:bottom w:w="60" w:type="dxa"/>
              <w:right w:w="90" w:type="dxa"/>
            </w:tcMar>
            <w:vAlign w:val="center"/>
          </w:tcPr>
          <w:p w14:paraId="67EF2EF7" w14:textId="77777777" w:rsidR="00E607B5" w:rsidRDefault="00D91D22">
            <w:pPr>
              <w:spacing w:line="264" w:lineRule="auto"/>
            </w:pPr>
            <w:r>
              <w:rPr>
                <w:rFonts w:ascii="Times New Roman" w:hAnsi="Times New Roman" w:cs="Times New Roman" w:eastAsia="Times New Roman"/>
                <w:sz w:val="19"/>
                <w:szCs w:val="19"/>
              </w:rPr>
              <w:lastRenderedPageBreak/>
              <w:t xml:space="preserve">Възпрепятстване провеждането на </w:t>
            </w:r>
            <w:r>
              <w:rPr>
                <w:rFonts w:ascii="Times New Roman" w:hAnsi="Times New Roman" w:cs="Times New Roman" w:eastAsia="Times New Roman"/>
                <w:sz w:val="19"/>
                <w:szCs w:val="19"/>
              </w:rPr>
              <w:lastRenderedPageBreak/>
              <w:t>учебния процес</w:t>
            </w:r>
          </w:p>
        </w:tc>
        <w:tc>
          <w:tcPr>
            <w:tcW w:w="1206" w:type="dxa"/>
            <w:shd w:val="clear" w:color="auto" w:fill="FFFFFF"/>
            <w:tcMar>
              <w:top w:w="60" w:type="dxa"/>
              <w:left w:w="90" w:type="dxa"/>
              <w:bottom w:w="60" w:type="dxa"/>
              <w:right w:w="90" w:type="dxa"/>
            </w:tcMar>
            <w:vAlign w:val="center"/>
          </w:tcPr>
          <w:p w14:paraId="5DE9AD91" w14:textId="77777777" w:rsidR="00E607B5" w:rsidRDefault="00D91D22">
            <w:pPr>
              <w:spacing w:line="264" w:lineRule="auto"/>
            </w:pPr>
            <w:r>
              <w:rPr>
                <w:rFonts w:ascii="Times New Roman" w:hAnsi="Times New Roman" w:cs="Times New Roman" w:eastAsia="Times New Roman"/>
                <w:sz w:val="19"/>
                <w:szCs w:val="19"/>
              </w:rPr>
              <w:lastRenderedPageBreak/>
              <w:t>Изготвя уведомително писмо до родител</w:t>
            </w:r>
          </w:p>
          <w:p w14:paraId="68B48CD5" w14:textId="77777777" w:rsidR="00E607B5" w:rsidRDefault="00D91D22">
            <w:pPr>
              <w:spacing w:line="264" w:lineRule="auto"/>
            </w:pPr>
            <w:r>
              <w:rPr>
                <w:rFonts w:ascii="Times New Roman" w:hAnsi="Times New Roman" w:cs="Times New Roman" w:eastAsia="Times New Roman"/>
                <w:sz w:val="19"/>
                <w:szCs w:val="19"/>
              </w:rPr>
              <w:lastRenderedPageBreak/>
              <w:t>Осъществява среща разговор с родител/ите на отстранения ученик, на която присъстват психологът, ученикът и учителят, който го е отстранил. Срещата се отразява в</w:t>
            </w:r>
          </w:p>
          <w:p w14:paraId="718BBC90" w14:textId="77777777" w:rsidR="00E607B5" w:rsidRDefault="00D91D22">
            <w:pPr>
              <w:spacing w:line="264" w:lineRule="auto"/>
            </w:pPr>
            <w:r>
              <w:rPr>
                <w:rFonts w:ascii="Times New Roman" w:hAnsi="Times New Roman" w:cs="Times New Roman" w:eastAsia="Times New Roman"/>
                <w:sz w:val="19"/>
                <w:szCs w:val="19"/>
              </w:rPr>
              <w:t>протокол</w:t>
            </w:r>
          </w:p>
        </w:tc>
        <w:tc>
          <w:tcPr>
            <w:tcW w:w="1205" w:type="dxa"/>
            <w:shd w:val="clear" w:color="auto" w:fill="FFFFFF"/>
            <w:tcMar>
              <w:top w:w="60" w:type="dxa"/>
              <w:left w:w="90" w:type="dxa"/>
              <w:bottom w:w="60" w:type="dxa"/>
              <w:right w:w="90" w:type="dxa"/>
            </w:tcMar>
            <w:vAlign w:val="center"/>
          </w:tcPr>
          <w:p w14:paraId="18CDE3D0" w14:textId="77777777" w:rsidR="00E607B5" w:rsidRDefault="00D91D22">
            <w:pPr>
              <w:spacing w:line="264" w:lineRule="auto"/>
            </w:pPr>
            <w:r>
              <w:rPr>
                <w:rFonts w:ascii="Times New Roman" w:hAnsi="Times New Roman" w:cs="Times New Roman" w:eastAsia="Times New Roman"/>
                <w:sz w:val="19"/>
                <w:szCs w:val="19"/>
              </w:rPr>
              <w:lastRenderedPageBreak/>
              <w:t xml:space="preserve">Няма право да напуска територията на училището </w:t>
            </w:r>
            <w:r>
              <w:rPr>
                <w:rFonts w:ascii="Times New Roman" w:hAnsi="Times New Roman" w:cs="Times New Roman" w:eastAsia="Times New Roman"/>
                <w:sz w:val="19"/>
                <w:szCs w:val="19"/>
              </w:rPr>
              <w:lastRenderedPageBreak/>
              <w:t>по време на отстраняването</w:t>
            </w:r>
          </w:p>
          <w:p w14:paraId="2DA97403" w14:textId="77777777" w:rsidR="00E607B5" w:rsidRDefault="00D91D22">
            <w:pPr>
              <w:spacing w:line="264" w:lineRule="auto"/>
            </w:pPr>
            <w:r>
              <w:rPr>
                <w:rFonts w:ascii="Times New Roman" w:hAnsi="Times New Roman" w:cs="Times New Roman" w:eastAsia="Times New Roman"/>
                <w:sz w:val="19"/>
                <w:szCs w:val="19"/>
              </w:rPr>
              <w:t>Извършва дейности по самоподготовка в библиотеката на гимназията</w:t>
            </w:r>
          </w:p>
          <w:p w14:paraId="58D45B93" w14:textId="77777777" w:rsidR="00E607B5" w:rsidRDefault="00D91D22">
            <w:pPr>
              <w:spacing w:line="264" w:lineRule="auto"/>
            </w:pPr>
            <w:r>
              <w:rPr>
                <w:rFonts w:ascii="Times New Roman" w:hAnsi="Times New Roman" w:cs="Times New Roman" w:eastAsia="Times New Roman"/>
                <w:sz w:val="19"/>
                <w:szCs w:val="19"/>
              </w:rPr>
              <w:t>Консултира се с психолог</w:t>
            </w:r>
          </w:p>
          <w:p w14:paraId="65C9F0FD" w14:textId="77777777" w:rsidR="00E607B5" w:rsidRDefault="00D91D22">
            <w:pPr>
              <w:spacing w:line="264" w:lineRule="auto"/>
            </w:pPr>
            <w:r>
              <w:rPr>
                <w:rFonts w:ascii="Times New Roman" w:hAnsi="Times New Roman" w:cs="Times New Roman" w:eastAsia="Times New Roman"/>
                <w:sz w:val="19"/>
                <w:szCs w:val="19"/>
              </w:rPr>
              <w:t>Представя писмено обяснение</w:t>
            </w:r>
          </w:p>
        </w:tc>
        <w:tc>
          <w:tcPr>
            <w:tcW w:w="1206" w:type="dxa"/>
            <w:shd w:val="clear" w:color="auto" w:fill="FFFFFF"/>
            <w:tcMar>
              <w:top w:w="60" w:type="dxa"/>
              <w:left w:w="90" w:type="dxa"/>
              <w:bottom w:w="60" w:type="dxa"/>
              <w:right w:w="90" w:type="dxa"/>
            </w:tcMar>
            <w:vAlign w:val="center"/>
          </w:tcPr>
          <w:p w14:paraId="0F2F0AE8" w14:textId="77777777" w:rsidR="00E607B5" w:rsidRDefault="00D91D22">
            <w:pPr>
              <w:spacing w:line="264" w:lineRule="auto"/>
            </w:pPr>
            <w:r>
              <w:rPr>
                <w:rFonts w:ascii="Times New Roman" w:hAnsi="Times New Roman" w:cs="Times New Roman" w:eastAsia="Times New Roman"/>
                <w:sz w:val="19"/>
                <w:szCs w:val="19"/>
              </w:rPr>
              <w:lastRenderedPageBreak/>
              <w:t>Подписва уведомително писмо до родител</w:t>
            </w:r>
          </w:p>
        </w:tc>
        <w:tc>
          <w:tcPr>
            <w:tcW w:w="989" w:type="dxa"/>
            <w:shd w:val="clear" w:color="auto" w:fill="FFFFFF"/>
            <w:tcMar>
              <w:top w:w="60" w:type="dxa"/>
              <w:left w:w="90" w:type="dxa"/>
              <w:bottom w:w="60" w:type="dxa"/>
              <w:right w:w="90" w:type="dxa"/>
            </w:tcMar>
            <w:vAlign w:val="center"/>
          </w:tcPr>
          <w:p w14:paraId="1AC21676" w14:textId="77777777" w:rsidR="00E607B5" w:rsidRDefault="00D91D22">
            <w:pPr>
              <w:spacing w:line="264" w:lineRule="auto"/>
            </w:pPr>
            <w:r>
              <w:rPr>
                <w:rFonts w:ascii="Times New Roman" w:hAnsi="Times New Roman" w:cs="Times New Roman" w:eastAsia="Times New Roman"/>
                <w:sz w:val="19"/>
                <w:szCs w:val="19"/>
              </w:rPr>
              <w:t xml:space="preserve">Присъства на срещата- разговор за </w:t>
            </w:r>
            <w:r>
              <w:rPr>
                <w:rFonts w:ascii="Times New Roman" w:hAnsi="Times New Roman" w:cs="Times New Roman" w:eastAsia="Times New Roman"/>
                <w:sz w:val="19"/>
                <w:szCs w:val="19"/>
              </w:rPr>
              <w:lastRenderedPageBreak/>
              <w:t>провинението на ученика</w:t>
            </w:r>
          </w:p>
        </w:tc>
        <w:tc>
          <w:tcPr>
            <w:tcW w:w="1205" w:type="dxa"/>
            <w:shd w:val="clear" w:color="auto" w:fill="FFFFFF"/>
            <w:tcMar>
              <w:top w:w="60" w:type="dxa"/>
              <w:left w:w="90" w:type="dxa"/>
              <w:bottom w:w="60" w:type="dxa"/>
              <w:right w:w="90" w:type="dxa"/>
            </w:tcMar>
            <w:vAlign w:val="center"/>
          </w:tcPr>
          <w:p w14:paraId="22E47ED7" w14:textId="77777777" w:rsidR="00E607B5" w:rsidRDefault="00D91D22">
            <w:pPr>
              <w:spacing w:line="264" w:lineRule="auto"/>
            </w:pPr>
            <w:r>
              <w:rPr>
                <w:rFonts w:ascii="Times New Roman" w:hAnsi="Times New Roman" w:cs="Times New Roman" w:eastAsia="Times New Roman"/>
                <w:sz w:val="19"/>
                <w:szCs w:val="19"/>
              </w:rPr>
              <w:lastRenderedPageBreak/>
              <w:t xml:space="preserve">Дейности за повишаване на мотивацията и на </w:t>
            </w:r>
            <w:r>
              <w:rPr>
                <w:rFonts w:ascii="Times New Roman" w:hAnsi="Times New Roman" w:cs="Times New Roman" w:eastAsia="Times New Roman"/>
                <w:sz w:val="19"/>
                <w:szCs w:val="19"/>
              </w:rPr>
              <w:lastRenderedPageBreak/>
              <w:t>социалните умения за общуване и за преодоляване на проблемното поведение на ученика</w:t>
            </w:r>
          </w:p>
        </w:tc>
        <w:tc>
          <w:tcPr>
            <w:tcW w:w="1110" w:type="dxa"/>
            <w:shd w:val="clear" w:color="auto" w:fill="FFFFFF"/>
            <w:tcMar>
              <w:top w:w="60" w:type="dxa"/>
              <w:left w:w="90" w:type="dxa"/>
              <w:bottom w:w="60" w:type="dxa"/>
              <w:right w:w="90" w:type="dxa"/>
            </w:tcMar>
            <w:vAlign w:val="center"/>
          </w:tcPr>
          <w:p w14:paraId="32E2CD02" w14:textId="77777777" w:rsidR="00E607B5" w:rsidRDefault="00D91D22">
            <w:pPr>
              <w:spacing w:line="264" w:lineRule="auto"/>
            </w:pPr>
            <w:r>
              <w:rPr>
                <w:rFonts w:ascii="Times New Roman" w:hAnsi="Times New Roman" w:cs="Times New Roman" w:eastAsia="Times New Roman"/>
                <w:sz w:val="19"/>
                <w:szCs w:val="19"/>
              </w:rPr>
              <w:lastRenderedPageBreak/>
              <w:t xml:space="preserve">Изготвя писмен доклад до директора за </w:t>
            </w:r>
            <w:r>
              <w:rPr>
                <w:rFonts w:ascii="Times New Roman" w:hAnsi="Times New Roman" w:cs="Times New Roman" w:eastAsia="Times New Roman"/>
                <w:sz w:val="19"/>
                <w:szCs w:val="19"/>
              </w:rPr>
              <w:lastRenderedPageBreak/>
              <w:t>причините за отстраняване на ученика от час</w:t>
            </w:r>
          </w:p>
          <w:p w14:paraId="41DF8378" w14:textId="77777777" w:rsidR="00E607B5" w:rsidRDefault="00D91D22">
            <w:pPr>
              <w:spacing w:line="264" w:lineRule="auto"/>
            </w:pPr>
            <w:r>
              <w:rPr>
                <w:rFonts w:ascii="Times New Roman" w:hAnsi="Times New Roman" w:cs="Times New Roman" w:eastAsia="Times New Roman"/>
                <w:sz w:val="19"/>
                <w:szCs w:val="19"/>
              </w:rPr>
              <w:t>На ученика не се отбелязва отсъствие</w:t>
            </w:r>
          </w:p>
          <w:p w14:paraId="36C35FD9" w14:textId="77777777" w:rsidR="00E607B5" w:rsidRDefault="00D91D22">
            <w:pPr>
              <w:spacing w:line="264" w:lineRule="auto"/>
            </w:pPr>
            <w:r>
              <w:rPr>
                <w:rFonts w:ascii="Times New Roman" w:hAnsi="Times New Roman" w:cs="Times New Roman" w:eastAsia="Times New Roman"/>
                <w:sz w:val="19"/>
                <w:szCs w:val="19"/>
              </w:rPr>
              <w:t>Мярката се налага независимо от санкциите</w:t>
            </w:r>
          </w:p>
        </w:tc>
      </w:tr>
    </w:tbl>
    <w:p w14:paraId="4FEE2565" w14:textId="77777777" w:rsidR="00E607B5" w:rsidRDefault="00E607B5">
      <w:pPr>
        <w:spacing w:after="120" w:line="288" w:lineRule="auto"/>
        <w:jc w:val="both"/>
      </w:pPr>
    </w:p>
    <w:p w14:paraId="7E1D6FB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2.Отстраняване от училище</w:t>
      </w:r>
    </w:p>
    <w:p w14:paraId="4A5336B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Прилага се, когато ученикът се яви в училище с облекло или във вид, които са в нарушение на ПДУ, както и когато състоянието му не позволява да участва в учебния процес. Отстранява се от училище до отпадане на основанието за отстраняването му.</w:t>
      </w:r>
    </w:p>
    <w:p w14:paraId="7566DAB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Класният ръководител осъществява среща разговор с родител/ите на отстранения ученик, на която присъстват педагогическият съветник и ученикът. Срещата се отразява в протокол. Тази мярка се налага задължително със заповед на директора на училището.</w:t>
      </w:r>
    </w:p>
    <w:p w14:paraId="05E2000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Веднага след приключване на учебния час или след отстраняването на ученика се предприемат дейности за мотивация и преодоляване на проблемното поведение и се уведомява родителят (чл. 199, ал. 4 от ЗПУО).</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193"/>
        <w:gridCol w:w="1312"/>
        <w:gridCol w:w="1074"/>
        <w:gridCol w:w="1337"/>
        <w:gridCol w:w="1074"/>
        <w:gridCol w:w="1074"/>
        <w:gridCol w:w="1432"/>
        <w:gridCol w:w="859"/>
      </w:tblGrid>
      <w:tr w:rsidR="00E607B5" w14:paraId="789A90E9" w14:textId="77777777">
        <w:tblPrEx>
          <w:tblCellMar>
            <w:top w:w="0" w:type="dxa"/>
            <w:bottom w:w="0" w:type="dxa"/>
          </w:tblCellMar>
        </w:tblPrEx>
        <w:trPr>
          <w:tblHeader/>
        </w:trPr>
        <w:tc>
          <w:tcPr>
            <w:tcW w:w="1194" w:type="dxa"/>
            <w:shd w:val="clear" w:color="auto" w:fill="D9D9D9"/>
            <w:tcMar>
              <w:top w:w="60" w:type="dxa"/>
              <w:left w:w="90" w:type="dxa"/>
              <w:bottom w:w="60" w:type="dxa"/>
              <w:right w:w="90" w:type="dxa"/>
            </w:tcMar>
            <w:vAlign w:val="center"/>
          </w:tcPr>
          <w:p w14:paraId="4A276967"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1312" w:type="dxa"/>
            <w:shd w:val="clear" w:color="auto" w:fill="D9D9D9"/>
            <w:tcMar>
              <w:top w:w="60" w:type="dxa"/>
              <w:left w:w="90" w:type="dxa"/>
              <w:bottom w:w="60" w:type="dxa"/>
              <w:right w:w="90" w:type="dxa"/>
            </w:tcMar>
            <w:vAlign w:val="center"/>
          </w:tcPr>
          <w:p w14:paraId="650366FD"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1074" w:type="dxa"/>
            <w:shd w:val="clear" w:color="auto" w:fill="D9D9D9"/>
            <w:tcMar>
              <w:top w:w="60" w:type="dxa"/>
              <w:left w:w="90" w:type="dxa"/>
              <w:bottom w:w="60" w:type="dxa"/>
              <w:right w:w="90" w:type="dxa"/>
            </w:tcMar>
            <w:vAlign w:val="center"/>
          </w:tcPr>
          <w:p w14:paraId="4E92D831"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w:t>
            </w:r>
          </w:p>
          <w:p w14:paraId="727CB94C" w14:textId="77777777" w:rsidR="00E607B5" w:rsidRDefault="00D91D22">
            <w:pPr>
              <w:spacing w:line="264" w:lineRule="auto"/>
              <w:jc w:val="center"/>
            </w:pPr>
            <w:r>
              <w:rPr>
                <w:rFonts w:ascii="Times New Roman" w:hAnsi="Times New Roman" w:cs="Times New Roman" w:eastAsia="Times New Roman"/>
                <w:b/>
                <w:bCs/>
                <w:sz w:val="20"/>
                <w:szCs w:val="20"/>
              </w:rPr>
              <w:t>ръководител</w:t>
            </w:r>
          </w:p>
        </w:tc>
        <w:tc>
          <w:tcPr>
            <w:tcW w:w="1337" w:type="dxa"/>
            <w:shd w:val="clear" w:color="auto" w:fill="D9D9D9"/>
            <w:tcMar>
              <w:top w:w="60" w:type="dxa"/>
              <w:left w:w="90" w:type="dxa"/>
              <w:bottom w:w="60" w:type="dxa"/>
              <w:right w:w="90" w:type="dxa"/>
            </w:tcMar>
            <w:vAlign w:val="center"/>
          </w:tcPr>
          <w:p w14:paraId="35DD8F39" w14:textId="77777777" w:rsidR="00E607B5" w:rsidRDefault="00D91D22">
            <w:pPr>
              <w:spacing w:line="264" w:lineRule="auto"/>
              <w:jc w:val="center"/>
            </w:pPr>
            <w:r>
              <w:rPr>
                <w:rFonts w:ascii="Times New Roman" w:hAnsi="Times New Roman" w:cs="Times New Roman" w:eastAsia="Times New Roman"/>
                <w:b/>
                <w:bCs/>
                <w:sz w:val="20"/>
                <w:szCs w:val="20"/>
              </w:rPr>
              <w:t>Ученик</w:t>
            </w:r>
          </w:p>
        </w:tc>
        <w:tc>
          <w:tcPr>
            <w:tcW w:w="1074" w:type="dxa"/>
            <w:shd w:val="clear" w:color="auto" w:fill="D9D9D9"/>
            <w:tcMar>
              <w:top w:w="60" w:type="dxa"/>
              <w:left w:w="90" w:type="dxa"/>
              <w:bottom w:w="60" w:type="dxa"/>
              <w:right w:w="90" w:type="dxa"/>
            </w:tcMar>
            <w:vAlign w:val="center"/>
          </w:tcPr>
          <w:p w14:paraId="0FCC45DE" w14:textId="77777777" w:rsidR="00E607B5" w:rsidRDefault="00D91D22">
            <w:pPr>
              <w:spacing w:line="264" w:lineRule="auto"/>
              <w:jc w:val="center"/>
            </w:pPr>
            <w:r>
              <w:rPr>
                <w:rFonts w:ascii="Times New Roman" w:hAnsi="Times New Roman" w:cs="Times New Roman" w:eastAsia="Times New Roman"/>
                <w:b/>
                <w:bCs/>
                <w:sz w:val="20"/>
                <w:szCs w:val="20"/>
              </w:rPr>
              <w:t>Действия на директор</w:t>
            </w:r>
          </w:p>
        </w:tc>
        <w:tc>
          <w:tcPr>
            <w:tcW w:w="1074" w:type="dxa"/>
            <w:shd w:val="clear" w:color="auto" w:fill="D9D9D9"/>
            <w:tcMar>
              <w:top w:w="60" w:type="dxa"/>
              <w:left w:w="90" w:type="dxa"/>
              <w:bottom w:w="60" w:type="dxa"/>
              <w:right w:w="90" w:type="dxa"/>
            </w:tcMar>
            <w:vAlign w:val="center"/>
          </w:tcPr>
          <w:p w14:paraId="2AA1060E"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1432" w:type="dxa"/>
            <w:shd w:val="clear" w:color="auto" w:fill="D9D9D9"/>
            <w:tcMar>
              <w:top w:w="60" w:type="dxa"/>
              <w:left w:w="90" w:type="dxa"/>
              <w:bottom w:w="60" w:type="dxa"/>
              <w:right w:w="90" w:type="dxa"/>
            </w:tcMar>
            <w:vAlign w:val="center"/>
          </w:tcPr>
          <w:p w14:paraId="7E720799"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859" w:type="dxa"/>
            <w:shd w:val="clear" w:color="auto" w:fill="D9D9D9"/>
            <w:tcMar>
              <w:top w:w="60" w:type="dxa"/>
              <w:left w:w="90" w:type="dxa"/>
              <w:bottom w:w="60" w:type="dxa"/>
              <w:right w:w="90" w:type="dxa"/>
            </w:tcMar>
            <w:vAlign w:val="center"/>
          </w:tcPr>
          <w:p w14:paraId="779A617B" w14:textId="77777777" w:rsidR="00E607B5" w:rsidRDefault="00D91D22">
            <w:pPr>
              <w:spacing w:line="264" w:lineRule="auto"/>
              <w:jc w:val="center"/>
            </w:pPr>
            <w:r>
              <w:rPr>
                <w:rFonts w:ascii="Times New Roman" w:hAnsi="Times New Roman" w:cs="Times New Roman" w:eastAsia="Times New Roman"/>
                <w:b/>
                <w:bCs/>
                <w:sz w:val="20"/>
                <w:szCs w:val="20"/>
              </w:rPr>
              <w:t>Учител</w:t>
            </w:r>
          </w:p>
        </w:tc>
      </w:tr>
      <w:tr w:rsidR="00E607B5" w14:paraId="63A72E2C" w14:textId="77777777">
        <w:tblPrEx>
          <w:tblCellMar>
            <w:top w:w="0" w:type="dxa"/>
            <w:bottom w:w="0" w:type="dxa"/>
          </w:tblCellMar>
        </w:tblPrEx>
        <w:tc>
          <w:tcPr>
            <w:tcW w:w="1194" w:type="dxa"/>
            <w:shd w:val="clear" w:color="auto" w:fill="FFFFFF"/>
            <w:tcMar>
              <w:top w:w="60" w:type="dxa"/>
              <w:left w:w="90" w:type="dxa"/>
              <w:bottom w:w="60" w:type="dxa"/>
              <w:right w:w="90" w:type="dxa"/>
            </w:tcMar>
            <w:vAlign w:val="center"/>
          </w:tcPr>
          <w:p w14:paraId="5CB623C4" w14:textId="77777777" w:rsidR="00E607B5" w:rsidRDefault="00D91D22">
            <w:pPr>
              <w:spacing w:line="264" w:lineRule="auto"/>
            </w:pPr>
            <w:r>
              <w:rPr>
                <w:rFonts w:ascii="Times New Roman" w:hAnsi="Times New Roman" w:cs="Times New Roman" w:eastAsia="Times New Roman"/>
                <w:b/>
                <w:bCs/>
                <w:sz w:val="19"/>
                <w:szCs w:val="19"/>
              </w:rPr>
              <w:t>-Мярка</w:t>
            </w:r>
          </w:p>
          <w:p w14:paraId="52871069" w14:textId="77777777" w:rsidR="00E607B5" w:rsidRDefault="00D91D22">
            <w:pPr>
              <w:spacing w:line="264" w:lineRule="auto"/>
            </w:pPr>
            <w:r>
              <w:rPr>
                <w:rFonts w:ascii="Times New Roman" w:hAnsi="Times New Roman" w:cs="Times New Roman" w:eastAsia="Times New Roman"/>
                <w:b/>
                <w:bCs/>
                <w:sz w:val="19"/>
                <w:szCs w:val="19"/>
              </w:rPr>
              <w:t>„Отстраняване от училище до отпадане на основанието за отстраняването му“</w:t>
            </w:r>
          </w:p>
          <w:p w14:paraId="228D6FCD" w14:textId="77777777" w:rsidR="00E607B5" w:rsidRDefault="00D91D22">
            <w:pPr>
              <w:spacing w:line="264" w:lineRule="auto"/>
            </w:pPr>
            <w:r>
              <w:rPr>
                <w:rFonts w:ascii="Times New Roman" w:hAnsi="Times New Roman" w:cs="Times New Roman" w:eastAsia="Times New Roman"/>
                <w:b/>
                <w:bCs/>
                <w:sz w:val="19"/>
                <w:szCs w:val="19"/>
              </w:rPr>
              <w:t>Срок: до отстраняване на причината</w:t>
            </w:r>
          </w:p>
          <w:p w14:paraId="2706D547" w14:textId="77777777" w:rsidR="00E607B5" w:rsidRDefault="00D91D22">
            <w:pPr>
              <w:spacing w:line="264" w:lineRule="auto"/>
            </w:pPr>
            <w:r>
              <w:rPr>
                <w:rFonts w:ascii="Times New Roman" w:hAnsi="Times New Roman" w:cs="Times New Roman" w:eastAsia="Times New Roman"/>
                <w:b/>
                <w:bCs/>
                <w:sz w:val="19"/>
                <w:szCs w:val="19"/>
              </w:rPr>
              <w:lastRenderedPageBreak/>
              <w:t>Чл. 199, ал. 3 от ЗПУО</w:t>
            </w:r>
          </w:p>
        </w:tc>
        <w:tc>
          <w:tcPr>
            <w:tcW w:w="1312" w:type="dxa"/>
            <w:shd w:val="clear" w:color="auto" w:fill="FFFFFF"/>
            <w:tcMar>
              <w:top w:w="60" w:type="dxa"/>
              <w:left w:w="90" w:type="dxa"/>
              <w:bottom w:w="60" w:type="dxa"/>
              <w:right w:w="90" w:type="dxa"/>
            </w:tcMar>
            <w:vAlign w:val="center"/>
          </w:tcPr>
          <w:p w14:paraId="4C30DB69" w14:textId="77777777" w:rsidR="00E607B5" w:rsidRDefault="00D91D22">
            <w:pPr>
              <w:spacing w:line="264" w:lineRule="auto"/>
            </w:pPr>
            <w:r>
              <w:rPr>
                <w:rFonts w:ascii="Times New Roman" w:hAnsi="Times New Roman" w:cs="Times New Roman" w:eastAsia="Times New Roman"/>
                <w:sz w:val="19"/>
                <w:szCs w:val="19"/>
              </w:rPr>
              <w:lastRenderedPageBreak/>
              <w:t>Явяване в училище с облекло или във вид, които са в нарушение на ПДУ, както и когато състоянието му не позволява да</w:t>
            </w:r>
          </w:p>
          <w:p w14:paraId="095E2417" w14:textId="77777777" w:rsidR="00E607B5" w:rsidRDefault="00D91D22">
            <w:pPr>
              <w:spacing w:line="264" w:lineRule="auto"/>
            </w:pPr>
            <w:r>
              <w:rPr>
                <w:rFonts w:ascii="Times New Roman" w:hAnsi="Times New Roman" w:cs="Times New Roman" w:eastAsia="Times New Roman"/>
                <w:sz w:val="19"/>
                <w:szCs w:val="19"/>
              </w:rPr>
              <w:t>участва в учебния процес</w:t>
            </w:r>
          </w:p>
        </w:tc>
        <w:tc>
          <w:tcPr>
            <w:tcW w:w="1074" w:type="dxa"/>
            <w:shd w:val="clear" w:color="auto" w:fill="FFFFFF"/>
            <w:tcMar>
              <w:top w:w="60" w:type="dxa"/>
              <w:left w:w="90" w:type="dxa"/>
              <w:bottom w:w="60" w:type="dxa"/>
              <w:right w:w="90" w:type="dxa"/>
            </w:tcMar>
            <w:vAlign w:val="center"/>
          </w:tcPr>
          <w:p w14:paraId="7B9B2AC4" w14:textId="77777777" w:rsidR="00E607B5" w:rsidRDefault="00D91D22">
            <w:pPr>
              <w:spacing w:line="264" w:lineRule="auto"/>
            </w:pPr>
            <w:r>
              <w:rPr>
                <w:rFonts w:ascii="Times New Roman" w:hAnsi="Times New Roman" w:cs="Times New Roman" w:eastAsia="Times New Roman"/>
                <w:sz w:val="19"/>
                <w:szCs w:val="19"/>
              </w:rPr>
              <w:t>Изготвя уведомително писмо до родител</w:t>
            </w:r>
          </w:p>
        </w:tc>
        <w:tc>
          <w:tcPr>
            <w:tcW w:w="1337" w:type="dxa"/>
            <w:shd w:val="clear" w:color="auto" w:fill="FFFFFF"/>
            <w:tcMar>
              <w:top w:w="60" w:type="dxa"/>
              <w:left w:w="90" w:type="dxa"/>
              <w:bottom w:w="60" w:type="dxa"/>
              <w:right w:w="90" w:type="dxa"/>
            </w:tcMar>
            <w:vAlign w:val="center"/>
          </w:tcPr>
          <w:p w14:paraId="0AC4AC0C" w14:textId="77777777" w:rsidR="00E607B5" w:rsidRDefault="00D91D22">
            <w:pPr>
              <w:spacing w:line="264" w:lineRule="auto"/>
            </w:pPr>
            <w:r>
              <w:rPr>
                <w:rFonts w:ascii="Times New Roman" w:hAnsi="Times New Roman" w:cs="Times New Roman" w:eastAsia="Times New Roman"/>
                <w:sz w:val="19"/>
                <w:szCs w:val="19"/>
              </w:rPr>
              <w:t>Представя писмено обяснение</w:t>
            </w:r>
          </w:p>
          <w:p w14:paraId="3609122A" w14:textId="77777777" w:rsidR="00E607B5" w:rsidRDefault="00D91D22">
            <w:pPr>
              <w:spacing w:line="264" w:lineRule="auto"/>
            </w:pPr>
            <w:r>
              <w:rPr>
                <w:rFonts w:ascii="Times New Roman" w:hAnsi="Times New Roman" w:cs="Times New Roman" w:eastAsia="Times New Roman"/>
                <w:sz w:val="19"/>
                <w:szCs w:val="19"/>
              </w:rPr>
              <w:t>Явява се в училище след отстраняване на причината</w:t>
            </w:r>
          </w:p>
        </w:tc>
        <w:tc>
          <w:tcPr>
            <w:tcW w:w="1074" w:type="dxa"/>
            <w:shd w:val="clear" w:color="auto" w:fill="FFFFFF"/>
            <w:tcMar>
              <w:top w:w="60" w:type="dxa"/>
              <w:left w:w="90" w:type="dxa"/>
              <w:bottom w:w="60" w:type="dxa"/>
              <w:right w:w="90" w:type="dxa"/>
            </w:tcMar>
            <w:vAlign w:val="center"/>
          </w:tcPr>
          <w:p w14:paraId="150AABE1" w14:textId="77777777" w:rsidR="00E607B5" w:rsidRDefault="00D91D22">
            <w:pPr>
              <w:spacing w:line="264" w:lineRule="auto"/>
            </w:pPr>
            <w:r>
              <w:rPr>
                <w:rFonts w:ascii="Times New Roman" w:hAnsi="Times New Roman" w:cs="Times New Roman" w:eastAsia="Times New Roman"/>
                <w:sz w:val="19"/>
                <w:szCs w:val="19"/>
              </w:rPr>
              <w:t>Изслушва ученика в присъствието на психолог</w:t>
            </w:r>
          </w:p>
          <w:p w14:paraId="55708950" w14:textId="77777777" w:rsidR="00E607B5" w:rsidRDefault="00D91D22">
            <w:pPr>
              <w:spacing w:line="264" w:lineRule="auto"/>
            </w:pPr>
            <w:r>
              <w:rPr>
                <w:rFonts w:ascii="Times New Roman" w:hAnsi="Times New Roman" w:cs="Times New Roman" w:eastAsia="Times New Roman"/>
                <w:sz w:val="19"/>
                <w:szCs w:val="19"/>
              </w:rPr>
              <w:t>Издава заповед на основание чл. 203, ал. 2 от ЗПУО</w:t>
            </w:r>
          </w:p>
        </w:tc>
        <w:tc>
          <w:tcPr>
            <w:tcW w:w="1074" w:type="dxa"/>
            <w:shd w:val="clear" w:color="auto" w:fill="FFFFFF"/>
            <w:tcMar>
              <w:top w:w="60" w:type="dxa"/>
              <w:left w:w="90" w:type="dxa"/>
              <w:bottom w:w="60" w:type="dxa"/>
              <w:right w:w="90" w:type="dxa"/>
            </w:tcMar>
            <w:vAlign w:val="center"/>
          </w:tcPr>
          <w:p w14:paraId="5950B334" w14:textId="77777777" w:rsidR="00E607B5" w:rsidRDefault="00D91D22">
            <w:pPr>
              <w:spacing w:line="264" w:lineRule="auto"/>
            </w:pPr>
            <w:r>
              <w:rPr>
                <w:rFonts w:ascii="Times New Roman" w:hAnsi="Times New Roman" w:cs="Times New Roman" w:eastAsia="Times New Roman"/>
                <w:sz w:val="19"/>
                <w:szCs w:val="19"/>
              </w:rPr>
              <w:t>Има право да присъства на изслушването и да изрази мнение</w:t>
            </w:r>
          </w:p>
        </w:tc>
        <w:tc>
          <w:tcPr>
            <w:tcW w:w="1432" w:type="dxa"/>
            <w:shd w:val="clear" w:color="auto" w:fill="FFFFFF"/>
            <w:tcMar>
              <w:top w:w="60" w:type="dxa"/>
              <w:left w:w="90" w:type="dxa"/>
              <w:bottom w:w="60" w:type="dxa"/>
              <w:right w:w="90" w:type="dxa"/>
            </w:tcMar>
            <w:vAlign w:val="center"/>
          </w:tcPr>
          <w:p w14:paraId="07F7B660" w14:textId="77777777" w:rsidR="00E607B5" w:rsidRDefault="00D91D22">
            <w:pPr>
              <w:spacing w:line="264" w:lineRule="auto"/>
            </w:pPr>
            <w:r>
              <w:rPr>
                <w:rFonts w:ascii="Times New Roman" w:hAnsi="Times New Roman" w:cs="Times New Roman" w:eastAsia="Times New Roman"/>
                <w:sz w:val="19"/>
                <w:szCs w:val="19"/>
              </w:rPr>
              <w:t>Дейности за повишаване на мотивацията и социалните умения за общуване и за преодоляване на проблемното поведение на ученика</w:t>
            </w:r>
          </w:p>
        </w:tc>
        <w:tc>
          <w:tcPr>
            <w:tcW w:w="859" w:type="dxa"/>
            <w:shd w:val="clear" w:color="auto" w:fill="FFFFFF"/>
            <w:tcMar>
              <w:top w:w="60" w:type="dxa"/>
              <w:left w:w="90" w:type="dxa"/>
              <w:bottom w:w="60" w:type="dxa"/>
              <w:right w:w="90" w:type="dxa"/>
            </w:tcMar>
            <w:vAlign w:val="center"/>
          </w:tcPr>
          <w:p w14:paraId="451C243E" w14:textId="77777777" w:rsidR="00E607B5" w:rsidRDefault="00D91D22">
            <w:pPr>
              <w:spacing w:line="264" w:lineRule="auto"/>
            </w:pPr>
            <w:r>
              <w:rPr>
                <w:rFonts w:ascii="Times New Roman" w:hAnsi="Times New Roman" w:cs="Times New Roman" w:eastAsia="Times New Roman"/>
                <w:sz w:val="19"/>
                <w:szCs w:val="19"/>
              </w:rPr>
              <w:t>Мярката се налага независимо от санкциите</w:t>
            </w:r>
          </w:p>
        </w:tc>
      </w:tr>
    </w:tbl>
    <w:p w14:paraId="1FA32B0C" w14:textId="77777777" w:rsidR="00E607B5" w:rsidRDefault="00E607B5">
      <w:pPr>
        <w:spacing w:after="120" w:line="288" w:lineRule="auto"/>
        <w:jc w:val="both"/>
      </w:pPr>
    </w:p>
    <w:p w14:paraId="51B735C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28. </w:t>
      </w:r>
      <w:r>
        <w:rPr>
          <w:rFonts w:ascii="Times New Roman" w:hAnsi="Times New Roman" w:cs="Times New Roman" w:eastAsia="Times New Roman"/>
          <w:sz w:val="24"/>
          <w:szCs w:val="24"/>
        </w:rPr>
        <w:t>(1) Училището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както следва:</w:t>
      </w:r>
    </w:p>
    <w:p w14:paraId="7C9661D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1.Обсъждане на проект на етичен кодекс от педагогическия съвет, обществения съвет и представители на ученическото самоуправление.</w:t>
      </w:r>
    </w:p>
    <w:p w14:paraId="3034537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2.Приемане на етичен кодекс от педагогическия съвет, обществения съвет и настоятелството.</w:t>
      </w:r>
    </w:p>
    <w:p w14:paraId="6271E3E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Етичният кодекс се изготвя по достъпен и разбираем за учениците начин и се поставя на видно място в училищната сграда.</w:t>
      </w:r>
    </w:p>
    <w:p w14:paraId="4640E43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Етичният кодекс се публикува на интернет страницата на училището.</w:t>
      </w:r>
    </w:p>
    <w:p w14:paraId="427F0C6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29. </w:t>
      </w:r>
      <w:r>
        <w:rPr>
          <w:rFonts w:ascii="Times New Roman" w:hAnsi="Times New Roman" w:cs="Times New Roman" w:eastAsia="Times New Roman"/>
          <w:sz w:val="24"/>
          <w:szCs w:val="24"/>
        </w:rPr>
        <w:t>(1) На учениците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1F0AEA9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Подкрепата за личностно развитие се прилага в съответствие с индивидуалните образователни потребности на всеки ученик.</w:t>
      </w:r>
    </w:p>
    <w:p w14:paraId="00D748C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За реализиране на общата подкрепа в училището работи педагогически съветник.</w:t>
      </w:r>
    </w:p>
    <w:p w14:paraId="5E10AA0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30. </w:t>
      </w:r>
      <w:r>
        <w:rPr>
          <w:rFonts w:ascii="Times New Roman" w:hAnsi="Times New Roman" w:cs="Times New Roman" w:eastAsia="Times New Roman"/>
          <w:sz w:val="24"/>
          <w:szCs w:val="24"/>
        </w:rPr>
        <w:t>Общата подкрепа за личностно развитие:</w:t>
      </w:r>
    </w:p>
    <w:p w14:paraId="40589CC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 На учениците в системата на предучилищното и училищното образование се предоставя обща за личностно развитие, която осигурява подходяща физическа, психологическа и социална среда за развитие на способностите и уменията им.</w:t>
      </w:r>
    </w:p>
    <w:p w14:paraId="22842EE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Подкрепата за личностно развитие се прилага в съответствие с индивидуалните образователни потребности на всеки ученик.</w:t>
      </w:r>
    </w:p>
    <w:p w14:paraId="44072F6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Общата подкрепа за личностно развитие се осигурява в училищата и в центровете за подкрепа за личностно развитие, а в случаите по чл. 111, ал. 1, т. 1 ЗПУО - в домашни или стационарни условия в лечебно заведение.</w:t>
      </w:r>
    </w:p>
    <w:p w14:paraId="62B1543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За реализиране на общата подкрепа за личностно развитие в училищата работи педагогически съветник.</w:t>
      </w:r>
    </w:p>
    <w:p w14:paraId="47F8696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Общата подкрепа за личностно развитие се предоставя от учителите и от други педагогически специалисти в училището или в центъра за подкрепа за личностно развитие.</w:t>
      </w:r>
    </w:p>
    <w:p w14:paraId="1FF0100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31. </w:t>
      </w:r>
      <w:r>
        <w:rPr>
          <w:rFonts w:ascii="Times New Roman" w:hAnsi="Times New Roman" w:cs="Times New Roman" w:eastAsia="Times New Roman"/>
          <w:sz w:val="24"/>
          <w:szCs w:val="24"/>
        </w:rPr>
        <w:t>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ученици с цел повишаване ефективността на педагогическите подходи.</w:t>
      </w:r>
    </w:p>
    <w:p w14:paraId="57A28E5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32. </w:t>
      </w:r>
      <w:r>
        <w:rPr>
          <w:rFonts w:ascii="Times New Roman" w:hAnsi="Times New Roman" w:cs="Times New Roman" w:eastAsia="Times New Roman"/>
          <w:sz w:val="24"/>
          <w:szCs w:val="24"/>
        </w:rPr>
        <w:t>Кариерното ориентиране в училищното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123B7E3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33. </w:t>
      </w:r>
      <w:r>
        <w:rPr>
          <w:rFonts w:ascii="Times New Roman" w:hAnsi="Times New Roman" w:cs="Times New Roman" w:eastAsia="Times New Roman"/>
          <w:sz w:val="24"/>
          <w:szCs w:val="24"/>
        </w:rPr>
        <w:t>Заниманията по интереси се организират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0F66D3D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34. </w:t>
      </w:r>
      <w:r>
        <w:rPr>
          <w:rFonts w:ascii="Times New Roman" w:hAnsi="Times New Roman" w:cs="Times New Roman" w:eastAsia="Times New Roman"/>
          <w:sz w:val="24"/>
          <w:szCs w:val="24"/>
        </w:rPr>
        <w:t>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76D88A6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35. </w:t>
      </w:r>
      <w:r>
        <w:rPr>
          <w:rFonts w:ascii="Times New Roman" w:hAnsi="Times New Roman" w:cs="Times New Roman" w:eastAsia="Times New Roman"/>
          <w:sz w:val="24"/>
          <w:szCs w:val="24"/>
        </w:rPr>
        <w:t>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14:paraId="6C41B7C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36. </w:t>
      </w:r>
      <w:r>
        <w:rPr>
          <w:rFonts w:ascii="Times New Roman" w:hAnsi="Times New Roman" w:cs="Times New Roman" w:eastAsia="Times New Roman"/>
          <w:sz w:val="24"/>
          <w:szCs w:val="24"/>
        </w:rPr>
        <w:t>Практиките за подкрепа на инициативността и участието на учениците:</w:t>
      </w:r>
    </w:p>
    <w:p w14:paraId="30352A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организиране на доброволчески дейности в и извън училище;</w:t>
      </w:r>
    </w:p>
    <w:p w14:paraId="02A7D5A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поддържане на училищни медии с активното участие на учениците (вестници, радио, телевизия, списания, интернет страници и др.);</w:t>
      </w:r>
    </w:p>
    <w:p w14:paraId="7BBB6E2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организиране на училищни кампании, подкрепящи здравето, толерантността, социалната чувствителност, правата на човека, опазването на околната среда и природата;</w:t>
      </w:r>
    </w:p>
    <w:p w14:paraId="607CF6B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w:t>
      </w:r>
    </w:p>
    <w:p w14:paraId="35122F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организиране на обучения на връстници от връстници;</w:t>
      </w:r>
    </w:p>
    <w:p w14:paraId="15B0BF6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развиване на младежкото лидерство;</w:t>
      </w:r>
    </w:p>
    <w:p w14:paraId="38ACD05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участие в клубове и неформални групи по интереси;</w:t>
      </w:r>
    </w:p>
    <w:p w14:paraId="58C0F98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реализиране на форми на посредничество, решаване на конфликти, превенция на агресията;</w:t>
      </w:r>
    </w:p>
    <w:p w14:paraId="7E31E07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въвеждане на практиката на ученици-наставници за превенция на конфликти, отпадане от училище и др.;</w:t>
      </w:r>
    </w:p>
    <w:p w14:paraId="5A7E5F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проучване на мненията, нагласите и очакванията на учениците относно процеса и съдържанието на училищното образование и предложения по училищния живот;</w:t>
      </w:r>
    </w:p>
    <w:p w14:paraId="3D19D31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37. </w:t>
      </w:r>
      <w:r>
        <w:rPr>
          <w:rFonts w:ascii="Times New Roman" w:hAnsi="Times New Roman" w:cs="Times New Roman" w:eastAsia="Times New Roman"/>
          <w:sz w:val="24"/>
          <w:szCs w:val="24"/>
        </w:rPr>
        <w:t>(1) Училищата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22C3672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14:paraId="3D59288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изготвяне съвместно с учениците на правила за поведението им в паралелката;</w:t>
      </w:r>
    </w:p>
    <w:p w14:paraId="2075537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5010809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партньорство с родителите.</w:t>
      </w:r>
    </w:p>
    <w:p w14:paraId="24229BD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38. </w:t>
      </w:r>
      <w:r>
        <w:rPr>
          <w:rFonts w:ascii="Times New Roman" w:hAnsi="Times New Roman" w:cs="Times New Roman" w:eastAsia="Times New Roman"/>
          <w:sz w:val="24"/>
          <w:szCs w:val="24"/>
        </w:rPr>
        <w:t>(1) Видовете и съдържанието на дейностите по мотивация и преодоляване на проблемното поведение се определят от училището и включват:</w:t>
      </w:r>
    </w:p>
    <w:p w14:paraId="5EC25A2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1.обсъждане между ученика и класния ръководител с цел изясняване на възникнал проблем и получаване на подкрепа за разрешаването му;</w:t>
      </w:r>
    </w:p>
    <w:p w14:paraId="610987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използване на посредник при разрешаване на конфликт в училище-педагогически съветник;</w:t>
      </w:r>
    </w:p>
    <w:p w14:paraId="459E153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3.консултиране на ученика с психолог или с педагогически съветник;</w:t>
      </w:r>
    </w:p>
    <w:p w14:paraId="5CA132B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4.насочване на ученика към занимания, съобразени с неговите потребности;</w:t>
      </w:r>
    </w:p>
    <w:p w14:paraId="2F23EF8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5.индивидуална подкрепа за ученика от личност, която той уважава (наставничество);</w:t>
      </w:r>
    </w:p>
    <w:p w14:paraId="10A9AFD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6.участие на ученика в дейности в полза на паралелката или училището;</w:t>
      </w:r>
    </w:p>
    <w:p w14:paraId="58CCA19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7.участие в спортни мероприятия организирани от училището (извън чл. 186 от ЗПУО);</w:t>
      </w:r>
    </w:p>
    <w:p w14:paraId="3D60758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8.провеждане на дискусионни форуми (извън чл. 186 от ЗПУО).</w:t>
      </w:r>
    </w:p>
    <w:p w14:paraId="3888803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Условията и редът за осъществяване на дейностите по ал.1, т.1 - 7 се определят с държавния образователен стандарт за приобщаващото образование.</w:t>
      </w:r>
    </w:p>
    <w:p w14:paraId="67AAF00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39. </w:t>
      </w:r>
      <w:r>
        <w:rPr>
          <w:rFonts w:ascii="Times New Roman" w:hAnsi="Times New Roman" w:cs="Times New Roman" w:eastAsia="Times New Roman"/>
          <w:sz w:val="24"/>
          <w:szCs w:val="24"/>
        </w:rPr>
        <w:t>Екипът за подкрепа за личностно развитие в училището:</w:t>
      </w:r>
    </w:p>
    <w:p w14:paraId="23C8268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507AA99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извършва оценка на индивидуалните потребности на ученика;</w:t>
      </w:r>
    </w:p>
    <w:p w14:paraId="0CC7CCB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изготвя и реализира план за подкрепа;</w:t>
      </w:r>
    </w:p>
    <w:p w14:paraId="68051BF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извършва наблюдение и оценка за развитие на всеки конкретен случай;</w:t>
      </w:r>
    </w:p>
    <w:p w14:paraId="270E8EE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изпълнява и други функции, предвидени в държавния образователен стандарт за приобщаващото образование.</w:t>
      </w:r>
    </w:p>
    <w:p w14:paraId="748CE1E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40. </w:t>
      </w:r>
      <w:r>
        <w:rPr>
          <w:rFonts w:ascii="Times New Roman" w:hAnsi="Times New Roman" w:cs="Times New Roman" w:eastAsia="Times New Roman"/>
          <w:sz w:val="24"/>
          <w:szCs w:val="24"/>
        </w:rPr>
        <w:t>Условията и редът за осигуряване на общата подкрепа се определят с държавния образователен стандарт за приобщаващото образование.</w:t>
      </w:r>
    </w:p>
    <w:p w14:paraId="5BC408CD"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САНКЦИИ НА УЧЕНИЦИ</w:t>
      </w:r>
    </w:p>
    <w:p w14:paraId="0A929A3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41. </w:t>
      </w:r>
      <w:r>
        <w:rPr>
          <w:rFonts w:ascii="Times New Roman" w:hAnsi="Times New Roman" w:cs="Times New Roman" w:eastAsia="Times New Roman"/>
          <w:sz w:val="24"/>
          <w:szCs w:val="24"/>
        </w:rPr>
        <w:t>(1) За допуснати отсъствия по неуважителни причини, неизпълнение на задълженията, определени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3533A9A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1.забележка (при допуснати от 5 до 9.5 неизвинени отсъствия);</w:t>
      </w:r>
    </w:p>
    <w:p w14:paraId="19FFDB1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2.преместване в друга паралелка в същото училище, когато това е възможно;</w:t>
      </w:r>
    </w:p>
    <w:p w14:paraId="0785958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3.предупреждение за преместване в друго училище (при направени 10 неизвинени отсъствия);</w:t>
      </w:r>
    </w:p>
    <w:p w14:paraId="2AC6BD3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4.преместване в друго училище;</w:t>
      </w:r>
    </w:p>
    <w:p w14:paraId="2555473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5.преместване от дневна форма в самостоятелна форма на обучение, за ученици навършили 16 години</w:t>
      </w:r>
    </w:p>
    <w:p w14:paraId="2675B00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(2) Посоченият в ал. 1 брой неизвинени отсъствия е ориентировъчен и сам по себе си не води до автоматично налагане на определена санкция. Санкция се налага след изчерпване на дейностите по чл. 42 и при преценка на обстоятелствата по чл. 43, ал. 2 и 3. Санкциите по ал. 1, т. 4 и 5 може да се налагат и за допуснати повече от 15 отсъствия по неуважителни причини през учебната година съгласно чл. 63 от Наредбата за приобщаващото образование.</w:t>
      </w:r>
    </w:p>
    <w:p w14:paraId="5399BBD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42. </w:t>
      </w:r>
      <w:r>
        <w:rPr>
          <w:rFonts w:ascii="Times New Roman" w:hAnsi="Times New Roman" w:cs="Times New Roman" w:eastAsia="Times New Roman"/>
          <w:sz w:val="24"/>
          <w:szCs w:val="24"/>
        </w:rPr>
        <w:t>Дейности преди налагане на санкциите:</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512"/>
        <w:gridCol w:w="4231"/>
        <w:gridCol w:w="4612"/>
      </w:tblGrid>
      <w:tr w:rsidR="00E607B5" w14:paraId="47C38244" w14:textId="77777777">
        <w:tblPrEx>
          <w:tblCellMar>
            <w:top w:w="0" w:type="dxa"/>
            <w:bottom w:w="0" w:type="dxa"/>
          </w:tblCellMar>
        </w:tblPrEx>
        <w:trPr>
          <w:tblHeader/>
        </w:trPr>
        <w:tc>
          <w:tcPr>
            <w:tcW w:w="512" w:type="dxa"/>
            <w:shd w:val="clear" w:color="auto" w:fill="D9D9D9"/>
            <w:tcMar>
              <w:top w:w="60" w:type="dxa"/>
              <w:left w:w="90" w:type="dxa"/>
              <w:bottom w:w="60" w:type="dxa"/>
              <w:right w:w="90" w:type="dxa"/>
            </w:tcMar>
            <w:vAlign w:val="center"/>
          </w:tcPr>
          <w:p w14:paraId="4BC8A736" w14:textId="77777777" w:rsidR="00E607B5" w:rsidRDefault="00D91D22">
            <w:pPr>
              <w:spacing w:line="264" w:lineRule="auto"/>
              <w:jc w:val="center"/>
            </w:pPr>
            <w:r>
              <w:rPr>
                <w:rFonts w:ascii="Times New Roman" w:hAnsi="Times New Roman" w:cs="Times New Roman" w:eastAsia="Times New Roman"/>
                <w:b/>
                <w:bCs/>
                <w:sz w:val="20"/>
                <w:szCs w:val="20"/>
              </w:rPr>
              <w:t>№</w:t>
            </w:r>
          </w:p>
        </w:tc>
        <w:tc>
          <w:tcPr>
            <w:tcW w:w="4231" w:type="dxa"/>
            <w:shd w:val="clear" w:color="auto" w:fill="D9D9D9"/>
            <w:tcMar>
              <w:top w:w="60" w:type="dxa"/>
              <w:left w:w="90" w:type="dxa"/>
              <w:bottom w:w="60" w:type="dxa"/>
              <w:right w:w="90" w:type="dxa"/>
            </w:tcMar>
            <w:vAlign w:val="center"/>
          </w:tcPr>
          <w:p w14:paraId="6BC3969C" w14:textId="77777777" w:rsidR="00E607B5" w:rsidRDefault="00D91D22">
            <w:pPr>
              <w:spacing w:line="264" w:lineRule="auto"/>
              <w:jc w:val="center"/>
            </w:pPr>
            <w:r>
              <w:rPr>
                <w:rFonts w:ascii="Times New Roman" w:hAnsi="Times New Roman" w:cs="Times New Roman" w:eastAsia="Times New Roman"/>
                <w:b/>
                <w:bCs/>
                <w:sz w:val="20"/>
                <w:szCs w:val="20"/>
              </w:rPr>
              <w:t>Дейности</w:t>
            </w:r>
          </w:p>
        </w:tc>
        <w:tc>
          <w:tcPr>
            <w:tcW w:w="4612" w:type="dxa"/>
            <w:shd w:val="clear" w:color="auto" w:fill="D9D9D9"/>
            <w:tcMar>
              <w:top w:w="60" w:type="dxa"/>
              <w:left w:w="90" w:type="dxa"/>
              <w:bottom w:w="60" w:type="dxa"/>
              <w:right w:w="90" w:type="dxa"/>
            </w:tcMar>
            <w:vAlign w:val="center"/>
          </w:tcPr>
          <w:p w14:paraId="4975D043" w14:textId="77777777" w:rsidR="00E607B5" w:rsidRDefault="00D91D22">
            <w:pPr>
              <w:spacing w:line="264" w:lineRule="auto"/>
              <w:jc w:val="center"/>
            </w:pPr>
            <w:r>
              <w:rPr>
                <w:rFonts w:ascii="Times New Roman" w:hAnsi="Times New Roman" w:cs="Times New Roman" w:eastAsia="Times New Roman"/>
                <w:b/>
                <w:bCs/>
                <w:sz w:val="20"/>
                <w:szCs w:val="20"/>
              </w:rPr>
              <w:t>Прилагане</w:t>
            </w:r>
          </w:p>
        </w:tc>
      </w:tr>
      <w:tr w:rsidR="00E607B5" w14:paraId="26FD6E01" w14:textId="77777777">
        <w:tblPrEx>
          <w:tblCellMar>
            <w:top w:w="0" w:type="dxa"/>
            <w:bottom w:w="0" w:type="dxa"/>
          </w:tblCellMar>
        </w:tblPrEx>
        <w:tc>
          <w:tcPr>
            <w:tcW w:w="512" w:type="dxa"/>
            <w:shd w:val="clear" w:color="auto" w:fill="FFFFFF"/>
            <w:tcMar>
              <w:top w:w="60" w:type="dxa"/>
              <w:left w:w="90" w:type="dxa"/>
              <w:bottom w:w="60" w:type="dxa"/>
              <w:right w:w="90" w:type="dxa"/>
            </w:tcMar>
            <w:vAlign w:val="center"/>
          </w:tcPr>
          <w:p w14:paraId="32694212" w14:textId="77777777" w:rsidR="00E607B5" w:rsidRDefault="00D91D22">
            <w:pPr>
              <w:spacing w:line="264" w:lineRule="auto"/>
            </w:pPr>
            <w:r>
              <w:rPr>
                <w:rFonts w:ascii="Times New Roman" w:hAnsi="Times New Roman" w:cs="Times New Roman" w:eastAsia="Times New Roman"/>
                <w:b/>
                <w:bCs/>
                <w:sz w:val="19"/>
                <w:szCs w:val="19"/>
              </w:rPr>
              <w:t>1</w:t>
            </w:r>
          </w:p>
        </w:tc>
        <w:tc>
          <w:tcPr>
            <w:tcW w:w="4231" w:type="dxa"/>
            <w:shd w:val="clear" w:color="auto" w:fill="FFFFFF"/>
            <w:tcMar>
              <w:top w:w="60" w:type="dxa"/>
              <w:left w:w="90" w:type="dxa"/>
              <w:bottom w:w="60" w:type="dxa"/>
              <w:right w:w="90" w:type="dxa"/>
            </w:tcMar>
            <w:vAlign w:val="center"/>
          </w:tcPr>
          <w:p w14:paraId="0B187E70" w14:textId="77777777" w:rsidR="00E607B5" w:rsidRDefault="00D91D22">
            <w:pPr>
              <w:spacing w:line="264" w:lineRule="auto"/>
            </w:pPr>
            <w:r>
              <w:rPr>
                <w:rFonts w:ascii="Times New Roman" w:hAnsi="Times New Roman" w:cs="Times New Roman" w:eastAsia="Times New Roman"/>
                <w:sz w:val="19"/>
                <w:szCs w:val="19"/>
              </w:rPr>
              <w:t>Обсъждане между ученика и класния ръководител с цел изясняване на възникнал проблем и получаване на подкрепа за разрешаването му;</w:t>
            </w:r>
          </w:p>
        </w:tc>
        <w:tc>
          <w:tcPr>
            <w:tcW w:w="4612" w:type="dxa"/>
            <w:shd w:val="clear" w:color="auto" w:fill="FFFFFF"/>
            <w:tcMar>
              <w:top w:w="60" w:type="dxa"/>
              <w:left w:w="90" w:type="dxa"/>
              <w:bottom w:w="60" w:type="dxa"/>
              <w:right w:w="90" w:type="dxa"/>
            </w:tcMar>
            <w:vAlign w:val="center"/>
          </w:tcPr>
          <w:p w14:paraId="45B7569E" w14:textId="77777777" w:rsidR="00E607B5" w:rsidRDefault="00D91D22">
            <w:pPr>
              <w:spacing w:line="264" w:lineRule="auto"/>
            </w:pPr>
            <w:r>
              <w:rPr>
                <w:rFonts w:ascii="Times New Roman" w:hAnsi="Times New Roman" w:cs="Times New Roman" w:eastAsia="Times New Roman"/>
                <w:sz w:val="19"/>
                <w:szCs w:val="19"/>
              </w:rPr>
              <w:t>Насочване на ученика към определена подкрепа и мотивирането му за участие в дейности, които да доведат до преодоляване на проблема. Дейността се документира в</w:t>
            </w:r>
          </w:p>
          <w:p w14:paraId="2582D3A0" w14:textId="77777777" w:rsidR="00E607B5" w:rsidRDefault="00D91D22">
            <w:pPr>
              <w:spacing w:line="264" w:lineRule="auto"/>
            </w:pPr>
            <w:r>
              <w:rPr>
                <w:rFonts w:ascii="Times New Roman" w:hAnsi="Times New Roman" w:cs="Times New Roman" w:eastAsia="Times New Roman"/>
                <w:sz w:val="19"/>
                <w:szCs w:val="19"/>
              </w:rPr>
              <w:t>дневника на класа и се информират родителите;</w:t>
            </w:r>
          </w:p>
        </w:tc>
      </w:tr>
      <w:tr w:rsidR="00E607B5" w14:paraId="7A1AF8DB" w14:textId="77777777">
        <w:tblPrEx>
          <w:tblCellMar>
            <w:top w:w="0" w:type="dxa"/>
            <w:bottom w:w="0" w:type="dxa"/>
          </w:tblCellMar>
        </w:tblPrEx>
        <w:tc>
          <w:tcPr>
            <w:tcW w:w="512" w:type="dxa"/>
            <w:shd w:val="clear" w:color="auto" w:fill="F2F2F2"/>
            <w:tcMar>
              <w:top w:w="60" w:type="dxa"/>
              <w:left w:w="90" w:type="dxa"/>
              <w:bottom w:w="60" w:type="dxa"/>
              <w:right w:w="90" w:type="dxa"/>
            </w:tcMar>
            <w:vAlign w:val="center"/>
          </w:tcPr>
          <w:p w14:paraId="6371DDC6" w14:textId="77777777" w:rsidR="00E607B5" w:rsidRDefault="00D91D22">
            <w:pPr>
              <w:spacing w:line="264" w:lineRule="auto"/>
            </w:pPr>
            <w:r>
              <w:rPr>
                <w:rFonts w:ascii="Times New Roman" w:hAnsi="Times New Roman" w:cs="Times New Roman" w:eastAsia="Times New Roman"/>
                <w:b/>
                <w:bCs/>
                <w:sz w:val="19"/>
                <w:szCs w:val="19"/>
              </w:rPr>
              <w:t>2</w:t>
            </w:r>
          </w:p>
        </w:tc>
        <w:tc>
          <w:tcPr>
            <w:tcW w:w="4231" w:type="dxa"/>
            <w:shd w:val="clear" w:color="auto" w:fill="F2F2F2"/>
            <w:tcMar>
              <w:top w:w="60" w:type="dxa"/>
              <w:left w:w="90" w:type="dxa"/>
              <w:bottom w:w="60" w:type="dxa"/>
              <w:right w:w="90" w:type="dxa"/>
            </w:tcMar>
            <w:vAlign w:val="center"/>
          </w:tcPr>
          <w:p w14:paraId="2255E4BA" w14:textId="77777777" w:rsidR="00E607B5" w:rsidRDefault="00D91D22">
            <w:pPr>
              <w:spacing w:line="264" w:lineRule="auto"/>
            </w:pPr>
            <w:r>
              <w:rPr>
                <w:rFonts w:ascii="Times New Roman" w:hAnsi="Times New Roman" w:cs="Times New Roman" w:eastAsia="Times New Roman"/>
                <w:sz w:val="19"/>
                <w:szCs w:val="19"/>
              </w:rPr>
              <w:t>Използване на посредник при решаване на конфликт в училище;</w:t>
            </w:r>
          </w:p>
        </w:tc>
        <w:tc>
          <w:tcPr>
            <w:tcW w:w="4612" w:type="dxa"/>
            <w:shd w:val="clear" w:color="auto" w:fill="F2F2F2"/>
            <w:tcMar>
              <w:top w:w="60" w:type="dxa"/>
              <w:left w:w="90" w:type="dxa"/>
              <w:bottom w:w="60" w:type="dxa"/>
              <w:right w:w="90" w:type="dxa"/>
            </w:tcMar>
            <w:vAlign w:val="center"/>
          </w:tcPr>
          <w:p w14:paraId="54346758" w14:textId="77777777" w:rsidR="00E607B5" w:rsidRDefault="00D91D22">
            <w:pPr>
              <w:spacing w:line="264" w:lineRule="auto"/>
            </w:pPr>
            <w:r>
              <w:rPr>
                <w:rFonts w:ascii="Times New Roman" w:hAnsi="Times New Roman" w:cs="Times New Roman" w:eastAsia="Times New Roman"/>
                <w:sz w:val="19"/>
                <w:szCs w:val="19"/>
              </w:rPr>
              <w:t>В училището от подготвен за разрешаване на конфликтни ситуации учител, психолог и/или</w:t>
            </w:r>
          </w:p>
          <w:p w14:paraId="796D8883" w14:textId="77777777" w:rsidR="00E607B5" w:rsidRDefault="00D91D22">
            <w:pPr>
              <w:spacing w:line="264" w:lineRule="auto"/>
            </w:pPr>
            <w:r>
              <w:rPr>
                <w:rFonts w:ascii="Times New Roman" w:hAnsi="Times New Roman" w:cs="Times New Roman" w:eastAsia="Times New Roman"/>
                <w:sz w:val="19"/>
                <w:szCs w:val="19"/>
              </w:rPr>
              <w:lastRenderedPageBreak/>
              <w:t>педагогически съветник;</w:t>
            </w:r>
          </w:p>
        </w:tc>
      </w:tr>
      <w:tr w:rsidR="00E607B5" w14:paraId="047B9A8D" w14:textId="77777777">
        <w:tblPrEx>
          <w:tblCellMar>
            <w:top w:w="0" w:type="dxa"/>
            <w:bottom w:w="0" w:type="dxa"/>
          </w:tblCellMar>
        </w:tblPrEx>
        <w:tc>
          <w:tcPr>
            <w:tcW w:w="512" w:type="dxa"/>
            <w:shd w:val="clear" w:color="auto" w:fill="FFFFFF"/>
            <w:tcMar>
              <w:top w:w="60" w:type="dxa"/>
              <w:left w:w="90" w:type="dxa"/>
              <w:bottom w:w="60" w:type="dxa"/>
              <w:right w:w="90" w:type="dxa"/>
            </w:tcMar>
            <w:vAlign w:val="center"/>
          </w:tcPr>
          <w:p w14:paraId="77C9DFB8" w14:textId="77777777" w:rsidR="00E607B5" w:rsidRDefault="00D91D22">
            <w:pPr>
              <w:spacing w:line="264" w:lineRule="auto"/>
            </w:pPr>
            <w:r>
              <w:rPr>
                <w:rFonts w:ascii="Times New Roman" w:hAnsi="Times New Roman" w:cs="Times New Roman" w:eastAsia="Times New Roman"/>
                <w:b/>
                <w:bCs/>
                <w:sz w:val="19"/>
                <w:szCs w:val="19"/>
              </w:rPr>
              <w:lastRenderedPageBreak/>
              <w:t>3</w:t>
            </w:r>
          </w:p>
        </w:tc>
        <w:tc>
          <w:tcPr>
            <w:tcW w:w="4231" w:type="dxa"/>
            <w:shd w:val="clear" w:color="auto" w:fill="FFFFFF"/>
            <w:tcMar>
              <w:top w:w="60" w:type="dxa"/>
              <w:left w:w="90" w:type="dxa"/>
              <w:bottom w:w="60" w:type="dxa"/>
              <w:right w:w="90" w:type="dxa"/>
            </w:tcMar>
            <w:vAlign w:val="center"/>
          </w:tcPr>
          <w:p w14:paraId="169880EB" w14:textId="77777777" w:rsidR="00E607B5" w:rsidRDefault="00D91D22">
            <w:pPr>
              <w:spacing w:line="264" w:lineRule="auto"/>
            </w:pPr>
            <w:r>
              <w:rPr>
                <w:rFonts w:ascii="Times New Roman" w:hAnsi="Times New Roman" w:cs="Times New Roman" w:eastAsia="Times New Roman"/>
                <w:sz w:val="19"/>
                <w:szCs w:val="19"/>
              </w:rPr>
              <w:t>Консултиране на ученика с психолог или педагогически съветник;</w:t>
            </w:r>
          </w:p>
        </w:tc>
        <w:tc>
          <w:tcPr>
            <w:tcW w:w="4612" w:type="dxa"/>
            <w:shd w:val="clear" w:color="auto" w:fill="FFFFFF"/>
            <w:tcMar>
              <w:top w:w="60" w:type="dxa"/>
              <w:left w:w="90" w:type="dxa"/>
              <w:bottom w:w="60" w:type="dxa"/>
              <w:right w:w="90" w:type="dxa"/>
            </w:tcMar>
            <w:vAlign w:val="center"/>
          </w:tcPr>
          <w:p w14:paraId="73968093" w14:textId="77777777" w:rsidR="00E607B5" w:rsidRDefault="00D91D22">
            <w:pPr>
              <w:spacing w:line="264" w:lineRule="auto"/>
            </w:pPr>
            <w:r>
              <w:rPr>
                <w:rFonts w:ascii="Times New Roman" w:hAnsi="Times New Roman" w:cs="Times New Roman" w:eastAsia="Times New Roman"/>
                <w:sz w:val="19"/>
                <w:szCs w:val="19"/>
              </w:rPr>
              <w:t>По желание на ученика и/или на родителя или по препоръка на класния ръководител, на</w:t>
            </w:r>
          </w:p>
          <w:p w14:paraId="6FCF72FF" w14:textId="77777777" w:rsidR="00E607B5" w:rsidRDefault="00D91D22">
            <w:pPr>
              <w:spacing w:line="264" w:lineRule="auto"/>
            </w:pPr>
            <w:r>
              <w:rPr>
                <w:rFonts w:ascii="Times New Roman" w:hAnsi="Times New Roman" w:cs="Times New Roman" w:eastAsia="Times New Roman"/>
                <w:sz w:val="19"/>
                <w:szCs w:val="19"/>
              </w:rPr>
              <w:t>учителя или координатора;</w:t>
            </w:r>
          </w:p>
        </w:tc>
      </w:tr>
      <w:tr w:rsidR="00E607B5" w14:paraId="7C22A346" w14:textId="77777777">
        <w:tblPrEx>
          <w:tblCellMar>
            <w:top w:w="0" w:type="dxa"/>
            <w:bottom w:w="0" w:type="dxa"/>
          </w:tblCellMar>
        </w:tblPrEx>
        <w:tc>
          <w:tcPr>
            <w:tcW w:w="512" w:type="dxa"/>
            <w:shd w:val="clear" w:color="auto" w:fill="F2F2F2"/>
            <w:tcMar>
              <w:top w:w="60" w:type="dxa"/>
              <w:left w:w="90" w:type="dxa"/>
              <w:bottom w:w="60" w:type="dxa"/>
              <w:right w:w="90" w:type="dxa"/>
            </w:tcMar>
            <w:vAlign w:val="center"/>
          </w:tcPr>
          <w:p w14:paraId="14E4B4B8" w14:textId="77777777" w:rsidR="00E607B5" w:rsidRDefault="00D91D22">
            <w:pPr>
              <w:spacing w:line="264" w:lineRule="auto"/>
            </w:pPr>
            <w:r>
              <w:rPr>
                <w:rFonts w:ascii="Times New Roman" w:hAnsi="Times New Roman" w:cs="Times New Roman" w:eastAsia="Times New Roman"/>
                <w:b/>
                <w:bCs/>
                <w:sz w:val="19"/>
                <w:szCs w:val="19"/>
              </w:rPr>
              <w:t>4</w:t>
            </w:r>
          </w:p>
        </w:tc>
        <w:tc>
          <w:tcPr>
            <w:tcW w:w="4231" w:type="dxa"/>
            <w:shd w:val="clear" w:color="auto" w:fill="F2F2F2"/>
            <w:tcMar>
              <w:top w:w="60" w:type="dxa"/>
              <w:left w:w="90" w:type="dxa"/>
              <w:bottom w:w="60" w:type="dxa"/>
              <w:right w:w="90" w:type="dxa"/>
            </w:tcMar>
            <w:vAlign w:val="center"/>
          </w:tcPr>
          <w:p w14:paraId="24F5B1BD" w14:textId="77777777" w:rsidR="00E607B5" w:rsidRDefault="00D91D22">
            <w:pPr>
              <w:spacing w:line="264" w:lineRule="auto"/>
            </w:pPr>
            <w:r>
              <w:rPr>
                <w:rFonts w:ascii="Times New Roman" w:hAnsi="Times New Roman" w:cs="Times New Roman" w:eastAsia="Times New Roman"/>
                <w:sz w:val="19"/>
                <w:szCs w:val="19"/>
              </w:rPr>
              <w:t>Създаване на условия за включване на ученика в група за повишаване на социалните умения за общуване и за решаване на конфликти по ненасилствен</w:t>
            </w:r>
          </w:p>
          <w:p w14:paraId="00B070A9" w14:textId="77777777" w:rsidR="00E607B5" w:rsidRDefault="00D91D22">
            <w:pPr>
              <w:spacing w:line="264" w:lineRule="auto"/>
            </w:pPr>
            <w:r>
              <w:rPr>
                <w:rFonts w:ascii="Times New Roman" w:hAnsi="Times New Roman" w:cs="Times New Roman" w:eastAsia="Times New Roman"/>
                <w:sz w:val="19"/>
                <w:szCs w:val="19"/>
              </w:rPr>
              <w:t>начин;</w:t>
            </w:r>
          </w:p>
        </w:tc>
        <w:tc>
          <w:tcPr>
            <w:tcW w:w="4612" w:type="dxa"/>
            <w:shd w:val="clear" w:color="auto" w:fill="F2F2F2"/>
            <w:tcMar>
              <w:top w:w="60" w:type="dxa"/>
              <w:left w:w="90" w:type="dxa"/>
              <w:bottom w:w="60" w:type="dxa"/>
              <w:right w:w="90" w:type="dxa"/>
            </w:tcMar>
            <w:vAlign w:val="center"/>
          </w:tcPr>
          <w:p w14:paraId="0BDEC470" w14:textId="77777777" w:rsidR="00E607B5" w:rsidRDefault="00D91D22">
            <w:pPr>
              <w:spacing w:line="264" w:lineRule="auto"/>
            </w:pPr>
            <w:r>
              <w:rPr>
                <w:rFonts w:ascii="Times New Roman" w:hAnsi="Times New Roman" w:cs="Times New Roman" w:eastAsia="Times New Roman"/>
                <w:sz w:val="19"/>
                <w:szCs w:val="19"/>
              </w:rPr>
              <w:t>По желание на ученика, по преценка на класния ръководител, на учителя, на педагогическия съветник и/или психолога, на координатора;</w:t>
            </w:r>
          </w:p>
        </w:tc>
      </w:tr>
      <w:tr w:rsidR="00E607B5" w14:paraId="3FC63B4C" w14:textId="77777777">
        <w:tblPrEx>
          <w:tblCellMar>
            <w:top w:w="0" w:type="dxa"/>
            <w:bottom w:w="0" w:type="dxa"/>
          </w:tblCellMar>
        </w:tblPrEx>
        <w:tc>
          <w:tcPr>
            <w:tcW w:w="512" w:type="dxa"/>
            <w:shd w:val="clear" w:color="auto" w:fill="FFFFFF"/>
            <w:tcMar>
              <w:top w:w="60" w:type="dxa"/>
              <w:left w:w="90" w:type="dxa"/>
              <w:bottom w:w="60" w:type="dxa"/>
              <w:right w:w="90" w:type="dxa"/>
            </w:tcMar>
            <w:vAlign w:val="center"/>
          </w:tcPr>
          <w:p w14:paraId="57DEAEAD" w14:textId="77777777" w:rsidR="00E607B5" w:rsidRDefault="00D91D22">
            <w:pPr>
              <w:spacing w:line="264" w:lineRule="auto"/>
            </w:pPr>
            <w:r>
              <w:rPr>
                <w:rFonts w:ascii="Times New Roman" w:hAnsi="Times New Roman" w:cs="Times New Roman" w:eastAsia="Times New Roman"/>
                <w:b/>
                <w:bCs/>
                <w:sz w:val="19"/>
                <w:szCs w:val="19"/>
              </w:rPr>
              <w:t>5</w:t>
            </w:r>
          </w:p>
        </w:tc>
        <w:tc>
          <w:tcPr>
            <w:tcW w:w="4231" w:type="dxa"/>
            <w:shd w:val="clear" w:color="auto" w:fill="FFFFFF"/>
            <w:tcMar>
              <w:top w:w="60" w:type="dxa"/>
              <w:left w:w="90" w:type="dxa"/>
              <w:bottom w:w="60" w:type="dxa"/>
              <w:right w:w="90" w:type="dxa"/>
            </w:tcMar>
            <w:vAlign w:val="center"/>
          </w:tcPr>
          <w:p w14:paraId="14DFF6D8" w14:textId="77777777" w:rsidR="00E607B5" w:rsidRDefault="00D91D22">
            <w:pPr>
              <w:spacing w:line="264" w:lineRule="auto"/>
            </w:pPr>
            <w:r>
              <w:rPr>
                <w:rFonts w:ascii="Times New Roman" w:hAnsi="Times New Roman" w:cs="Times New Roman" w:eastAsia="Times New Roman"/>
                <w:sz w:val="19"/>
                <w:szCs w:val="19"/>
              </w:rPr>
              <w:t>Насочване на ученика към занимания, съобразени с неговите потребности;</w:t>
            </w:r>
          </w:p>
        </w:tc>
        <w:tc>
          <w:tcPr>
            <w:tcW w:w="4612" w:type="dxa"/>
            <w:shd w:val="clear" w:color="auto" w:fill="FFFFFF"/>
            <w:tcMar>
              <w:top w:w="60" w:type="dxa"/>
              <w:left w:w="90" w:type="dxa"/>
              <w:bottom w:w="60" w:type="dxa"/>
              <w:right w:w="90" w:type="dxa"/>
            </w:tcMar>
            <w:vAlign w:val="center"/>
          </w:tcPr>
          <w:p w14:paraId="6F0D87B2" w14:textId="77777777" w:rsidR="00E607B5" w:rsidRDefault="00D91D22">
            <w:pPr>
              <w:spacing w:line="264" w:lineRule="auto"/>
            </w:pPr>
            <w:r>
              <w:rPr>
                <w:rFonts w:ascii="Times New Roman" w:hAnsi="Times New Roman" w:cs="Times New Roman" w:eastAsia="Times New Roman"/>
                <w:sz w:val="19"/>
                <w:szCs w:val="19"/>
              </w:rPr>
              <w:t>По желание на ученика, по преценка на класния ръководител, на учителя, на педагогическия съветник и/или психолога, на</w:t>
            </w:r>
          </w:p>
          <w:p w14:paraId="751B9F96" w14:textId="77777777" w:rsidR="00E607B5" w:rsidRDefault="00D91D22">
            <w:pPr>
              <w:spacing w:line="264" w:lineRule="auto"/>
            </w:pPr>
            <w:r>
              <w:rPr>
                <w:rFonts w:ascii="Times New Roman" w:hAnsi="Times New Roman" w:cs="Times New Roman" w:eastAsia="Times New Roman"/>
                <w:sz w:val="19"/>
                <w:szCs w:val="19"/>
              </w:rPr>
              <w:t>координатора;</w:t>
            </w:r>
          </w:p>
        </w:tc>
      </w:tr>
      <w:tr w:rsidR="00E607B5" w14:paraId="18092508" w14:textId="77777777">
        <w:tblPrEx>
          <w:tblCellMar>
            <w:top w:w="0" w:type="dxa"/>
            <w:bottom w:w="0" w:type="dxa"/>
          </w:tblCellMar>
        </w:tblPrEx>
        <w:tc>
          <w:tcPr>
            <w:tcW w:w="512" w:type="dxa"/>
            <w:shd w:val="clear" w:color="auto" w:fill="F2F2F2"/>
            <w:tcMar>
              <w:top w:w="60" w:type="dxa"/>
              <w:left w:w="90" w:type="dxa"/>
              <w:bottom w:w="60" w:type="dxa"/>
              <w:right w:w="90" w:type="dxa"/>
            </w:tcMar>
            <w:vAlign w:val="center"/>
          </w:tcPr>
          <w:p w14:paraId="32DDAB8D" w14:textId="77777777" w:rsidR="00E607B5" w:rsidRDefault="00D91D22">
            <w:pPr>
              <w:spacing w:line="264" w:lineRule="auto"/>
            </w:pPr>
            <w:r>
              <w:rPr>
                <w:rFonts w:ascii="Times New Roman" w:hAnsi="Times New Roman" w:cs="Times New Roman" w:eastAsia="Times New Roman"/>
                <w:b/>
                <w:bCs/>
                <w:sz w:val="19"/>
                <w:szCs w:val="19"/>
              </w:rPr>
              <w:t>6</w:t>
            </w:r>
          </w:p>
        </w:tc>
        <w:tc>
          <w:tcPr>
            <w:tcW w:w="4231" w:type="dxa"/>
            <w:shd w:val="clear" w:color="auto" w:fill="F2F2F2"/>
            <w:tcMar>
              <w:top w:w="60" w:type="dxa"/>
              <w:left w:w="90" w:type="dxa"/>
              <w:bottom w:w="60" w:type="dxa"/>
              <w:right w:w="90" w:type="dxa"/>
            </w:tcMar>
            <w:vAlign w:val="center"/>
          </w:tcPr>
          <w:p w14:paraId="7D0B0AFF" w14:textId="77777777" w:rsidR="00E607B5" w:rsidRDefault="00D91D22">
            <w:pPr>
              <w:spacing w:line="264" w:lineRule="auto"/>
            </w:pPr>
            <w:r>
              <w:rPr>
                <w:rFonts w:ascii="Times New Roman" w:hAnsi="Times New Roman" w:cs="Times New Roman" w:eastAsia="Times New Roman"/>
                <w:sz w:val="19"/>
                <w:szCs w:val="19"/>
              </w:rPr>
              <w:t>Индивидуална подкрепа за ученика от личност, която той уважава</w:t>
            </w:r>
          </w:p>
          <w:p w14:paraId="2BB1E37B" w14:textId="77777777" w:rsidR="00E607B5" w:rsidRDefault="00D91D22">
            <w:pPr>
              <w:spacing w:line="264" w:lineRule="auto"/>
            </w:pPr>
            <w:r>
              <w:rPr>
                <w:rFonts w:ascii="Times New Roman" w:hAnsi="Times New Roman" w:cs="Times New Roman" w:eastAsia="Times New Roman"/>
                <w:sz w:val="19"/>
                <w:szCs w:val="19"/>
              </w:rPr>
              <w:t>(наставничество);</w:t>
            </w:r>
          </w:p>
        </w:tc>
        <w:tc>
          <w:tcPr>
            <w:tcW w:w="4612" w:type="dxa"/>
            <w:shd w:val="clear" w:color="auto" w:fill="F2F2F2"/>
            <w:tcMar>
              <w:top w:w="60" w:type="dxa"/>
              <w:left w:w="90" w:type="dxa"/>
              <w:bottom w:w="60" w:type="dxa"/>
              <w:right w:w="90" w:type="dxa"/>
            </w:tcMar>
            <w:vAlign w:val="center"/>
          </w:tcPr>
          <w:p w14:paraId="6270AF7C" w14:textId="77777777" w:rsidR="00E607B5" w:rsidRDefault="00D91D22">
            <w:pPr>
              <w:spacing w:line="264" w:lineRule="auto"/>
            </w:pPr>
            <w:r>
              <w:rPr>
                <w:rFonts w:ascii="Times New Roman" w:hAnsi="Times New Roman" w:cs="Times New Roman" w:eastAsia="Times New Roman"/>
                <w:sz w:val="19"/>
                <w:szCs w:val="19"/>
              </w:rPr>
              <w:t>От личност по избор на ученика;</w:t>
            </w:r>
          </w:p>
        </w:tc>
      </w:tr>
      <w:tr w:rsidR="00E607B5" w14:paraId="49B7FB47" w14:textId="77777777">
        <w:tblPrEx>
          <w:tblCellMar>
            <w:top w:w="0" w:type="dxa"/>
            <w:bottom w:w="0" w:type="dxa"/>
          </w:tblCellMar>
        </w:tblPrEx>
        <w:tc>
          <w:tcPr>
            <w:tcW w:w="512" w:type="dxa"/>
            <w:shd w:val="clear" w:color="auto" w:fill="FFFFFF"/>
            <w:tcMar>
              <w:top w:w="60" w:type="dxa"/>
              <w:left w:w="90" w:type="dxa"/>
              <w:bottom w:w="60" w:type="dxa"/>
              <w:right w:w="90" w:type="dxa"/>
            </w:tcMar>
            <w:vAlign w:val="center"/>
          </w:tcPr>
          <w:p w14:paraId="31DE567C" w14:textId="77777777" w:rsidR="00E607B5" w:rsidRDefault="00D91D22">
            <w:pPr>
              <w:spacing w:line="264" w:lineRule="auto"/>
            </w:pPr>
            <w:r>
              <w:rPr>
                <w:rFonts w:ascii="Times New Roman" w:hAnsi="Times New Roman" w:cs="Times New Roman" w:eastAsia="Times New Roman"/>
                <w:b/>
                <w:bCs/>
                <w:sz w:val="19"/>
                <w:szCs w:val="19"/>
              </w:rPr>
              <w:t>7</w:t>
            </w:r>
          </w:p>
        </w:tc>
        <w:tc>
          <w:tcPr>
            <w:tcW w:w="4231" w:type="dxa"/>
            <w:shd w:val="clear" w:color="auto" w:fill="FFFFFF"/>
            <w:tcMar>
              <w:top w:w="60" w:type="dxa"/>
              <w:left w:w="90" w:type="dxa"/>
              <w:bottom w:w="60" w:type="dxa"/>
              <w:right w:w="90" w:type="dxa"/>
            </w:tcMar>
            <w:vAlign w:val="center"/>
          </w:tcPr>
          <w:p w14:paraId="39A89DD3" w14:textId="77777777" w:rsidR="00E607B5" w:rsidRDefault="00D91D22">
            <w:pPr>
              <w:spacing w:line="264" w:lineRule="auto"/>
            </w:pPr>
            <w:r>
              <w:rPr>
                <w:rFonts w:ascii="Times New Roman" w:hAnsi="Times New Roman" w:cs="Times New Roman" w:eastAsia="Times New Roman"/>
                <w:sz w:val="19"/>
                <w:szCs w:val="19"/>
              </w:rPr>
              <w:t>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tc>
        <w:tc>
          <w:tcPr>
            <w:tcW w:w="4612" w:type="dxa"/>
            <w:shd w:val="clear" w:color="auto" w:fill="FFFFFF"/>
            <w:tcMar>
              <w:top w:w="60" w:type="dxa"/>
              <w:left w:w="90" w:type="dxa"/>
              <w:bottom w:w="60" w:type="dxa"/>
              <w:right w:w="90" w:type="dxa"/>
            </w:tcMar>
            <w:vAlign w:val="center"/>
          </w:tcPr>
          <w:p w14:paraId="14BB8C22" w14:textId="77777777" w:rsidR="00E607B5" w:rsidRDefault="00D91D22">
            <w:pPr>
              <w:spacing w:line="264" w:lineRule="auto"/>
            </w:pPr>
            <w:r>
              <w:rPr>
                <w:rFonts w:ascii="Times New Roman" w:hAnsi="Times New Roman" w:cs="Times New Roman" w:eastAsia="Times New Roman"/>
                <w:sz w:val="19"/>
                <w:szCs w:val="19"/>
              </w:rPr>
              <w:t>Ученикът, съвместно с класния ръководител, избира конкретна дейност, определена в Правилника за дейността на училището, която да извърши в полза на училището или</w:t>
            </w:r>
          </w:p>
          <w:p w14:paraId="79FBBE14" w14:textId="77777777" w:rsidR="00E607B5" w:rsidRDefault="00D91D22">
            <w:pPr>
              <w:spacing w:line="264" w:lineRule="auto"/>
            </w:pPr>
            <w:r>
              <w:rPr>
                <w:rFonts w:ascii="Times New Roman" w:hAnsi="Times New Roman" w:cs="Times New Roman" w:eastAsia="Times New Roman"/>
                <w:sz w:val="19"/>
                <w:szCs w:val="19"/>
              </w:rPr>
              <w:t>паралелката;</w:t>
            </w:r>
          </w:p>
        </w:tc>
      </w:tr>
      <w:tr w:rsidR="00E607B5" w14:paraId="029DF3B1" w14:textId="77777777">
        <w:tblPrEx>
          <w:tblCellMar>
            <w:top w:w="0" w:type="dxa"/>
            <w:bottom w:w="0" w:type="dxa"/>
          </w:tblCellMar>
        </w:tblPrEx>
        <w:tc>
          <w:tcPr>
            <w:tcW w:w="512" w:type="dxa"/>
            <w:shd w:val="clear" w:color="auto" w:fill="F2F2F2"/>
            <w:tcMar>
              <w:top w:w="60" w:type="dxa"/>
              <w:left w:w="90" w:type="dxa"/>
              <w:bottom w:w="60" w:type="dxa"/>
              <w:right w:w="90" w:type="dxa"/>
            </w:tcMar>
            <w:vAlign w:val="center"/>
          </w:tcPr>
          <w:p w14:paraId="322FAFEE" w14:textId="77777777" w:rsidR="00E607B5" w:rsidRDefault="00D91D22">
            <w:pPr>
              <w:spacing w:line="264" w:lineRule="auto"/>
            </w:pPr>
            <w:r>
              <w:rPr>
                <w:rFonts w:ascii="Times New Roman" w:hAnsi="Times New Roman" w:cs="Times New Roman" w:eastAsia="Times New Roman"/>
                <w:b/>
                <w:bCs/>
                <w:sz w:val="19"/>
                <w:szCs w:val="19"/>
              </w:rPr>
              <w:t>8</w:t>
            </w:r>
          </w:p>
        </w:tc>
        <w:tc>
          <w:tcPr>
            <w:tcW w:w="4231" w:type="dxa"/>
            <w:shd w:val="clear" w:color="auto" w:fill="F2F2F2"/>
            <w:tcMar>
              <w:top w:w="60" w:type="dxa"/>
              <w:left w:w="90" w:type="dxa"/>
              <w:bottom w:w="60" w:type="dxa"/>
              <w:right w:w="90" w:type="dxa"/>
            </w:tcMar>
            <w:vAlign w:val="center"/>
          </w:tcPr>
          <w:p w14:paraId="6A7D0ED5" w14:textId="77777777" w:rsidR="00E607B5" w:rsidRDefault="00D91D22">
            <w:pPr>
              <w:spacing w:line="264" w:lineRule="auto"/>
            </w:pPr>
            <w:r>
              <w:rPr>
                <w:rFonts w:ascii="Times New Roman" w:hAnsi="Times New Roman" w:cs="Times New Roman" w:eastAsia="Times New Roman"/>
                <w:sz w:val="19"/>
                <w:szCs w:val="19"/>
              </w:rPr>
              <w:t>При допуснати повече от 5 дисциплинарни забележки, вписани в електронния дневник в рамките на 1 месец.</w:t>
            </w:r>
          </w:p>
        </w:tc>
        <w:tc>
          <w:tcPr>
            <w:tcW w:w="4612" w:type="dxa"/>
            <w:shd w:val="clear" w:color="auto" w:fill="F2F2F2"/>
            <w:tcMar>
              <w:top w:w="60" w:type="dxa"/>
              <w:left w:w="90" w:type="dxa"/>
              <w:bottom w:w="60" w:type="dxa"/>
              <w:right w:w="90" w:type="dxa"/>
            </w:tcMar>
            <w:vAlign w:val="center"/>
          </w:tcPr>
          <w:p w14:paraId="5AAEE542" w14:textId="77777777" w:rsidR="00E607B5" w:rsidRDefault="00D91D22">
            <w:pPr>
              <w:spacing w:line="264" w:lineRule="auto"/>
            </w:pPr>
            <w:r>
              <w:rPr>
                <w:rFonts w:ascii="Times New Roman" w:hAnsi="Times New Roman" w:cs="Times New Roman" w:eastAsia="Times New Roman"/>
                <w:sz w:val="19"/>
                <w:szCs w:val="19"/>
              </w:rPr>
              <w:t>Класният ръководител насрочва среща на екип за подкрепа за личностно развитие (ЕПЛР) с цел превенция.</w:t>
            </w:r>
          </w:p>
        </w:tc>
      </w:tr>
    </w:tbl>
    <w:p w14:paraId="009A7132" w14:textId="77777777" w:rsidR="00E607B5" w:rsidRDefault="00E607B5">
      <w:pPr>
        <w:spacing w:after="120" w:line="288" w:lineRule="auto"/>
        <w:jc w:val="both"/>
      </w:pPr>
    </w:p>
    <w:p w14:paraId="3FF53EDE" w14:textId="77777777" w:rsidR="00E607B5" w:rsidRDefault="00D91D22">
      <w:pPr>
        <w:spacing w:before="250" w:after="130" w:line="288" w:lineRule="auto"/>
      </w:pPr>
      <w:r>
        <w:rPr>
          <w:rFonts w:ascii="Times New Roman" w:hAnsi="Times New Roman" w:cs="Times New Roman" w:eastAsia="Times New Roman"/>
          <w:b/>
          <w:bCs/>
          <w:color w:val="000000"/>
          <w:sz w:val="24"/>
          <w:szCs w:val="24"/>
        </w:rPr>
        <w:t>Санкциите на учениците от ПГМКР,, Свети Никола“, гр, Бургас се налагат, както следва:</w:t>
      </w:r>
    </w:p>
    <w:p w14:paraId="3E79A1D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Налагане на санкции:</w:t>
      </w:r>
    </w:p>
    <w:p w14:paraId="5B434C23" w14:textId="77777777" w:rsidR="00E607B5" w:rsidRDefault="00D91D22">
      <w:pPr>
        <w:spacing w:before="250" w:after="130" w:line="288" w:lineRule="auto"/>
      </w:pPr>
      <w:r>
        <w:rPr>
          <w:rFonts w:ascii="Times New Roman" w:hAnsi="Times New Roman" w:cs="Times New Roman" w:eastAsia="Times New Roman"/>
          <w:b/>
          <w:bCs/>
          <w:color w:val="000000"/>
          <w:sz w:val="24"/>
          <w:szCs w:val="24"/>
        </w:rPr>
        <w:t>Санкцията „Забележка“ може да се наложи при:</w:t>
      </w:r>
    </w:p>
    <w:p w14:paraId="3FCCC50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Допускане от 5 до 9.5 неизвинени отсъствия;</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081"/>
        <w:gridCol w:w="1321"/>
        <w:gridCol w:w="2522"/>
        <w:gridCol w:w="1201"/>
        <w:gridCol w:w="962"/>
        <w:gridCol w:w="1322"/>
        <w:gridCol w:w="946"/>
      </w:tblGrid>
      <w:tr w:rsidR="00E607B5" w14:paraId="09E07130" w14:textId="77777777">
        <w:tblPrEx>
          <w:tblCellMar>
            <w:top w:w="0" w:type="dxa"/>
            <w:bottom w:w="0" w:type="dxa"/>
          </w:tblCellMar>
        </w:tblPrEx>
        <w:trPr>
          <w:tblHeader/>
        </w:trPr>
        <w:tc>
          <w:tcPr>
            <w:tcW w:w="1082" w:type="dxa"/>
            <w:shd w:val="clear" w:color="auto" w:fill="D9D9D9"/>
            <w:tcMar>
              <w:top w:w="60" w:type="dxa"/>
              <w:left w:w="90" w:type="dxa"/>
              <w:bottom w:w="60" w:type="dxa"/>
              <w:right w:w="90" w:type="dxa"/>
            </w:tcMar>
            <w:vAlign w:val="center"/>
          </w:tcPr>
          <w:p w14:paraId="2DAFE0CF"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1321" w:type="dxa"/>
            <w:shd w:val="clear" w:color="auto" w:fill="D9D9D9"/>
            <w:tcMar>
              <w:top w:w="60" w:type="dxa"/>
              <w:left w:w="90" w:type="dxa"/>
              <w:bottom w:w="60" w:type="dxa"/>
              <w:right w:w="90" w:type="dxa"/>
            </w:tcMar>
            <w:vAlign w:val="center"/>
          </w:tcPr>
          <w:p w14:paraId="4F502650"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2522" w:type="dxa"/>
            <w:shd w:val="clear" w:color="auto" w:fill="D9D9D9"/>
            <w:tcMar>
              <w:top w:w="60" w:type="dxa"/>
              <w:left w:w="90" w:type="dxa"/>
              <w:bottom w:w="60" w:type="dxa"/>
              <w:right w:w="90" w:type="dxa"/>
            </w:tcMar>
            <w:vAlign w:val="center"/>
          </w:tcPr>
          <w:p w14:paraId="50DA9EFB"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 ръководител</w:t>
            </w:r>
          </w:p>
        </w:tc>
        <w:tc>
          <w:tcPr>
            <w:tcW w:w="1201" w:type="dxa"/>
            <w:shd w:val="clear" w:color="auto" w:fill="D9D9D9"/>
            <w:tcMar>
              <w:top w:w="60" w:type="dxa"/>
              <w:left w:w="90" w:type="dxa"/>
              <w:bottom w:w="60" w:type="dxa"/>
              <w:right w:w="90" w:type="dxa"/>
            </w:tcMar>
            <w:vAlign w:val="center"/>
          </w:tcPr>
          <w:p w14:paraId="6E11EDCE" w14:textId="77777777" w:rsidR="00E607B5" w:rsidRDefault="00D91D22">
            <w:pPr>
              <w:spacing w:line="264" w:lineRule="auto"/>
              <w:jc w:val="center"/>
            </w:pPr>
            <w:r>
              <w:rPr>
                <w:rFonts w:ascii="Times New Roman" w:hAnsi="Times New Roman" w:cs="Times New Roman" w:eastAsia="Times New Roman"/>
                <w:b/>
                <w:bCs/>
                <w:sz w:val="20"/>
                <w:szCs w:val="20"/>
              </w:rPr>
              <w:t>Действия на директор</w:t>
            </w:r>
          </w:p>
        </w:tc>
        <w:tc>
          <w:tcPr>
            <w:tcW w:w="962" w:type="dxa"/>
            <w:shd w:val="clear" w:color="auto" w:fill="D9D9D9"/>
            <w:tcMar>
              <w:top w:w="60" w:type="dxa"/>
              <w:left w:w="90" w:type="dxa"/>
              <w:bottom w:w="60" w:type="dxa"/>
              <w:right w:w="90" w:type="dxa"/>
            </w:tcMar>
            <w:vAlign w:val="center"/>
          </w:tcPr>
          <w:p w14:paraId="40DCE3E2"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1322" w:type="dxa"/>
            <w:shd w:val="clear" w:color="auto" w:fill="D9D9D9"/>
            <w:tcMar>
              <w:top w:w="60" w:type="dxa"/>
              <w:left w:w="90" w:type="dxa"/>
              <w:bottom w:w="60" w:type="dxa"/>
              <w:right w:w="90" w:type="dxa"/>
            </w:tcMar>
            <w:vAlign w:val="center"/>
          </w:tcPr>
          <w:p w14:paraId="751F2C3E"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946" w:type="dxa"/>
            <w:shd w:val="clear" w:color="auto" w:fill="D9D9D9"/>
            <w:tcMar>
              <w:top w:w="60" w:type="dxa"/>
              <w:left w:w="90" w:type="dxa"/>
              <w:bottom w:w="60" w:type="dxa"/>
              <w:right w:w="90" w:type="dxa"/>
            </w:tcMar>
            <w:vAlign w:val="center"/>
          </w:tcPr>
          <w:p w14:paraId="47F129E1" w14:textId="77777777" w:rsidR="00E607B5" w:rsidRDefault="00D91D22">
            <w:pPr>
              <w:spacing w:line="264" w:lineRule="auto"/>
              <w:jc w:val="center"/>
            </w:pPr>
            <w:r>
              <w:rPr>
                <w:rFonts w:ascii="Times New Roman" w:hAnsi="Times New Roman" w:cs="Times New Roman" w:eastAsia="Times New Roman"/>
                <w:b/>
                <w:bCs/>
                <w:sz w:val="20"/>
                <w:szCs w:val="20"/>
              </w:rPr>
              <w:t>Забележка</w:t>
            </w:r>
          </w:p>
        </w:tc>
      </w:tr>
      <w:tr w:rsidR="00E607B5" w14:paraId="35BD0E74" w14:textId="77777777">
        <w:tblPrEx>
          <w:tblCellMar>
            <w:top w:w="0" w:type="dxa"/>
            <w:bottom w:w="0" w:type="dxa"/>
          </w:tblCellMar>
        </w:tblPrEx>
        <w:tc>
          <w:tcPr>
            <w:tcW w:w="1082" w:type="dxa"/>
            <w:shd w:val="clear" w:color="auto" w:fill="FFFFFF"/>
            <w:tcMar>
              <w:top w:w="60" w:type="dxa"/>
              <w:left w:w="90" w:type="dxa"/>
              <w:bottom w:w="60" w:type="dxa"/>
              <w:right w:w="90" w:type="dxa"/>
            </w:tcMar>
            <w:vAlign w:val="center"/>
          </w:tcPr>
          <w:p w14:paraId="0262E6C1" w14:textId="77777777" w:rsidR="00E607B5" w:rsidRDefault="00D91D22">
            <w:pPr>
              <w:spacing w:line="264" w:lineRule="auto"/>
            </w:pPr>
            <w:r>
              <w:rPr>
                <w:rFonts w:ascii="Times New Roman" w:hAnsi="Times New Roman" w:cs="Times New Roman" w:eastAsia="Times New Roman"/>
                <w:sz w:val="19"/>
                <w:szCs w:val="19"/>
              </w:rPr>
              <w:t>- „Забележка“ срок: до края на учебната година</w:t>
            </w:r>
          </w:p>
          <w:p w14:paraId="273B22F3" w14:textId="77777777" w:rsidR="00E607B5" w:rsidRDefault="00D91D22">
            <w:pPr>
              <w:spacing w:line="264" w:lineRule="auto"/>
            </w:pPr>
            <w:r>
              <w:rPr>
                <w:rFonts w:ascii="Times New Roman" w:hAnsi="Times New Roman" w:cs="Times New Roman" w:eastAsia="Times New Roman"/>
                <w:sz w:val="19"/>
                <w:szCs w:val="19"/>
              </w:rPr>
              <w:t>- чл. 199, ал. 1, т. 1 от ЗПУО</w:t>
            </w:r>
          </w:p>
        </w:tc>
        <w:tc>
          <w:tcPr>
            <w:tcW w:w="1321" w:type="dxa"/>
            <w:shd w:val="clear" w:color="auto" w:fill="FFFFFF"/>
            <w:tcMar>
              <w:top w:w="60" w:type="dxa"/>
              <w:left w:w="90" w:type="dxa"/>
              <w:bottom w:w="60" w:type="dxa"/>
              <w:right w:w="90" w:type="dxa"/>
            </w:tcMar>
            <w:vAlign w:val="center"/>
          </w:tcPr>
          <w:p w14:paraId="22B89DE5" w14:textId="77777777" w:rsidR="00E607B5" w:rsidRDefault="00D91D22">
            <w:pPr>
              <w:spacing w:line="264" w:lineRule="auto"/>
            </w:pPr>
            <w:r>
              <w:rPr>
                <w:rFonts w:ascii="Times New Roman" w:hAnsi="Times New Roman" w:cs="Times New Roman" w:eastAsia="Times New Roman"/>
                <w:sz w:val="19"/>
                <w:szCs w:val="19"/>
              </w:rPr>
              <w:t>при допуснати от 5 до 9.5 неизвинени отсъствия по неуважителни причини</w:t>
            </w:r>
          </w:p>
        </w:tc>
        <w:tc>
          <w:tcPr>
            <w:tcW w:w="2522" w:type="dxa"/>
            <w:shd w:val="clear" w:color="auto" w:fill="FFFFFF"/>
            <w:tcMar>
              <w:top w:w="60" w:type="dxa"/>
              <w:left w:w="90" w:type="dxa"/>
              <w:bottom w:w="60" w:type="dxa"/>
              <w:right w:w="90" w:type="dxa"/>
            </w:tcMar>
            <w:vAlign w:val="center"/>
          </w:tcPr>
          <w:p w14:paraId="1F8E2DF7" w14:textId="77777777" w:rsidR="00E607B5" w:rsidRDefault="00D91D22">
            <w:pPr>
              <w:spacing w:line="264" w:lineRule="auto"/>
            </w:pPr>
            <w:r>
              <w:rPr>
                <w:rFonts w:ascii="Times New Roman" w:hAnsi="Times New Roman" w:cs="Times New Roman" w:eastAsia="Times New Roman"/>
                <w:b/>
                <w:bCs/>
                <w:sz w:val="19"/>
                <w:szCs w:val="19"/>
              </w:rPr>
              <w:t>Изпраща писмо до родителя за уведомяване за допуснати отсъствия от ученика (Приложение 1)</w:t>
            </w:r>
          </w:p>
          <w:p w14:paraId="2C86130E" w14:textId="77777777" w:rsidR="00E607B5" w:rsidRDefault="00D91D22">
            <w:pPr>
              <w:spacing w:line="264" w:lineRule="auto"/>
            </w:pPr>
            <w:r>
              <w:rPr>
                <w:rFonts w:ascii="Times New Roman" w:hAnsi="Times New Roman" w:cs="Times New Roman" w:eastAsia="Times New Roman"/>
                <w:b/>
                <w:bCs/>
                <w:sz w:val="19"/>
                <w:szCs w:val="19"/>
              </w:rPr>
              <w:t>Изготвя мотивирано писмено предложение до Директора на училището</w:t>
            </w:r>
          </w:p>
          <w:p w14:paraId="2E95CE03" w14:textId="77777777" w:rsidR="00E607B5" w:rsidRDefault="00D91D22">
            <w:pPr>
              <w:spacing w:line="264" w:lineRule="auto"/>
            </w:pPr>
            <w:r>
              <w:rPr>
                <w:rFonts w:ascii="Times New Roman" w:hAnsi="Times New Roman" w:cs="Times New Roman" w:eastAsia="Times New Roman"/>
                <w:b/>
                <w:bCs/>
                <w:sz w:val="19"/>
                <w:szCs w:val="19"/>
              </w:rPr>
              <w:t>(Приложение 2)</w:t>
            </w:r>
          </w:p>
          <w:p w14:paraId="440D1F55" w14:textId="77777777" w:rsidR="00E607B5" w:rsidRDefault="00D91D22">
            <w:pPr>
              <w:spacing w:line="264" w:lineRule="auto"/>
            </w:pPr>
            <w:r>
              <w:rPr>
                <w:rFonts w:ascii="Times New Roman" w:hAnsi="Times New Roman" w:cs="Times New Roman" w:eastAsia="Times New Roman"/>
                <w:b/>
                <w:bCs/>
                <w:sz w:val="19"/>
                <w:szCs w:val="19"/>
              </w:rPr>
              <w:t>Изготвя уведомително писмо до родител</w:t>
            </w:r>
          </w:p>
          <w:p w14:paraId="4677DC57" w14:textId="77777777" w:rsidR="00E607B5" w:rsidRDefault="00D91D22">
            <w:pPr>
              <w:spacing w:line="264" w:lineRule="auto"/>
            </w:pPr>
            <w:r>
              <w:rPr>
                <w:rFonts w:ascii="Times New Roman" w:hAnsi="Times New Roman" w:cs="Times New Roman" w:eastAsia="Times New Roman"/>
                <w:b/>
                <w:bCs/>
                <w:sz w:val="19"/>
                <w:szCs w:val="19"/>
              </w:rPr>
              <w:t>(Приложение 3)</w:t>
            </w:r>
          </w:p>
          <w:p w14:paraId="7F4CD4FC" w14:textId="77777777" w:rsidR="00E607B5" w:rsidRDefault="00D91D22">
            <w:pPr>
              <w:spacing w:line="264" w:lineRule="auto"/>
            </w:pPr>
            <w:r>
              <w:rPr>
                <w:rFonts w:ascii="Times New Roman" w:hAnsi="Times New Roman" w:cs="Times New Roman" w:eastAsia="Times New Roman"/>
                <w:b/>
                <w:bCs/>
                <w:sz w:val="19"/>
                <w:szCs w:val="19"/>
              </w:rPr>
              <w:t xml:space="preserve">Предлага на Директора преди налагане на санкция „Забележка“, на </w:t>
            </w:r>
            <w:r>
              <w:rPr>
                <w:rFonts w:ascii="Times New Roman" w:hAnsi="Times New Roman" w:cs="Times New Roman" w:eastAsia="Times New Roman"/>
                <w:b/>
                <w:bCs/>
                <w:sz w:val="19"/>
                <w:szCs w:val="19"/>
              </w:rPr>
              <w:lastRenderedPageBreak/>
              <w:t>изслушването на ученика да присъства учител, друг педагогически специалист или друго доверено лице, на което ученикът има доверие (Приложение 4)</w:t>
            </w:r>
          </w:p>
          <w:p w14:paraId="4193D084" w14:textId="77777777" w:rsidR="00E607B5" w:rsidRDefault="00D91D22">
            <w:pPr>
              <w:spacing w:line="264" w:lineRule="auto"/>
            </w:pPr>
            <w:r>
              <w:rPr>
                <w:rFonts w:ascii="Times New Roman" w:hAnsi="Times New Roman" w:cs="Times New Roman" w:eastAsia="Times New Roman"/>
                <w:b/>
                <w:bCs/>
                <w:sz w:val="19"/>
                <w:szCs w:val="19"/>
              </w:rPr>
              <w:t>Изисква писмено обяснение от ученика относно фактите и обстоятелствата, свързани с конкретното нарушение</w:t>
            </w:r>
          </w:p>
          <w:p w14:paraId="5EB3334A" w14:textId="77777777" w:rsidR="00E607B5" w:rsidRDefault="00D91D22">
            <w:pPr>
              <w:spacing w:line="264" w:lineRule="auto"/>
            </w:pPr>
            <w:r>
              <w:rPr>
                <w:rFonts w:ascii="Times New Roman" w:hAnsi="Times New Roman" w:cs="Times New Roman" w:eastAsia="Times New Roman"/>
                <w:b/>
                <w:bCs/>
                <w:sz w:val="19"/>
                <w:szCs w:val="19"/>
              </w:rPr>
              <w:t>При изслушването класният ръководител трябва да има комплект документи: мотивирано писмено предложение, уведомително писмо и протокол за изслушване. (Приложение 5)</w:t>
            </w:r>
          </w:p>
          <w:p w14:paraId="1BC387D5" w14:textId="77777777" w:rsidR="00E607B5" w:rsidRDefault="00D91D22">
            <w:pPr>
              <w:spacing w:line="264" w:lineRule="auto"/>
            </w:pPr>
            <w:r>
              <w:rPr>
                <w:rFonts w:ascii="Times New Roman" w:hAnsi="Times New Roman" w:cs="Times New Roman" w:eastAsia="Times New Roman"/>
                <w:b/>
                <w:bCs/>
                <w:sz w:val="19"/>
                <w:szCs w:val="19"/>
              </w:rPr>
              <w:t>Тези документи се представят на Педагогическия съветник в тридневен срок от изслушването</w:t>
            </w:r>
          </w:p>
          <w:p w14:paraId="373ECA13" w14:textId="77777777" w:rsidR="00E607B5" w:rsidRDefault="00D91D22">
            <w:pPr>
              <w:spacing w:line="264" w:lineRule="auto"/>
            </w:pPr>
            <w:r>
              <w:rPr>
                <w:rFonts w:ascii="Times New Roman" w:hAnsi="Times New Roman" w:cs="Times New Roman" w:eastAsia="Times New Roman"/>
                <w:b/>
                <w:bCs/>
                <w:sz w:val="19"/>
                <w:szCs w:val="19"/>
              </w:rPr>
              <w:t>Класният ръководител изразява становище преди налагане на санкцията</w:t>
            </w:r>
          </w:p>
          <w:p w14:paraId="7EDB109E" w14:textId="77777777" w:rsidR="00E607B5" w:rsidRDefault="00D91D22">
            <w:pPr>
              <w:spacing w:line="264" w:lineRule="auto"/>
            </w:pPr>
            <w:r>
              <w:rPr>
                <w:rFonts w:ascii="Times New Roman" w:hAnsi="Times New Roman" w:cs="Times New Roman" w:eastAsia="Times New Roman"/>
                <w:b/>
                <w:bCs/>
                <w:sz w:val="19"/>
                <w:szCs w:val="19"/>
              </w:rPr>
              <w:t>(Приложение 6)</w:t>
            </w:r>
          </w:p>
          <w:p w14:paraId="351975CF" w14:textId="77777777" w:rsidR="00E607B5" w:rsidRDefault="00D91D22">
            <w:pPr>
              <w:spacing w:line="264" w:lineRule="auto"/>
            </w:pPr>
            <w:r>
              <w:rPr>
                <w:rFonts w:ascii="Times New Roman" w:hAnsi="Times New Roman" w:cs="Times New Roman" w:eastAsia="Times New Roman"/>
                <w:b/>
                <w:bCs/>
                <w:sz w:val="19"/>
                <w:szCs w:val="19"/>
              </w:rPr>
              <w:t>Съобщава на ученика и на родителя за наложената санкция в тридневен срок</w:t>
            </w:r>
          </w:p>
          <w:p w14:paraId="2CC95C25" w14:textId="77777777" w:rsidR="00E607B5" w:rsidRDefault="00D91D22">
            <w:pPr>
              <w:spacing w:line="264" w:lineRule="auto"/>
            </w:pPr>
            <w:r>
              <w:rPr>
                <w:rFonts w:ascii="Times New Roman" w:hAnsi="Times New Roman" w:cs="Times New Roman" w:eastAsia="Times New Roman"/>
                <w:b/>
                <w:bCs/>
                <w:sz w:val="19"/>
                <w:szCs w:val="19"/>
              </w:rPr>
              <w:t>(Приложение 7)</w:t>
            </w:r>
          </w:p>
          <w:p w14:paraId="43E0B808" w14:textId="77777777" w:rsidR="00E607B5" w:rsidRDefault="00D91D22">
            <w:pPr>
              <w:spacing w:line="264" w:lineRule="auto"/>
            </w:pPr>
            <w:r>
              <w:rPr>
                <w:rFonts w:ascii="Times New Roman" w:hAnsi="Times New Roman" w:cs="Times New Roman" w:eastAsia="Times New Roman"/>
                <w:b/>
                <w:bCs/>
                <w:sz w:val="19"/>
                <w:szCs w:val="19"/>
              </w:rPr>
              <w:t>Предлага на Директора предсрочно заличаване на санкцията</w:t>
            </w:r>
          </w:p>
        </w:tc>
        <w:tc>
          <w:tcPr>
            <w:tcW w:w="1201" w:type="dxa"/>
            <w:shd w:val="clear" w:color="auto" w:fill="FFFFFF"/>
            <w:tcMar>
              <w:top w:w="60" w:type="dxa"/>
              <w:left w:w="90" w:type="dxa"/>
              <w:bottom w:w="60" w:type="dxa"/>
              <w:right w:w="90" w:type="dxa"/>
            </w:tcMar>
            <w:vAlign w:val="center"/>
          </w:tcPr>
          <w:p w14:paraId="1F00D46A" w14:textId="77777777" w:rsidR="00E607B5" w:rsidRDefault="00D91D22">
            <w:pPr>
              <w:spacing w:line="264" w:lineRule="auto"/>
            </w:pPr>
            <w:r>
              <w:rPr>
                <w:rFonts w:ascii="Times New Roman" w:hAnsi="Times New Roman" w:cs="Times New Roman" w:eastAsia="Times New Roman"/>
                <w:b/>
                <w:bCs/>
                <w:sz w:val="19"/>
                <w:szCs w:val="19"/>
              </w:rPr>
              <w:lastRenderedPageBreak/>
              <w:t>Подписва уведомителното писмо до родител за откриване на процедура</w:t>
            </w:r>
          </w:p>
          <w:p w14:paraId="7DE1A140" w14:textId="77777777" w:rsidR="00E607B5" w:rsidRDefault="00D91D22">
            <w:pPr>
              <w:spacing w:line="264" w:lineRule="auto"/>
            </w:pPr>
            <w:r>
              <w:rPr>
                <w:rFonts w:ascii="Times New Roman" w:hAnsi="Times New Roman" w:cs="Times New Roman" w:eastAsia="Times New Roman"/>
                <w:b/>
                <w:bCs/>
                <w:sz w:val="19"/>
                <w:szCs w:val="19"/>
              </w:rPr>
              <w:t>(Приложение 3)</w:t>
            </w:r>
          </w:p>
          <w:p w14:paraId="53F3FDAC" w14:textId="77777777" w:rsidR="00E607B5" w:rsidRDefault="00D91D22">
            <w:pPr>
              <w:spacing w:line="264" w:lineRule="auto"/>
            </w:pPr>
            <w:r>
              <w:rPr>
                <w:rFonts w:ascii="Times New Roman" w:hAnsi="Times New Roman" w:cs="Times New Roman" w:eastAsia="Times New Roman"/>
                <w:b/>
                <w:bCs/>
                <w:sz w:val="19"/>
                <w:szCs w:val="19"/>
              </w:rPr>
              <w:t xml:space="preserve">Изслушва ученика в присъствието на </w:t>
            </w:r>
            <w:r>
              <w:rPr>
                <w:rFonts w:ascii="Times New Roman" w:hAnsi="Times New Roman" w:cs="Times New Roman" w:eastAsia="Times New Roman"/>
                <w:b/>
                <w:bCs/>
                <w:sz w:val="19"/>
                <w:szCs w:val="19"/>
              </w:rPr>
              <w:lastRenderedPageBreak/>
              <w:t>педагогически специалист. Попълва се протокол от проведената среща (Приложение 5)</w:t>
            </w:r>
          </w:p>
          <w:p w14:paraId="52579F34" w14:textId="77777777" w:rsidR="00E607B5" w:rsidRDefault="00D91D22">
            <w:pPr>
              <w:spacing w:line="264" w:lineRule="auto"/>
            </w:pPr>
            <w:r>
              <w:rPr>
                <w:rFonts w:ascii="Times New Roman" w:hAnsi="Times New Roman" w:cs="Times New Roman" w:eastAsia="Times New Roman"/>
                <w:b/>
                <w:bCs/>
                <w:sz w:val="19"/>
                <w:szCs w:val="19"/>
              </w:rPr>
              <w:t>Издава заповед в срок от 14 дни от предложението на класния ръководител</w:t>
            </w:r>
          </w:p>
          <w:p w14:paraId="06836111" w14:textId="77777777" w:rsidR="00E607B5" w:rsidRDefault="00D91D22">
            <w:pPr>
              <w:spacing w:line="264" w:lineRule="auto"/>
            </w:pPr>
            <w:r>
              <w:rPr>
                <w:rFonts w:ascii="Times New Roman" w:hAnsi="Times New Roman" w:cs="Times New Roman" w:eastAsia="Times New Roman"/>
                <w:b/>
                <w:bCs/>
                <w:sz w:val="19"/>
                <w:szCs w:val="19"/>
              </w:rPr>
              <w:t>Издава заповед за заличаване на санкцията</w:t>
            </w:r>
          </w:p>
        </w:tc>
        <w:tc>
          <w:tcPr>
            <w:tcW w:w="962" w:type="dxa"/>
            <w:shd w:val="clear" w:color="auto" w:fill="FFFFFF"/>
            <w:tcMar>
              <w:top w:w="60" w:type="dxa"/>
              <w:left w:w="90" w:type="dxa"/>
              <w:bottom w:w="60" w:type="dxa"/>
              <w:right w:w="90" w:type="dxa"/>
            </w:tcMar>
            <w:vAlign w:val="center"/>
          </w:tcPr>
          <w:p w14:paraId="792F6E1D" w14:textId="77777777" w:rsidR="00E607B5" w:rsidRDefault="00D91D22">
            <w:pPr>
              <w:spacing w:line="264" w:lineRule="auto"/>
            </w:pPr>
            <w:r>
              <w:rPr>
                <w:rFonts w:ascii="Times New Roman" w:hAnsi="Times New Roman" w:cs="Times New Roman" w:eastAsia="Times New Roman"/>
                <w:sz w:val="19"/>
                <w:szCs w:val="19"/>
              </w:rPr>
              <w:lastRenderedPageBreak/>
              <w:t>Има право да присъства на изслушването и да изрази мнение</w:t>
            </w:r>
          </w:p>
        </w:tc>
        <w:tc>
          <w:tcPr>
            <w:tcW w:w="1322" w:type="dxa"/>
            <w:shd w:val="clear" w:color="auto" w:fill="FFFFFF"/>
            <w:tcMar>
              <w:top w:w="60" w:type="dxa"/>
              <w:left w:w="90" w:type="dxa"/>
              <w:bottom w:w="60" w:type="dxa"/>
              <w:right w:w="90" w:type="dxa"/>
            </w:tcMar>
            <w:vAlign w:val="center"/>
          </w:tcPr>
          <w:p w14:paraId="2BA03D6E" w14:textId="77777777" w:rsidR="00E607B5" w:rsidRDefault="00D91D22">
            <w:pPr>
              <w:spacing w:line="264" w:lineRule="auto"/>
            </w:pPr>
            <w:r>
              <w:rPr>
                <w:rFonts w:ascii="Times New Roman" w:hAnsi="Times New Roman" w:cs="Times New Roman" w:eastAsia="Times New Roman"/>
                <w:sz w:val="19"/>
                <w:szCs w:val="19"/>
              </w:rPr>
              <w:t xml:space="preserve">След запознаване с предложението и обстоятелствата по случая, излиза с мотивирано предложение за дейности от общата подкрепа за личностно </w:t>
            </w:r>
            <w:r>
              <w:rPr>
                <w:rFonts w:ascii="Times New Roman" w:hAnsi="Times New Roman" w:cs="Times New Roman" w:eastAsia="Times New Roman"/>
                <w:sz w:val="19"/>
                <w:szCs w:val="19"/>
              </w:rPr>
              <w:lastRenderedPageBreak/>
              <w:t>развитие за превенция и преодоляване на проблемното поведение</w:t>
            </w:r>
          </w:p>
        </w:tc>
        <w:tc>
          <w:tcPr>
            <w:tcW w:w="946" w:type="dxa"/>
            <w:shd w:val="clear" w:color="auto" w:fill="FFFFFF"/>
            <w:tcMar>
              <w:top w:w="60" w:type="dxa"/>
              <w:left w:w="90" w:type="dxa"/>
              <w:bottom w:w="60" w:type="dxa"/>
              <w:right w:w="90" w:type="dxa"/>
            </w:tcMar>
            <w:vAlign w:val="center"/>
          </w:tcPr>
          <w:p w14:paraId="3D617835" w14:textId="77777777" w:rsidR="00E607B5" w:rsidRDefault="00D91D22">
            <w:pPr>
              <w:spacing w:line="264" w:lineRule="auto"/>
            </w:pPr>
            <w:r>
              <w:rPr>
                <w:rFonts w:ascii="Times New Roman" w:hAnsi="Times New Roman" w:cs="Times New Roman" w:eastAsia="Times New Roman"/>
                <w:sz w:val="19"/>
                <w:szCs w:val="19"/>
              </w:rPr>
              <w:lastRenderedPageBreak/>
              <w:t>Класният ръководител изисква писмени обяснения на ученика</w:t>
            </w:r>
          </w:p>
          <w:p w14:paraId="5F4D5B86" w14:textId="77777777" w:rsidR="00E607B5" w:rsidRDefault="00D91D22">
            <w:pPr>
              <w:spacing w:line="264" w:lineRule="auto"/>
            </w:pPr>
            <w:r>
              <w:rPr>
                <w:rFonts w:ascii="Times New Roman" w:hAnsi="Times New Roman" w:cs="Times New Roman" w:eastAsia="Times New Roman"/>
                <w:sz w:val="19"/>
                <w:szCs w:val="19"/>
              </w:rPr>
              <w:t>В заповедта се посочват видът на санкцият</w:t>
            </w:r>
            <w:r>
              <w:rPr>
                <w:rFonts w:ascii="Times New Roman" w:hAnsi="Times New Roman" w:cs="Times New Roman" w:eastAsia="Times New Roman"/>
                <w:sz w:val="19"/>
                <w:szCs w:val="19"/>
              </w:rPr>
              <w:lastRenderedPageBreak/>
              <w:t>а, срокът и мотивите за налагането ѝ</w:t>
            </w:r>
          </w:p>
        </w:tc>
      </w:tr>
    </w:tbl>
    <w:p w14:paraId="30E04BC3" w14:textId="77777777" w:rsidR="00E607B5" w:rsidRDefault="00E607B5">
      <w:pPr>
        <w:spacing w:after="120" w:line="288" w:lineRule="auto"/>
        <w:jc w:val="both"/>
      </w:pPr>
    </w:p>
    <w:p w14:paraId="27C7469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Дисциплинарни нарушения</w:t>
      </w:r>
    </w:p>
    <w:p w14:paraId="22EBE50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допуснати над 3 отстранявания от час;</w:t>
      </w:r>
    </w:p>
    <w:p w14:paraId="4EBDECA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допуснати над 15 забележки, отразени в графа „Бележки“ в дневника на класа;</w:t>
      </w:r>
    </w:p>
    <w:p w14:paraId="672D65F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проява на еднократно установена словесна и/или физическа агресия към съученици;</w:t>
      </w:r>
    </w:p>
    <w:p w14:paraId="53AE7D2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поведение на ученик, несъвместимо с добрите нрави и с правата и задълженията на ученика, регламентирани в нормативните документи за училищно образование, като: - създаване на пречки за учител/служител при изпълнение на служебните му задължения;</w:t>
      </w:r>
    </w:p>
    <w:p w14:paraId="6803ACE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създаване на пречки за един или повече ученици от класа да изпълняват учебните си задължения в часовете;</w:t>
      </w:r>
    </w:p>
    <w:p w14:paraId="700E4B6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нарушаване на забраната за ползване на комуникационна техника;</w:t>
      </w:r>
    </w:p>
    <w:p w14:paraId="6F6E9A0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противообществени прояви и други нарушения на правно-етичните норми;</w:t>
      </w:r>
    </w:p>
    <w:p w14:paraId="011918C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хазарт, игри и прояви, застрашаващи живота и здравето за учениците в района на ПГМКР „Свети Никола“;</w:t>
      </w:r>
    </w:p>
    <w:p w14:paraId="3AD8505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пушене в училище и в района на училище</w:t>
      </w:r>
    </w:p>
    <w:p w14:paraId="178F602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умишлено увреждане на училищно имущество – драскане и/или рисуване по чиновете и бюрата.</w:t>
      </w:r>
    </w:p>
    <w:p w14:paraId="72691DE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училищния инвентар, по вътрешните и външни стени на училищната сграда, по</w:t>
      </w:r>
    </w:p>
    <w:p w14:paraId="45ACD6F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спортните съоръжения;</w:t>
      </w:r>
    </w:p>
    <w:p w14:paraId="12BEEC6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опит за измама – фалшифициране на медицински бележки, служебни бележки за</w:t>
      </w:r>
    </w:p>
    <w:p w14:paraId="417F7013" w14:textId="77777777" w:rsidR="00E607B5" w:rsidRDefault="00D91D22">
      <w:pPr>
        <w:spacing w:after="110" w:line="288" w:lineRule="auto"/>
        <w:jc w:val="both"/>
      </w:pPr>
      <w:r>
        <w:rPr>
          <w:rFonts w:ascii="Times New Roman" w:hAnsi="Times New Roman" w:cs="Times New Roman" w:eastAsia="Times New Roman"/>
          <w:sz w:val="24"/>
          <w:szCs w:val="24"/>
        </w:rPr>
        <w:t>участие в спортни, културни и обществени мероприятия, представяне на</w:t>
      </w:r>
    </w:p>
    <w:p w14:paraId="50FB6823" w14:textId="77777777" w:rsidR="00E607B5" w:rsidRDefault="00D91D22">
      <w:pPr>
        <w:spacing w:after="110" w:line="288" w:lineRule="auto"/>
        <w:jc w:val="both"/>
      </w:pPr>
      <w:r>
        <w:rPr>
          <w:rFonts w:ascii="Times New Roman" w:hAnsi="Times New Roman" w:cs="Times New Roman" w:eastAsia="Times New Roman"/>
          <w:sz w:val="24"/>
          <w:szCs w:val="24"/>
        </w:rPr>
        <w:t>подвеждаща и/или невярна информация;</w:t>
      </w:r>
    </w:p>
    <w:p w14:paraId="57D6DB6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хвърляне на предмети от сградите на училището и/или в района на училището;</w:t>
      </w:r>
    </w:p>
    <w:p w14:paraId="68AB222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системно нарушаване на Правилника за осигуряване на здравословни и</w:t>
      </w:r>
    </w:p>
    <w:p w14:paraId="084B27EA" w14:textId="77777777" w:rsidR="00E607B5" w:rsidRDefault="00D91D22">
      <w:pPr>
        <w:spacing w:after="110" w:line="288" w:lineRule="auto"/>
        <w:jc w:val="both"/>
      </w:pPr>
      <w:r>
        <w:rPr>
          <w:rFonts w:ascii="Times New Roman" w:hAnsi="Times New Roman" w:cs="Times New Roman" w:eastAsia="Times New Roman"/>
          <w:sz w:val="24"/>
          <w:szCs w:val="24"/>
        </w:rPr>
        <w:t>безопасни условия на труд, възпитание и обучение – надвесване и/или</w:t>
      </w:r>
    </w:p>
    <w:p w14:paraId="4646F062" w14:textId="77777777" w:rsidR="00E607B5" w:rsidRDefault="00D91D22">
      <w:pPr>
        <w:spacing w:after="110" w:line="288" w:lineRule="auto"/>
        <w:jc w:val="both"/>
      </w:pPr>
      <w:r>
        <w:rPr>
          <w:rFonts w:ascii="Times New Roman" w:hAnsi="Times New Roman" w:cs="Times New Roman" w:eastAsia="Times New Roman"/>
          <w:sz w:val="24"/>
          <w:szCs w:val="24"/>
        </w:rPr>
        <w:t>сядане на первазите на прозорците в класните стаи, кабинетите и</w:t>
      </w:r>
    </w:p>
    <w:p w14:paraId="2A80B82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работилниците;</w:t>
      </w:r>
    </w:p>
    <w:p w14:paraId="272617EC" w14:textId="77777777" w:rsidR="00E607B5" w:rsidRDefault="00D91D22">
      <w:pPr>
        <w:spacing w:after="110" w:line="288" w:lineRule="auto"/>
        <w:jc w:val="both"/>
      </w:pPr>
      <w:r>
        <w:rPr>
          <w:rFonts w:ascii="Times New Roman" w:hAnsi="Times New Roman" w:cs="Times New Roman" w:eastAsia="Times New Roman"/>
          <w:sz w:val="24"/>
          <w:szCs w:val="24"/>
        </w:rPr>
        <w:t>За неизпълнение на задълженията си, определени в Закона за предучилищното и училищното образование, в Правилника за дейността на училището (ПДУ) и след изчерпване на останалите механизми за въздействие върху вътрешната мотивация и за преодоляване на проблемното поведение, на учениците се налагат следните санкции:</w:t>
      </w:r>
    </w:p>
    <w:p w14:paraId="7B708B74" w14:textId="77777777" w:rsidR="00E607B5" w:rsidRDefault="00D91D22">
      <w:pPr>
        <w:spacing w:after="110" w:line="288" w:lineRule="auto"/>
        <w:jc w:val="both"/>
      </w:pPr>
      <w:r>
        <w:rPr>
          <w:rFonts w:ascii="Times New Roman" w:hAnsi="Times New Roman" w:cs="Times New Roman" w:eastAsia="Times New Roman"/>
          <w:sz w:val="24"/>
          <w:szCs w:val="24"/>
        </w:rPr>
        <w:t>Когато ученикът възпрепятства провеждането на учебния процес, учителят може да наложи мярка „Отстраняване на ученика до края на учебния час“. Отстраненият ученик няма право да напуска територията на училището и се придружава от дежурния ученик на класа до кабинета на заместник - директора по учебната дейност. Учителят след края на часа информира заместник-директора за обстоятелствата, наложили отстраняването на ученика. При налагане на мярката за времето на отстраняване на ученика не се отбелязва отсъствие,</w:t>
      </w:r>
      <w:r>
        <w:rPr>
          <w:rFonts w:ascii="Times New Roman" w:hAnsi="Times New Roman" w:cs="Times New Roman" w:eastAsia="Times New Roman"/>
          <w:sz w:val="24"/>
          <w:szCs w:val="24"/>
        </w:rPr>
        <w:t xml:space="preserve"> а наложената мярка се документира в електронния дневник на класа, в раздел „Бележки“.</w:t>
      </w:r>
    </w:p>
    <w:p w14:paraId="27A2CF5D" w14:textId="77777777" w:rsidR="00E607B5" w:rsidRDefault="00D91D22">
      <w:pPr>
        <w:spacing w:after="110" w:line="288" w:lineRule="auto"/>
        <w:jc w:val="both"/>
      </w:pPr>
      <w:r>
        <w:rPr>
          <w:rFonts w:ascii="Times New Roman" w:hAnsi="Times New Roman" w:cs="Times New Roman" w:eastAsia="Times New Roman"/>
          <w:sz w:val="24"/>
          <w:szCs w:val="24"/>
        </w:rPr>
        <w:t>Когато ученикът се яви в училище с облекло или във вид, които са в нарушение на този правилник, както и когато състоянието му не позволява да участва в учебния процес, той се отстранява от училище до отпадане на основанието за отстраняването му, както следва:</w:t>
      </w:r>
    </w:p>
    <w:p w14:paraId="2BF9DDC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констатиране на нарушението на входа да училището, служителят на ПГМКР „Свети Никола“ гр. Бургас уведомява директора или заместник-директора по учебната дейност за издаване на заповед.</w:t>
      </w:r>
    </w:p>
    <w:p w14:paraId="2BBD0D1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констатиране на нарушението по време на учебен час, ученикът се отстранява от час и се придружава от дежурния ученик на класа до кабинета на директора или заместник-директора по учебната дейност за издаване на заповед.</w:t>
      </w:r>
    </w:p>
    <w:p w14:paraId="0EAB9B8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При налагане на санкцията на ученика не се отбелязва отсъствие, а класният ръководител вписва в електронния дневник, раздел „Бележки“ наложената санкция.</w:t>
      </w:r>
    </w:p>
    <w:p w14:paraId="687B172F" w14:textId="77777777" w:rsidR="00E607B5" w:rsidRDefault="00D91D22">
      <w:pPr>
        <w:spacing w:after="110" w:line="288" w:lineRule="auto"/>
        <w:jc w:val="both"/>
      </w:pPr>
      <w:r>
        <w:rPr>
          <w:rFonts w:ascii="Times New Roman" w:hAnsi="Times New Roman" w:cs="Times New Roman" w:eastAsia="Times New Roman"/>
          <w:sz w:val="24"/>
          <w:szCs w:val="24"/>
        </w:rPr>
        <w:t xml:space="preserve">Веднага след приключването на учебния час по т. 2 или след отстраняването на ученика по т. 3 се предприемат дейности за мотивация и преодоляване на проблемното поведение с участието на учители, педагогически съветник, класен ръководител, като разговор с педагогическия съветник и родителите, обсъждане в час на класа, дежурство на входа на училището за спазване на пропускателния режим, възлагане на учебна задача от учител и презентиране пред паралелката. Освен налагането на санкция на ученика задължително се </w:t>
      </w:r>
      <w:r>
        <w:rPr>
          <w:rFonts w:ascii="Times New Roman" w:hAnsi="Times New Roman" w:cs="Times New Roman" w:eastAsia="Times New Roman"/>
          <w:sz w:val="24"/>
          <w:szCs w:val="24"/>
        </w:rPr>
        <w:t xml:space="preserve">предоставя обща подкрепа за личностно развитие като консултации по учебни предмети, консултации с психолог и/или с педагогически съветник, допълнително обучение и допълнителни </w:t>
      </w:r>
      <w:r>
        <w:rPr>
          <w:rFonts w:ascii="Times New Roman" w:hAnsi="Times New Roman" w:cs="Times New Roman" w:eastAsia="Times New Roman"/>
          <w:sz w:val="24"/>
          <w:szCs w:val="24"/>
        </w:rPr>
        <w:lastRenderedPageBreak/>
        <w:t>консултации по учебни предмети в неучебно време, включително в периода на ваканциите, участие в занимания по интереси, кариерно ориентиране и други дейности с оглед недопускане на нарушения или отпадане от училище.</w:t>
      </w:r>
    </w:p>
    <w:p w14:paraId="5535514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В зависимост от тежестта на нарушенията и обстоятелствата класният ръководител обективно преценява и с мотивирано предложение предлага на директора санкцията.</w:t>
      </w:r>
    </w:p>
    <w:p w14:paraId="797CA7A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Директорът на училището задължително писмено уведомява родителя или съответното лице по чл. 60, ал. 1 или 2 от Наредба за приобщаващо образование за откриването на процедура по налагане на санкция.</w:t>
      </w:r>
    </w:p>
    <w:p w14:paraId="3E39743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 xml:space="preserve">1.3. Преди налагане на санкция директорът или упълномощено от него лице задължително изслушва ученика в присъствието на педагогическия съветник и/или се запознава с писменото обяснение на ученика на фактите и обстоятелствата, свързани с конкретното нарушение. На изслушването присъства и социален работник в съответствие с чл. 15, ал. 4 от Закона за закрила на детето. Родителят на ученика, съответно лицето по чл. 60, ал. 2 от Наредбата за приобщаващото образование, има право да присъства на изслушването и да </w:t>
      </w:r>
      <w:r>
        <w:rPr>
          <w:rFonts w:ascii="Times New Roman" w:hAnsi="Times New Roman" w:cs="Times New Roman" w:eastAsia="Times New Roman"/>
          <w:sz w:val="24"/>
          <w:szCs w:val="24"/>
        </w:rPr>
        <w:t>изрази мнение.</w:t>
      </w:r>
    </w:p>
    <w:p w14:paraId="3D2CFA4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По предложение на класния ръководител и/или по молба на непълнолетния ученик, съответно на родителя или лицето по чл. 60, ал. 2 от Наредбата за приобщаващо образование, изслушването на ученика може да се извърши и в присъствието на учител, на друг педагогически специалист от училището или на друго лице, на което ученикът има доверие.</w:t>
      </w:r>
    </w:p>
    <w:p w14:paraId="018AB03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 запознати с конкретното нарушение.</w:t>
      </w:r>
    </w:p>
    <w:p w14:paraId="409704D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 За процедурата по налагане на санкцията се определя лице, което да докладва за извършеното нарушение - класният ръководител или учител, който преподава на ученика.</w:t>
      </w:r>
    </w:p>
    <w:p w14:paraId="7CA0DA22"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1.7. Преди налагане на санкции се взема предвид мнението на класния ръководител на ученика.</w:t>
      </w:r>
    </w:p>
    <w:p w14:paraId="41DD3A9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 Санкцията се налага със заповед на директора, в която се посочват видът на санкцията и мотивите за налагането ѝ.</w:t>
      </w:r>
    </w:p>
    <w:p w14:paraId="5F1DB6F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1.9. Класният ръководител отразява наложената санкция в електронния дневник, личния картон/личното образователно дело на ученика.</w:t>
      </w:r>
    </w:p>
    <w:p w14:paraId="1200916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1.10. Срокът на санкцията е до края на учебната година. Заличава се с изтичане на срока, за който е наложена, или предсрочно по реда, по който е наложена, като класният ръководител подава писмено предложение до директора за предсрочно заличаване на санкцията.</w:t>
      </w:r>
    </w:p>
    <w:p w14:paraId="3AD6B8F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1.11. Класният ръководител отбелязва заличаването в електронния дневник и в личния картон на ученика/личното образователно дело.</w:t>
      </w:r>
    </w:p>
    <w:p w14:paraId="5A82BD7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2.Санкцията „преместване в друга паралелка в същото училище“ не се прилага, когато това налага промяна на профила или професията (чл. 200, ал.1 от ЗПУО).</w:t>
      </w:r>
    </w:p>
    <w:p w14:paraId="64AA462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3.Санкцията „предупреждение за преместване в друго училище“ може да се наложи при:</w:t>
      </w:r>
    </w:p>
    <w:p w14:paraId="73515506" w14:textId="77777777" w:rsidR="00E607B5" w:rsidRDefault="00D91D22">
      <w:pPr>
        <w:spacing w:after="110" w:line="288" w:lineRule="auto"/>
        <w:jc w:val="both"/>
      </w:pPr>
      <w:r>
        <w:rPr>
          <w:rFonts w:ascii="Times New Roman" w:hAnsi="Times New Roman" w:cs="Times New Roman" w:eastAsia="Times New Roman"/>
          <w:sz w:val="24"/>
          <w:szCs w:val="24"/>
        </w:rPr>
        <w:t>допуснати от 10 до 15 отсъствия по неуважителни причини;</w:t>
      </w:r>
    </w:p>
    <w:p w14:paraId="1237BCB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умишлено предизвикване на ситуации, които нарушават, застрашават живота</w:t>
      </w:r>
    </w:p>
    <w:p w14:paraId="7F509EB6" w14:textId="77777777" w:rsidR="00E607B5" w:rsidRDefault="00D91D22">
      <w:pPr>
        <w:spacing w:after="110" w:line="288" w:lineRule="auto"/>
        <w:jc w:val="both"/>
      </w:pPr>
      <w:r>
        <w:rPr>
          <w:rFonts w:ascii="Times New Roman" w:hAnsi="Times New Roman" w:cs="Times New Roman" w:eastAsia="Times New Roman"/>
          <w:sz w:val="24"/>
          <w:szCs w:val="24"/>
        </w:rPr>
        <w:t>на трети лица в сградата и/или района на училището;</w:t>
      </w:r>
    </w:p>
    <w:p w14:paraId="52E5963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прояви на физическо, вербално и/или психическо насилие над ученик,</w:t>
      </w:r>
    </w:p>
    <w:p w14:paraId="4CC09D9D" w14:textId="77777777" w:rsidR="00E607B5" w:rsidRDefault="00D91D22">
      <w:pPr>
        <w:spacing w:after="110" w:line="288" w:lineRule="auto"/>
        <w:jc w:val="both"/>
      </w:pPr>
      <w:r>
        <w:rPr>
          <w:rFonts w:ascii="Times New Roman" w:hAnsi="Times New Roman" w:cs="Times New Roman" w:eastAsia="Times New Roman"/>
          <w:sz w:val="24"/>
          <w:szCs w:val="24"/>
        </w:rPr>
        <w:lastRenderedPageBreak/>
        <w:t>педагогически или непедагогически специалист;</w:t>
      </w:r>
    </w:p>
    <w:p w14:paraId="146B5D8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употреба на тютюневи изделия, алкохол, наркотични и упойващи вещества в</w:t>
      </w:r>
    </w:p>
    <w:p w14:paraId="75EF3D62" w14:textId="77777777" w:rsidR="00E607B5" w:rsidRDefault="00D91D22">
      <w:pPr>
        <w:spacing w:after="110" w:line="288" w:lineRule="auto"/>
        <w:jc w:val="both"/>
      </w:pPr>
      <w:r>
        <w:rPr>
          <w:rFonts w:ascii="Times New Roman" w:hAnsi="Times New Roman" w:cs="Times New Roman" w:eastAsia="Times New Roman"/>
          <w:sz w:val="24"/>
          <w:szCs w:val="24"/>
        </w:rPr>
        <w:t>сградите, в училищните дворове и/или прилежащите им територии по време</w:t>
      </w:r>
    </w:p>
    <w:p w14:paraId="7612CDC9" w14:textId="77777777" w:rsidR="00E607B5" w:rsidRDefault="00D91D22">
      <w:pPr>
        <w:spacing w:after="110" w:line="288" w:lineRule="auto"/>
        <w:jc w:val="both"/>
      </w:pPr>
      <w:r>
        <w:rPr>
          <w:rFonts w:ascii="Times New Roman" w:hAnsi="Times New Roman" w:cs="Times New Roman" w:eastAsia="Times New Roman"/>
          <w:sz w:val="24"/>
          <w:szCs w:val="24"/>
        </w:rPr>
        <w:t>на час и/или след учебни занятия;</w:t>
      </w:r>
    </w:p>
    <w:p w14:paraId="4A6D9B8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разпространение на наркотични и/или упойващи вещества;</w:t>
      </w:r>
    </w:p>
    <w:p w14:paraId="69F40EC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унищожаване на училищно имущество;</w:t>
      </w:r>
    </w:p>
    <w:p w14:paraId="52E739B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прояви, уронващи престижа, авторитета и доброто име на училището;</w:t>
      </w:r>
    </w:p>
    <w:p w14:paraId="0B9CEF8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системно създаване на конфликти, пречещи на образователния процес и на</w:t>
      </w:r>
    </w:p>
    <w:p w14:paraId="1E9DD8AD" w14:textId="77777777" w:rsidR="00E607B5" w:rsidRDefault="00D91D22">
      <w:pPr>
        <w:spacing w:after="110" w:line="288" w:lineRule="auto"/>
        <w:jc w:val="both"/>
      </w:pPr>
      <w:r>
        <w:rPr>
          <w:rFonts w:ascii="Times New Roman" w:hAnsi="Times New Roman" w:cs="Times New Roman" w:eastAsia="Times New Roman"/>
          <w:sz w:val="24"/>
          <w:szCs w:val="24"/>
        </w:rPr>
        <w:t>изпълнение на служебните задължения на педагогическите специалисти;</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213"/>
        <w:gridCol w:w="1333"/>
        <w:gridCol w:w="1455"/>
        <w:gridCol w:w="1092"/>
        <w:gridCol w:w="1092"/>
        <w:gridCol w:w="847"/>
        <w:gridCol w:w="990"/>
        <w:gridCol w:w="1333"/>
      </w:tblGrid>
      <w:tr w:rsidR="00E607B5" w14:paraId="649446B0" w14:textId="77777777">
        <w:tblPrEx>
          <w:tblCellMar>
            <w:top w:w="0" w:type="dxa"/>
            <w:bottom w:w="0" w:type="dxa"/>
          </w:tblCellMar>
        </w:tblPrEx>
        <w:trPr>
          <w:tblHeader/>
        </w:trPr>
        <w:tc>
          <w:tcPr>
            <w:tcW w:w="1213" w:type="dxa"/>
            <w:shd w:val="clear" w:color="auto" w:fill="D9D9D9"/>
            <w:tcMar>
              <w:top w:w="60" w:type="dxa"/>
              <w:left w:w="90" w:type="dxa"/>
              <w:bottom w:w="60" w:type="dxa"/>
              <w:right w:w="90" w:type="dxa"/>
            </w:tcMar>
            <w:vAlign w:val="center"/>
          </w:tcPr>
          <w:p w14:paraId="288E1507"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1333" w:type="dxa"/>
            <w:shd w:val="clear" w:color="auto" w:fill="D9D9D9"/>
            <w:tcMar>
              <w:top w:w="60" w:type="dxa"/>
              <w:left w:w="90" w:type="dxa"/>
              <w:bottom w:w="60" w:type="dxa"/>
              <w:right w:w="90" w:type="dxa"/>
            </w:tcMar>
            <w:vAlign w:val="center"/>
          </w:tcPr>
          <w:p w14:paraId="6DC97F83"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1455" w:type="dxa"/>
            <w:shd w:val="clear" w:color="auto" w:fill="D9D9D9"/>
            <w:tcMar>
              <w:top w:w="60" w:type="dxa"/>
              <w:left w:w="90" w:type="dxa"/>
              <w:bottom w:w="60" w:type="dxa"/>
              <w:right w:w="90" w:type="dxa"/>
            </w:tcMar>
            <w:vAlign w:val="center"/>
          </w:tcPr>
          <w:p w14:paraId="662DB9DA"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w:t>
            </w:r>
          </w:p>
          <w:p w14:paraId="033FC461" w14:textId="77777777" w:rsidR="00E607B5" w:rsidRDefault="00D91D22">
            <w:pPr>
              <w:spacing w:line="264" w:lineRule="auto"/>
              <w:jc w:val="center"/>
            </w:pPr>
            <w:r>
              <w:rPr>
                <w:rFonts w:ascii="Times New Roman" w:hAnsi="Times New Roman" w:cs="Times New Roman" w:eastAsia="Times New Roman"/>
                <w:b/>
                <w:bCs/>
                <w:sz w:val="20"/>
                <w:szCs w:val="20"/>
              </w:rPr>
              <w:t>ръководител</w:t>
            </w:r>
          </w:p>
        </w:tc>
        <w:tc>
          <w:tcPr>
            <w:tcW w:w="1092" w:type="dxa"/>
            <w:shd w:val="clear" w:color="auto" w:fill="D9D9D9"/>
            <w:tcMar>
              <w:top w:w="60" w:type="dxa"/>
              <w:left w:w="90" w:type="dxa"/>
              <w:bottom w:w="60" w:type="dxa"/>
              <w:right w:w="90" w:type="dxa"/>
            </w:tcMar>
            <w:vAlign w:val="center"/>
          </w:tcPr>
          <w:p w14:paraId="405D6B18" w14:textId="77777777" w:rsidR="00E607B5" w:rsidRDefault="00D91D22">
            <w:pPr>
              <w:spacing w:line="264" w:lineRule="auto"/>
              <w:jc w:val="center"/>
            </w:pPr>
            <w:r>
              <w:rPr>
                <w:rFonts w:ascii="Times New Roman" w:hAnsi="Times New Roman" w:cs="Times New Roman" w:eastAsia="Times New Roman"/>
                <w:b/>
                <w:bCs/>
                <w:sz w:val="20"/>
                <w:szCs w:val="20"/>
              </w:rPr>
              <w:t>Действия на ПС</w:t>
            </w:r>
          </w:p>
        </w:tc>
        <w:tc>
          <w:tcPr>
            <w:tcW w:w="1092" w:type="dxa"/>
            <w:shd w:val="clear" w:color="auto" w:fill="D9D9D9"/>
            <w:tcMar>
              <w:top w:w="60" w:type="dxa"/>
              <w:left w:w="90" w:type="dxa"/>
              <w:bottom w:w="60" w:type="dxa"/>
              <w:right w:w="90" w:type="dxa"/>
            </w:tcMar>
            <w:vAlign w:val="center"/>
          </w:tcPr>
          <w:p w14:paraId="5AE257DA" w14:textId="77777777" w:rsidR="00E607B5" w:rsidRDefault="00D91D22">
            <w:pPr>
              <w:spacing w:line="264" w:lineRule="auto"/>
              <w:jc w:val="center"/>
            </w:pPr>
            <w:r>
              <w:rPr>
                <w:rFonts w:ascii="Times New Roman" w:hAnsi="Times New Roman" w:cs="Times New Roman" w:eastAsia="Times New Roman"/>
                <w:b/>
                <w:bCs/>
                <w:sz w:val="20"/>
                <w:szCs w:val="20"/>
              </w:rPr>
              <w:t>Действияна директор</w:t>
            </w:r>
          </w:p>
        </w:tc>
        <w:tc>
          <w:tcPr>
            <w:tcW w:w="847" w:type="dxa"/>
            <w:shd w:val="clear" w:color="auto" w:fill="D9D9D9"/>
            <w:tcMar>
              <w:top w:w="60" w:type="dxa"/>
              <w:left w:w="90" w:type="dxa"/>
              <w:bottom w:w="60" w:type="dxa"/>
              <w:right w:w="90" w:type="dxa"/>
            </w:tcMar>
            <w:vAlign w:val="center"/>
          </w:tcPr>
          <w:p w14:paraId="385138C3"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990" w:type="dxa"/>
            <w:shd w:val="clear" w:color="auto" w:fill="D9D9D9"/>
            <w:tcMar>
              <w:top w:w="60" w:type="dxa"/>
              <w:left w:w="90" w:type="dxa"/>
              <w:bottom w:w="60" w:type="dxa"/>
              <w:right w:w="90" w:type="dxa"/>
            </w:tcMar>
            <w:vAlign w:val="center"/>
          </w:tcPr>
          <w:p w14:paraId="1EFB6044"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1333" w:type="dxa"/>
            <w:shd w:val="clear" w:color="auto" w:fill="D9D9D9"/>
            <w:tcMar>
              <w:top w:w="60" w:type="dxa"/>
              <w:left w:w="90" w:type="dxa"/>
              <w:bottom w:w="60" w:type="dxa"/>
              <w:right w:w="90" w:type="dxa"/>
            </w:tcMar>
            <w:vAlign w:val="center"/>
          </w:tcPr>
          <w:p w14:paraId="2CA8D8DC" w14:textId="77777777" w:rsidR="00E607B5" w:rsidRDefault="00D91D22">
            <w:pPr>
              <w:spacing w:line="264" w:lineRule="auto"/>
              <w:jc w:val="center"/>
            </w:pPr>
            <w:r>
              <w:rPr>
                <w:rFonts w:ascii="Times New Roman" w:hAnsi="Times New Roman" w:cs="Times New Roman" w:eastAsia="Times New Roman"/>
                <w:b/>
                <w:bCs/>
                <w:sz w:val="20"/>
                <w:szCs w:val="20"/>
              </w:rPr>
              <w:t>Забележка</w:t>
            </w:r>
          </w:p>
        </w:tc>
      </w:tr>
      <w:tr w:rsidR="00E607B5" w14:paraId="557D3918" w14:textId="77777777">
        <w:tblPrEx>
          <w:tblCellMar>
            <w:top w:w="0" w:type="dxa"/>
            <w:bottom w:w="0" w:type="dxa"/>
          </w:tblCellMar>
        </w:tblPrEx>
        <w:tc>
          <w:tcPr>
            <w:tcW w:w="1213" w:type="dxa"/>
            <w:shd w:val="clear" w:color="auto" w:fill="FFFFFF"/>
            <w:tcMar>
              <w:top w:w="60" w:type="dxa"/>
              <w:left w:w="90" w:type="dxa"/>
              <w:bottom w:w="60" w:type="dxa"/>
              <w:right w:w="90" w:type="dxa"/>
            </w:tcMar>
            <w:vAlign w:val="center"/>
          </w:tcPr>
          <w:p w14:paraId="2768B4D1" w14:textId="77777777" w:rsidR="00E607B5" w:rsidRDefault="00D91D22">
            <w:pPr>
              <w:spacing w:line="264" w:lineRule="auto"/>
            </w:pPr>
            <w:r>
              <w:rPr>
                <w:rFonts w:ascii="Times New Roman" w:hAnsi="Times New Roman" w:cs="Times New Roman" w:eastAsia="Times New Roman"/>
                <w:b/>
                <w:bCs/>
                <w:sz w:val="19"/>
                <w:szCs w:val="19"/>
              </w:rPr>
              <w:t>„Предупреждение за преместване в друго училище“</w:t>
            </w:r>
          </w:p>
          <w:p w14:paraId="76ED7876" w14:textId="77777777" w:rsidR="00E607B5" w:rsidRDefault="00D91D22">
            <w:pPr>
              <w:spacing w:line="264" w:lineRule="auto"/>
            </w:pPr>
            <w:r>
              <w:rPr>
                <w:rFonts w:ascii="Times New Roman" w:hAnsi="Times New Roman" w:cs="Times New Roman" w:eastAsia="Times New Roman"/>
                <w:b/>
                <w:bCs/>
                <w:sz w:val="19"/>
                <w:szCs w:val="19"/>
              </w:rPr>
              <w:t>Срок: до края на учебната година</w:t>
            </w:r>
          </w:p>
          <w:p w14:paraId="0F332C19" w14:textId="77777777" w:rsidR="00E607B5" w:rsidRDefault="00D91D22">
            <w:pPr>
              <w:spacing w:line="264" w:lineRule="auto"/>
            </w:pPr>
            <w:r>
              <w:rPr>
                <w:rFonts w:ascii="Times New Roman" w:hAnsi="Times New Roman" w:cs="Times New Roman" w:eastAsia="Times New Roman"/>
                <w:b/>
                <w:bCs/>
                <w:sz w:val="19"/>
                <w:szCs w:val="19"/>
              </w:rPr>
              <w:t>чл. 199, ал. 1, т. 3 от ЗПУО</w:t>
            </w:r>
          </w:p>
        </w:tc>
        <w:tc>
          <w:tcPr>
            <w:tcW w:w="1333" w:type="dxa"/>
            <w:shd w:val="clear" w:color="auto" w:fill="FFFFFF"/>
            <w:tcMar>
              <w:top w:w="60" w:type="dxa"/>
              <w:left w:w="90" w:type="dxa"/>
              <w:bottom w:w="60" w:type="dxa"/>
              <w:right w:w="90" w:type="dxa"/>
            </w:tcMar>
            <w:vAlign w:val="center"/>
          </w:tcPr>
          <w:p w14:paraId="392F7DD8" w14:textId="77777777" w:rsidR="00E607B5" w:rsidRDefault="00D91D22">
            <w:pPr>
              <w:spacing w:line="264" w:lineRule="auto"/>
            </w:pPr>
            <w:r>
              <w:rPr>
                <w:rFonts w:ascii="Times New Roman" w:hAnsi="Times New Roman" w:cs="Times New Roman" w:eastAsia="Times New Roman"/>
                <w:sz w:val="19"/>
                <w:szCs w:val="19"/>
              </w:rPr>
              <w:t>при допуснати от 10 до 15 неизвинени отсъствия по неуважителни причини</w:t>
            </w:r>
          </w:p>
          <w:p w14:paraId="6DFB9B3C" w14:textId="77777777" w:rsidR="00E607B5" w:rsidRDefault="00D91D22">
            <w:pPr>
              <w:spacing w:line="264" w:lineRule="auto"/>
            </w:pPr>
            <w:r>
              <w:rPr>
                <w:rFonts w:ascii="Times New Roman" w:hAnsi="Times New Roman" w:cs="Times New Roman" w:eastAsia="Times New Roman"/>
                <w:sz w:val="19"/>
                <w:szCs w:val="19"/>
              </w:rPr>
              <w:t>дисциплинарни нарушения</w:t>
            </w:r>
          </w:p>
        </w:tc>
        <w:tc>
          <w:tcPr>
            <w:tcW w:w="1455" w:type="dxa"/>
            <w:shd w:val="clear" w:color="auto" w:fill="FFFFFF"/>
            <w:tcMar>
              <w:top w:w="60" w:type="dxa"/>
              <w:left w:w="90" w:type="dxa"/>
              <w:bottom w:w="60" w:type="dxa"/>
              <w:right w:w="90" w:type="dxa"/>
            </w:tcMar>
            <w:vAlign w:val="center"/>
          </w:tcPr>
          <w:p w14:paraId="687F4FD8" w14:textId="77777777" w:rsidR="00E607B5" w:rsidRDefault="00D91D22">
            <w:pPr>
              <w:spacing w:line="264" w:lineRule="auto"/>
            </w:pPr>
            <w:r>
              <w:rPr>
                <w:rFonts w:ascii="Times New Roman" w:hAnsi="Times New Roman" w:cs="Times New Roman" w:eastAsia="Times New Roman"/>
                <w:b/>
                <w:bCs/>
                <w:sz w:val="19"/>
                <w:szCs w:val="19"/>
              </w:rPr>
              <w:t>Изготвя мотивирано писмено предложение до ПС (Приложение 8)</w:t>
            </w:r>
          </w:p>
          <w:p w14:paraId="772705D4" w14:textId="77777777" w:rsidR="00E607B5" w:rsidRDefault="00D91D22">
            <w:pPr>
              <w:spacing w:line="264" w:lineRule="auto"/>
            </w:pPr>
            <w:r>
              <w:rPr>
                <w:rFonts w:ascii="Times New Roman" w:hAnsi="Times New Roman" w:cs="Times New Roman" w:eastAsia="Times New Roman"/>
                <w:b/>
                <w:bCs/>
                <w:sz w:val="19"/>
                <w:szCs w:val="19"/>
              </w:rPr>
              <w:t>Изготвя уведомително писмо до родител (Приложение 9)</w:t>
            </w:r>
          </w:p>
          <w:p w14:paraId="2F179997" w14:textId="77777777" w:rsidR="00E607B5" w:rsidRDefault="00D91D22">
            <w:pPr>
              <w:spacing w:line="264" w:lineRule="auto"/>
            </w:pPr>
            <w:r>
              <w:rPr>
                <w:rFonts w:ascii="Times New Roman" w:hAnsi="Times New Roman" w:cs="Times New Roman" w:eastAsia="Times New Roman"/>
                <w:b/>
                <w:bCs/>
                <w:sz w:val="19"/>
                <w:szCs w:val="19"/>
              </w:rPr>
              <w:t>Докладва пред Педагогически съвет в присъствието на ученика, родителя и психолога</w:t>
            </w:r>
          </w:p>
          <w:p w14:paraId="376C0E32" w14:textId="77777777" w:rsidR="00E607B5" w:rsidRDefault="00D91D22">
            <w:pPr>
              <w:spacing w:line="264" w:lineRule="auto"/>
            </w:pPr>
            <w:r>
              <w:rPr>
                <w:rFonts w:ascii="Times New Roman" w:hAnsi="Times New Roman" w:cs="Times New Roman" w:eastAsia="Times New Roman"/>
                <w:b/>
                <w:bCs/>
                <w:sz w:val="19"/>
                <w:szCs w:val="19"/>
              </w:rPr>
              <w:t>Съобщава на родителя за наложената санкция в тридневен срок</w:t>
            </w:r>
          </w:p>
          <w:p w14:paraId="476973EC" w14:textId="77777777" w:rsidR="00E607B5" w:rsidRDefault="00D91D22">
            <w:pPr>
              <w:spacing w:line="264" w:lineRule="auto"/>
            </w:pPr>
            <w:r>
              <w:rPr>
                <w:rFonts w:ascii="Times New Roman" w:hAnsi="Times New Roman" w:cs="Times New Roman" w:eastAsia="Times New Roman"/>
                <w:b/>
                <w:bCs/>
                <w:sz w:val="19"/>
                <w:szCs w:val="19"/>
              </w:rPr>
              <w:t>(Приложение 15)</w:t>
            </w:r>
          </w:p>
          <w:p w14:paraId="339103D2" w14:textId="77777777" w:rsidR="00E607B5" w:rsidRDefault="00D91D22">
            <w:pPr>
              <w:spacing w:line="264" w:lineRule="auto"/>
            </w:pPr>
            <w:r>
              <w:rPr>
                <w:rFonts w:ascii="Times New Roman" w:hAnsi="Times New Roman" w:cs="Times New Roman" w:eastAsia="Times New Roman"/>
                <w:b/>
                <w:bCs/>
                <w:sz w:val="19"/>
                <w:szCs w:val="19"/>
              </w:rPr>
              <w:t>Отбелязва санкцията в дневника, бележника и ЛОД</w:t>
            </w:r>
          </w:p>
        </w:tc>
        <w:tc>
          <w:tcPr>
            <w:tcW w:w="1092" w:type="dxa"/>
            <w:shd w:val="clear" w:color="auto" w:fill="FFFFFF"/>
            <w:tcMar>
              <w:top w:w="60" w:type="dxa"/>
              <w:left w:w="90" w:type="dxa"/>
              <w:bottom w:w="60" w:type="dxa"/>
              <w:right w:w="90" w:type="dxa"/>
            </w:tcMar>
            <w:vAlign w:val="center"/>
          </w:tcPr>
          <w:p w14:paraId="5D4C5605" w14:textId="77777777" w:rsidR="00E607B5" w:rsidRDefault="00D91D22">
            <w:pPr>
              <w:spacing w:line="264" w:lineRule="auto"/>
            </w:pPr>
            <w:r>
              <w:rPr>
                <w:rFonts w:ascii="Times New Roman" w:hAnsi="Times New Roman" w:cs="Times New Roman" w:eastAsia="Times New Roman"/>
                <w:b/>
                <w:bCs/>
                <w:sz w:val="19"/>
                <w:szCs w:val="19"/>
              </w:rPr>
              <w:t>Изслушва ученика</w:t>
            </w:r>
          </w:p>
          <w:p w14:paraId="548CE9A3" w14:textId="77777777" w:rsidR="00E607B5" w:rsidRDefault="00D91D22">
            <w:pPr>
              <w:spacing w:line="264" w:lineRule="auto"/>
            </w:pPr>
            <w:r>
              <w:rPr>
                <w:rFonts w:ascii="Times New Roman" w:hAnsi="Times New Roman" w:cs="Times New Roman" w:eastAsia="Times New Roman"/>
                <w:b/>
                <w:bCs/>
                <w:sz w:val="19"/>
                <w:szCs w:val="19"/>
              </w:rPr>
              <w:t>Предлага на директора да изготви Заповед за налагане на санкция</w:t>
            </w:r>
          </w:p>
          <w:p w14:paraId="3CEBFAAA" w14:textId="77777777" w:rsidR="00E607B5" w:rsidRDefault="00D91D22">
            <w:pPr>
              <w:spacing w:line="264" w:lineRule="auto"/>
            </w:pPr>
            <w:r>
              <w:rPr>
                <w:rFonts w:ascii="Times New Roman" w:hAnsi="Times New Roman" w:cs="Times New Roman" w:eastAsia="Times New Roman"/>
                <w:b/>
                <w:bCs/>
                <w:sz w:val="19"/>
                <w:szCs w:val="19"/>
              </w:rPr>
              <w:t>(Приложение 11)</w:t>
            </w:r>
          </w:p>
        </w:tc>
        <w:tc>
          <w:tcPr>
            <w:tcW w:w="1092" w:type="dxa"/>
            <w:shd w:val="clear" w:color="auto" w:fill="FFFFFF"/>
            <w:tcMar>
              <w:top w:w="60" w:type="dxa"/>
              <w:left w:w="90" w:type="dxa"/>
              <w:bottom w:w="60" w:type="dxa"/>
              <w:right w:w="90" w:type="dxa"/>
            </w:tcMar>
            <w:vAlign w:val="center"/>
          </w:tcPr>
          <w:p w14:paraId="43FC2D8A" w14:textId="77777777" w:rsidR="00E607B5" w:rsidRDefault="00D91D22">
            <w:pPr>
              <w:spacing w:line="264" w:lineRule="auto"/>
            </w:pPr>
            <w:r>
              <w:rPr>
                <w:rFonts w:ascii="Times New Roman" w:hAnsi="Times New Roman" w:cs="Times New Roman" w:eastAsia="Times New Roman"/>
                <w:b/>
                <w:bCs/>
                <w:sz w:val="19"/>
                <w:szCs w:val="19"/>
              </w:rPr>
              <w:t>Подписва уведомително писмо до родител</w:t>
            </w:r>
          </w:p>
          <w:p w14:paraId="3C6BE28C" w14:textId="77777777" w:rsidR="00E607B5" w:rsidRDefault="00D91D22">
            <w:pPr>
              <w:spacing w:line="264" w:lineRule="auto"/>
            </w:pPr>
            <w:r>
              <w:rPr>
                <w:rFonts w:ascii="Times New Roman" w:hAnsi="Times New Roman" w:cs="Times New Roman" w:eastAsia="Times New Roman"/>
                <w:b/>
                <w:bCs/>
                <w:sz w:val="19"/>
                <w:szCs w:val="19"/>
              </w:rPr>
              <w:t>Изпраща уведомително писмо до отдел</w:t>
            </w:r>
          </w:p>
          <w:p w14:paraId="11DEDF6B" w14:textId="77777777" w:rsidR="00E607B5" w:rsidRDefault="00D91D22">
            <w:pPr>
              <w:spacing w:line="264" w:lineRule="auto"/>
            </w:pPr>
            <w:r>
              <w:rPr>
                <w:rFonts w:ascii="Times New Roman" w:hAnsi="Times New Roman" w:cs="Times New Roman" w:eastAsia="Times New Roman"/>
                <w:b/>
                <w:bCs/>
                <w:sz w:val="19"/>
                <w:szCs w:val="19"/>
              </w:rPr>
              <w:t>„Закрила на детето“ към дирекция</w:t>
            </w:r>
          </w:p>
          <w:p w14:paraId="2E2DB515" w14:textId="77777777" w:rsidR="00E607B5" w:rsidRDefault="00D91D22">
            <w:pPr>
              <w:spacing w:line="264" w:lineRule="auto"/>
            </w:pPr>
            <w:r>
              <w:rPr>
                <w:rFonts w:ascii="Times New Roman" w:hAnsi="Times New Roman" w:cs="Times New Roman" w:eastAsia="Times New Roman"/>
                <w:b/>
                <w:bCs/>
                <w:sz w:val="19"/>
                <w:szCs w:val="19"/>
              </w:rPr>
              <w:t>„Социално подпомагане“</w:t>
            </w:r>
          </w:p>
          <w:p w14:paraId="2A88BCB9" w14:textId="77777777" w:rsidR="00E607B5" w:rsidRDefault="00D91D22">
            <w:pPr>
              <w:spacing w:line="264" w:lineRule="auto"/>
            </w:pPr>
            <w:r>
              <w:rPr>
                <w:rFonts w:ascii="Times New Roman" w:hAnsi="Times New Roman" w:cs="Times New Roman" w:eastAsia="Times New Roman"/>
                <w:b/>
                <w:bCs/>
                <w:sz w:val="19"/>
                <w:szCs w:val="19"/>
              </w:rPr>
              <w:t>(Приложение 10)</w:t>
            </w:r>
          </w:p>
          <w:p w14:paraId="5ABCD3BB" w14:textId="77777777" w:rsidR="00E607B5" w:rsidRDefault="00D91D22">
            <w:pPr>
              <w:spacing w:line="264" w:lineRule="auto"/>
            </w:pPr>
            <w:r>
              <w:rPr>
                <w:rFonts w:ascii="Times New Roman" w:hAnsi="Times New Roman" w:cs="Times New Roman" w:eastAsia="Times New Roman"/>
                <w:b/>
                <w:bCs/>
                <w:sz w:val="19"/>
                <w:szCs w:val="19"/>
              </w:rPr>
              <w:t>Издава заповед в срок от 14 дни от предложението на ПС</w:t>
            </w:r>
          </w:p>
          <w:p w14:paraId="19139490" w14:textId="77777777" w:rsidR="00E607B5" w:rsidRDefault="00D91D22">
            <w:pPr>
              <w:spacing w:line="264" w:lineRule="auto"/>
            </w:pPr>
            <w:r>
              <w:rPr>
                <w:rFonts w:ascii="Times New Roman" w:hAnsi="Times New Roman" w:cs="Times New Roman" w:eastAsia="Times New Roman"/>
                <w:b/>
                <w:bCs/>
                <w:sz w:val="19"/>
                <w:szCs w:val="19"/>
              </w:rPr>
              <w:t>Издава заповед за заличаване на санкцията</w:t>
            </w:r>
          </w:p>
        </w:tc>
        <w:tc>
          <w:tcPr>
            <w:tcW w:w="847" w:type="dxa"/>
            <w:shd w:val="clear" w:color="auto" w:fill="FFFFFF"/>
            <w:tcMar>
              <w:top w:w="60" w:type="dxa"/>
              <w:left w:w="90" w:type="dxa"/>
              <w:bottom w:w="60" w:type="dxa"/>
              <w:right w:w="90" w:type="dxa"/>
            </w:tcMar>
            <w:vAlign w:val="center"/>
          </w:tcPr>
          <w:p w14:paraId="1F3713CF" w14:textId="77777777" w:rsidR="00E607B5" w:rsidRDefault="00D91D22">
            <w:pPr>
              <w:spacing w:line="264" w:lineRule="auto"/>
            </w:pPr>
            <w:r>
              <w:rPr>
                <w:rFonts w:ascii="Times New Roman" w:hAnsi="Times New Roman" w:cs="Times New Roman" w:eastAsia="Times New Roman"/>
                <w:sz w:val="19"/>
                <w:szCs w:val="19"/>
              </w:rPr>
              <w:t>Има право да присъства на изслушването и да изрази мнение</w:t>
            </w:r>
          </w:p>
        </w:tc>
        <w:tc>
          <w:tcPr>
            <w:tcW w:w="990" w:type="dxa"/>
            <w:shd w:val="clear" w:color="auto" w:fill="FFFFFF"/>
            <w:tcMar>
              <w:top w:w="60" w:type="dxa"/>
              <w:left w:w="90" w:type="dxa"/>
              <w:bottom w:w="60" w:type="dxa"/>
              <w:right w:w="90" w:type="dxa"/>
            </w:tcMar>
            <w:vAlign w:val="center"/>
          </w:tcPr>
          <w:p w14:paraId="1EFFA838" w14:textId="77777777" w:rsidR="00E607B5" w:rsidRDefault="00D91D22">
            <w:pPr>
              <w:spacing w:line="264" w:lineRule="auto"/>
            </w:pPr>
            <w:r>
              <w:rPr>
                <w:rFonts w:ascii="Times New Roman" w:hAnsi="Times New Roman" w:cs="Times New Roman" w:eastAsia="Times New Roman"/>
                <w:sz w:val="19"/>
                <w:szCs w:val="19"/>
              </w:rPr>
              <w:t>След запознаване с предложението и обстоятелствата по случая, излиза с мотивирано предложение за дейности от общата подкрепа за личностно развитие за превенция и преодоляване на проблемното поведение</w:t>
            </w:r>
          </w:p>
        </w:tc>
        <w:tc>
          <w:tcPr>
            <w:tcW w:w="1333" w:type="dxa"/>
            <w:shd w:val="clear" w:color="auto" w:fill="FFFFFF"/>
            <w:tcMar>
              <w:top w:w="60" w:type="dxa"/>
              <w:left w:w="90" w:type="dxa"/>
              <w:bottom w:w="60" w:type="dxa"/>
              <w:right w:w="90" w:type="dxa"/>
            </w:tcMar>
            <w:vAlign w:val="center"/>
          </w:tcPr>
          <w:p w14:paraId="50E532C7" w14:textId="77777777" w:rsidR="00E607B5" w:rsidRDefault="00D91D22">
            <w:pPr>
              <w:spacing w:line="264" w:lineRule="auto"/>
            </w:pPr>
            <w:r>
              <w:rPr>
                <w:rFonts w:ascii="Times New Roman" w:hAnsi="Times New Roman" w:cs="Times New Roman" w:eastAsia="Times New Roman"/>
                <w:sz w:val="19"/>
                <w:szCs w:val="19"/>
              </w:rPr>
              <w:t>Класният ръководител изисква писмени обяснения от ученика</w:t>
            </w:r>
          </w:p>
          <w:p w14:paraId="03D9CC3F" w14:textId="77777777" w:rsidR="00E607B5" w:rsidRDefault="00D91D22">
            <w:pPr>
              <w:spacing w:line="264" w:lineRule="auto"/>
            </w:pPr>
            <w:r>
              <w:rPr>
                <w:rFonts w:ascii="Times New Roman" w:hAnsi="Times New Roman" w:cs="Times New Roman" w:eastAsia="Times New Roman"/>
                <w:sz w:val="19"/>
                <w:szCs w:val="19"/>
              </w:rPr>
              <w:t>В заповедта се посочват видът на санкцията, срокът и мотивите за налагането ѝ</w:t>
            </w:r>
          </w:p>
        </w:tc>
      </w:tr>
    </w:tbl>
    <w:p w14:paraId="40042E00" w14:textId="77777777" w:rsidR="00E607B5" w:rsidRDefault="00E607B5">
      <w:pPr>
        <w:spacing w:after="120" w:line="288" w:lineRule="auto"/>
        <w:jc w:val="both"/>
      </w:pPr>
    </w:p>
    <w:p w14:paraId="7B659F7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4.Санкция „преместване в друго училище“ с изключение на учениците от последния гимназиален клас на обучение може да се наложи при:</w:t>
      </w:r>
    </w:p>
    <w:p w14:paraId="04A4C1C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допуснати над 15 отсъствия по неуважителни причини;</w:t>
      </w:r>
    </w:p>
    <w:p w14:paraId="3FA9AAE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особено тежки прояви на физическо, вербално и/или психическо насилие</w:t>
      </w:r>
    </w:p>
    <w:p w14:paraId="6B0E5D0C" w14:textId="77777777" w:rsidR="00E607B5" w:rsidRDefault="00D91D22">
      <w:pPr>
        <w:spacing w:after="110" w:line="288" w:lineRule="auto"/>
        <w:jc w:val="both"/>
      </w:pPr>
      <w:r>
        <w:rPr>
          <w:rFonts w:ascii="Times New Roman" w:hAnsi="Times New Roman" w:cs="Times New Roman" w:eastAsia="Times New Roman"/>
          <w:sz w:val="24"/>
          <w:szCs w:val="24"/>
        </w:rPr>
        <w:t>над ученик, педагогически или непедагогически специалист, включително</w:t>
      </w:r>
    </w:p>
    <w:p w14:paraId="21147C3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заснемане и публикуване във виртуалното пространство на лица без тяхното</w:t>
      </w:r>
    </w:p>
    <w:p w14:paraId="29EEF2C6" w14:textId="77777777" w:rsidR="00E607B5" w:rsidRDefault="00D91D22">
      <w:pPr>
        <w:spacing w:after="110" w:line="288" w:lineRule="auto"/>
        <w:jc w:val="both"/>
      </w:pPr>
      <w:r>
        <w:rPr>
          <w:rFonts w:ascii="Times New Roman" w:hAnsi="Times New Roman" w:cs="Times New Roman" w:eastAsia="Times New Roman"/>
          <w:sz w:val="24"/>
          <w:szCs w:val="24"/>
        </w:rPr>
        <w:t>съгласие и/или на сцени несъвместими с етичните норми;</w:t>
      </w:r>
    </w:p>
    <w:p w14:paraId="4EE45BC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хулигански, вандалски прояви, уронващи престижа, авторитета и доброто</w:t>
      </w:r>
    </w:p>
    <w:p w14:paraId="29A12CC5" w14:textId="77777777" w:rsidR="00E607B5" w:rsidRDefault="00D91D22">
      <w:pPr>
        <w:spacing w:after="110" w:line="288" w:lineRule="auto"/>
        <w:jc w:val="both"/>
      </w:pPr>
      <w:r>
        <w:rPr>
          <w:rFonts w:ascii="Times New Roman" w:hAnsi="Times New Roman" w:cs="Times New Roman" w:eastAsia="Times New Roman"/>
          <w:sz w:val="24"/>
          <w:szCs w:val="24"/>
        </w:rPr>
        <w:t>име на училището, включително и в интернет пространството;</w:t>
      </w:r>
    </w:p>
    <w:p w14:paraId="273F4EB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прояви, за които има наложени наказания, но продължават да се повтарят;</w:t>
      </w:r>
    </w:p>
    <w:p w14:paraId="42BCAC4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умишлено предизвикани ситуации, които застрашават живота на трети лица</w:t>
      </w:r>
    </w:p>
    <w:p w14:paraId="5B2B3202" w14:textId="77777777" w:rsidR="00E607B5" w:rsidRDefault="00D91D22">
      <w:pPr>
        <w:spacing w:after="110" w:line="288" w:lineRule="auto"/>
        <w:jc w:val="both"/>
      </w:pPr>
      <w:r>
        <w:rPr>
          <w:rFonts w:ascii="Times New Roman" w:hAnsi="Times New Roman" w:cs="Times New Roman" w:eastAsia="Times New Roman"/>
          <w:sz w:val="24"/>
          <w:szCs w:val="24"/>
        </w:rPr>
        <w:t>в сградата и района на училището;</w:t>
      </w:r>
    </w:p>
    <w:p w14:paraId="232A525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системно създаване на конфликти, пречещи на педагогическите специалисти</w:t>
      </w:r>
    </w:p>
    <w:p w14:paraId="29A6993F" w14:textId="77777777" w:rsidR="00E607B5" w:rsidRDefault="00D91D22">
      <w:pPr>
        <w:spacing w:after="110" w:line="288" w:lineRule="auto"/>
        <w:jc w:val="both"/>
      </w:pPr>
      <w:r>
        <w:rPr>
          <w:rFonts w:ascii="Times New Roman" w:hAnsi="Times New Roman" w:cs="Times New Roman" w:eastAsia="Times New Roman"/>
          <w:sz w:val="24"/>
          <w:szCs w:val="24"/>
        </w:rPr>
        <w:t>да изпълняват служебните си задължения или уронващи достойнството</w:t>
      </w:r>
    </w:p>
    <w:p w14:paraId="7751C918" w14:textId="77777777" w:rsidR="00E607B5" w:rsidRDefault="00D91D22">
      <w:pPr>
        <w:spacing w:after="110" w:line="288" w:lineRule="auto"/>
        <w:jc w:val="both"/>
      </w:pPr>
      <w:r>
        <w:rPr>
          <w:rFonts w:ascii="Times New Roman" w:hAnsi="Times New Roman" w:cs="Times New Roman" w:eastAsia="Times New Roman"/>
          <w:sz w:val="24"/>
          <w:szCs w:val="24"/>
        </w:rPr>
        <w:t>на служителите в училището;</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185"/>
        <w:gridCol w:w="886"/>
        <w:gridCol w:w="1363"/>
        <w:gridCol w:w="1302"/>
        <w:gridCol w:w="1302"/>
        <w:gridCol w:w="1184"/>
        <w:gridCol w:w="1184"/>
        <w:gridCol w:w="949"/>
      </w:tblGrid>
      <w:tr w:rsidR="00E607B5" w14:paraId="726A9F19" w14:textId="77777777">
        <w:tblPrEx>
          <w:tblCellMar>
            <w:top w:w="0" w:type="dxa"/>
            <w:bottom w:w="0" w:type="dxa"/>
          </w:tblCellMar>
        </w:tblPrEx>
        <w:trPr>
          <w:tblHeader/>
        </w:trPr>
        <w:tc>
          <w:tcPr>
            <w:tcW w:w="1185" w:type="dxa"/>
            <w:shd w:val="clear" w:color="auto" w:fill="D9D9D9"/>
            <w:tcMar>
              <w:top w:w="60" w:type="dxa"/>
              <w:left w:w="90" w:type="dxa"/>
              <w:bottom w:w="60" w:type="dxa"/>
              <w:right w:w="90" w:type="dxa"/>
            </w:tcMar>
            <w:vAlign w:val="center"/>
          </w:tcPr>
          <w:p w14:paraId="179C9B4D"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886" w:type="dxa"/>
            <w:shd w:val="clear" w:color="auto" w:fill="D9D9D9"/>
            <w:tcMar>
              <w:top w:w="60" w:type="dxa"/>
              <w:left w:w="90" w:type="dxa"/>
              <w:bottom w:w="60" w:type="dxa"/>
              <w:right w:w="90" w:type="dxa"/>
            </w:tcMar>
            <w:vAlign w:val="center"/>
          </w:tcPr>
          <w:p w14:paraId="6DFE9CEE"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1363" w:type="dxa"/>
            <w:shd w:val="clear" w:color="auto" w:fill="D9D9D9"/>
            <w:tcMar>
              <w:top w:w="60" w:type="dxa"/>
              <w:left w:w="90" w:type="dxa"/>
              <w:bottom w:w="60" w:type="dxa"/>
              <w:right w:w="90" w:type="dxa"/>
            </w:tcMar>
            <w:vAlign w:val="center"/>
          </w:tcPr>
          <w:p w14:paraId="5BD74CFF"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w:t>
            </w:r>
          </w:p>
          <w:p w14:paraId="6DB1BA43" w14:textId="77777777" w:rsidR="00E607B5" w:rsidRDefault="00D91D22">
            <w:pPr>
              <w:spacing w:line="264" w:lineRule="auto"/>
              <w:jc w:val="center"/>
            </w:pPr>
            <w:r>
              <w:rPr>
                <w:rFonts w:ascii="Times New Roman" w:hAnsi="Times New Roman" w:cs="Times New Roman" w:eastAsia="Times New Roman"/>
                <w:b/>
                <w:bCs/>
                <w:sz w:val="20"/>
                <w:szCs w:val="20"/>
              </w:rPr>
              <w:t>ръководител</w:t>
            </w:r>
          </w:p>
        </w:tc>
        <w:tc>
          <w:tcPr>
            <w:tcW w:w="1302" w:type="dxa"/>
            <w:shd w:val="clear" w:color="auto" w:fill="D9D9D9"/>
            <w:tcMar>
              <w:top w:w="60" w:type="dxa"/>
              <w:left w:w="90" w:type="dxa"/>
              <w:bottom w:w="60" w:type="dxa"/>
              <w:right w:w="90" w:type="dxa"/>
            </w:tcMar>
            <w:vAlign w:val="center"/>
          </w:tcPr>
          <w:p w14:paraId="56437E32" w14:textId="77777777" w:rsidR="00E607B5" w:rsidRDefault="00D91D22">
            <w:pPr>
              <w:spacing w:line="264" w:lineRule="auto"/>
              <w:jc w:val="center"/>
            </w:pPr>
            <w:r>
              <w:rPr>
                <w:rFonts w:ascii="Times New Roman" w:hAnsi="Times New Roman" w:cs="Times New Roman" w:eastAsia="Times New Roman"/>
                <w:b/>
                <w:bCs/>
                <w:sz w:val="20"/>
                <w:szCs w:val="20"/>
              </w:rPr>
              <w:t>Действия на ПС</w:t>
            </w:r>
          </w:p>
        </w:tc>
        <w:tc>
          <w:tcPr>
            <w:tcW w:w="1302" w:type="dxa"/>
            <w:shd w:val="clear" w:color="auto" w:fill="D9D9D9"/>
            <w:tcMar>
              <w:top w:w="60" w:type="dxa"/>
              <w:left w:w="90" w:type="dxa"/>
              <w:bottom w:w="60" w:type="dxa"/>
              <w:right w:w="90" w:type="dxa"/>
            </w:tcMar>
            <w:vAlign w:val="center"/>
          </w:tcPr>
          <w:p w14:paraId="764D26B1" w14:textId="77777777" w:rsidR="00E607B5" w:rsidRDefault="00D91D22">
            <w:pPr>
              <w:spacing w:line="264" w:lineRule="auto"/>
              <w:jc w:val="center"/>
            </w:pPr>
            <w:r>
              <w:rPr>
                <w:rFonts w:ascii="Times New Roman" w:hAnsi="Times New Roman" w:cs="Times New Roman" w:eastAsia="Times New Roman"/>
                <w:b/>
                <w:bCs/>
                <w:sz w:val="20"/>
                <w:szCs w:val="20"/>
              </w:rPr>
              <w:t>Действия на директор</w:t>
            </w:r>
          </w:p>
        </w:tc>
        <w:tc>
          <w:tcPr>
            <w:tcW w:w="1184" w:type="dxa"/>
            <w:shd w:val="clear" w:color="auto" w:fill="D9D9D9"/>
            <w:tcMar>
              <w:top w:w="60" w:type="dxa"/>
              <w:left w:w="90" w:type="dxa"/>
              <w:bottom w:w="60" w:type="dxa"/>
              <w:right w:w="90" w:type="dxa"/>
            </w:tcMar>
            <w:vAlign w:val="center"/>
          </w:tcPr>
          <w:p w14:paraId="08D24F09"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1184" w:type="dxa"/>
            <w:shd w:val="clear" w:color="auto" w:fill="D9D9D9"/>
            <w:tcMar>
              <w:top w:w="60" w:type="dxa"/>
              <w:left w:w="90" w:type="dxa"/>
              <w:bottom w:w="60" w:type="dxa"/>
              <w:right w:w="90" w:type="dxa"/>
            </w:tcMar>
            <w:vAlign w:val="center"/>
          </w:tcPr>
          <w:p w14:paraId="072ED421"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949" w:type="dxa"/>
            <w:shd w:val="clear" w:color="auto" w:fill="D9D9D9"/>
            <w:tcMar>
              <w:top w:w="60" w:type="dxa"/>
              <w:left w:w="90" w:type="dxa"/>
              <w:bottom w:w="60" w:type="dxa"/>
              <w:right w:w="90" w:type="dxa"/>
            </w:tcMar>
            <w:vAlign w:val="center"/>
          </w:tcPr>
          <w:p w14:paraId="2A8CB0E2" w14:textId="77777777" w:rsidR="00E607B5" w:rsidRDefault="00D91D22">
            <w:pPr>
              <w:spacing w:line="264" w:lineRule="auto"/>
              <w:jc w:val="center"/>
            </w:pPr>
            <w:r>
              <w:rPr>
                <w:rFonts w:ascii="Times New Roman" w:hAnsi="Times New Roman" w:cs="Times New Roman" w:eastAsia="Times New Roman"/>
                <w:b/>
                <w:bCs/>
                <w:sz w:val="20"/>
                <w:szCs w:val="20"/>
              </w:rPr>
              <w:t>Забележка</w:t>
            </w:r>
          </w:p>
        </w:tc>
      </w:tr>
      <w:tr w:rsidR="00E607B5" w14:paraId="79B24FAD" w14:textId="77777777">
        <w:tblPrEx>
          <w:tblCellMar>
            <w:top w:w="0" w:type="dxa"/>
            <w:bottom w:w="0" w:type="dxa"/>
          </w:tblCellMar>
        </w:tblPrEx>
        <w:tc>
          <w:tcPr>
            <w:tcW w:w="1185" w:type="dxa"/>
            <w:shd w:val="clear" w:color="auto" w:fill="FFFFFF"/>
            <w:tcMar>
              <w:top w:w="60" w:type="dxa"/>
              <w:left w:w="90" w:type="dxa"/>
              <w:bottom w:w="60" w:type="dxa"/>
              <w:right w:w="90" w:type="dxa"/>
            </w:tcMar>
            <w:vAlign w:val="center"/>
          </w:tcPr>
          <w:p w14:paraId="7F66697B" w14:textId="77777777" w:rsidR="00E607B5" w:rsidRDefault="00D91D22">
            <w:pPr>
              <w:spacing w:line="264" w:lineRule="auto"/>
            </w:pPr>
            <w:r>
              <w:rPr>
                <w:rFonts w:ascii="Times New Roman" w:hAnsi="Times New Roman" w:cs="Times New Roman" w:eastAsia="Times New Roman"/>
                <w:b/>
                <w:bCs/>
                <w:sz w:val="19"/>
                <w:szCs w:val="19"/>
              </w:rPr>
              <w:t>- „Преместване в друго училище“</w:t>
            </w:r>
          </w:p>
          <w:p w14:paraId="16E98700" w14:textId="77777777" w:rsidR="00E607B5" w:rsidRDefault="00D91D22">
            <w:pPr>
              <w:spacing w:line="264" w:lineRule="auto"/>
            </w:pPr>
            <w:r>
              <w:rPr>
                <w:rFonts w:ascii="Times New Roman" w:hAnsi="Times New Roman" w:cs="Times New Roman" w:eastAsia="Times New Roman"/>
                <w:b/>
                <w:bCs/>
                <w:sz w:val="19"/>
                <w:szCs w:val="19"/>
              </w:rPr>
              <w:t>Срок: до края на учебната година</w:t>
            </w:r>
          </w:p>
          <w:p w14:paraId="17ECD375" w14:textId="77777777" w:rsidR="00E607B5" w:rsidRDefault="00D91D22">
            <w:pPr>
              <w:spacing w:line="264" w:lineRule="auto"/>
            </w:pPr>
            <w:r>
              <w:rPr>
                <w:rFonts w:ascii="Times New Roman" w:hAnsi="Times New Roman" w:cs="Times New Roman" w:eastAsia="Times New Roman"/>
                <w:b/>
                <w:bCs/>
                <w:sz w:val="19"/>
                <w:szCs w:val="19"/>
              </w:rPr>
              <w:t>- чл. 199, ал. 1, т. 4 от ЗПУО</w:t>
            </w:r>
          </w:p>
        </w:tc>
        <w:tc>
          <w:tcPr>
            <w:tcW w:w="886" w:type="dxa"/>
            <w:shd w:val="clear" w:color="auto" w:fill="FFFFFF"/>
            <w:tcMar>
              <w:top w:w="60" w:type="dxa"/>
              <w:left w:w="90" w:type="dxa"/>
              <w:bottom w:w="60" w:type="dxa"/>
              <w:right w:w="90" w:type="dxa"/>
            </w:tcMar>
            <w:vAlign w:val="center"/>
          </w:tcPr>
          <w:p w14:paraId="7378FBC7" w14:textId="77777777" w:rsidR="00E607B5" w:rsidRDefault="00D91D22">
            <w:pPr>
              <w:spacing w:line="264" w:lineRule="auto"/>
            </w:pPr>
            <w:r>
              <w:rPr>
                <w:rFonts w:ascii="Times New Roman" w:hAnsi="Times New Roman" w:cs="Times New Roman" w:eastAsia="Times New Roman"/>
                <w:sz w:val="19"/>
                <w:szCs w:val="19"/>
              </w:rPr>
              <w:t>при повече от 15 неизвинени отсъствия</w:t>
            </w:r>
          </w:p>
          <w:p w14:paraId="035FFE0D" w14:textId="77777777" w:rsidR="00E607B5" w:rsidRDefault="00D91D22">
            <w:pPr>
              <w:spacing w:line="264" w:lineRule="auto"/>
            </w:pPr>
            <w:r>
              <w:rPr>
                <w:rFonts w:ascii="Times New Roman" w:hAnsi="Times New Roman" w:cs="Times New Roman" w:eastAsia="Times New Roman"/>
                <w:sz w:val="19"/>
                <w:szCs w:val="19"/>
              </w:rPr>
              <w:t>при тежки или системни нарушения</w:t>
            </w:r>
          </w:p>
        </w:tc>
        <w:tc>
          <w:tcPr>
            <w:tcW w:w="1363" w:type="dxa"/>
            <w:shd w:val="clear" w:color="auto" w:fill="FFFFFF"/>
            <w:tcMar>
              <w:top w:w="60" w:type="dxa"/>
              <w:left w:w="90" w:type="dxa"/>
              <w:bottom w:w="60" w:type="dxa"/>
              <w:right w:w="90" w:type="dxa"/>
            </w:tcMar>
            <w:vAlign w:val="center"/>
          </w:tcPr>
          <w:p w14:paraId="14A1FCD6" w14:textId="77777777" w:rsidR="00E607B5" w:rsidRDefault="00D91D22">
            <w:pPr>
              <w:spacing w:line="264" w:lineRule="auto"/>
            </w:pPr>
            <w:r>
              <w:rPr>
                <w:rFonts w:ascii="Times New Roman" w:hAnsi="Times New Roman" w:cs="Times New Roman" w:eastAsia="Times New Roman"/>
                <w:b/>
                <w:bCs/>
                <w:sz w:val="19"/>
                <w:szCs w:val="19"/>
              </w:rPr>
              <w:t>Изготвя мотивирано писмено предложение до ПС(Приложение 8)</w:t>
            </w:r>
          </w:p>
          <w:p w14:paraId="256D557E" w14:textId="77777777" w:rsidR="00E607B5" w:rsidRDefault="00D91D22">
            <w:pPr>
              <w:spacing w:line="264" w:lineRule="auto"/>
            </w:pPr>
            <w:r>
              <w:rPr>
                <w:rFonts w:ascii="Times New Roman" w:hAnsi="Times New Roman" w:cs="Times New Roman" w:eastAsia="Times New Roman"/>
                <w:b/>
                <w:bCs/>
                <w:sz w:val="19"/>
                <w:szCs w:val="19"/>
              </w:rPr>
              <w:t>Изготвя уведомително писмо до родител(Приложение 9)</w:t>
            </w:r>
          </w:p>
          <w:p w14:paraId="6E757BA4" w14:textId="77777777" w:rsidR="00E607B5" w:rsidRDefault="00D91D22">
            <w:pPr>
              <w:spacing w:line="264" w:lineRule="auto"/>
            </w:pPr>
            <w:r>
              <w:rPr>
                <w:rFonts w:ascii="Times New Roman" w:hAnsi="Times New Roman" w:cs="Times New Roman" w:eastAsia="Times New Roman"/>
                <w:b/>
                <w:bCs/>
                <w:sz w:val="19"/>
                <w:szCs w:val="19"/>
              </w:rPr>
              <w:t>Докладва пред Педагогическия съвет в присъствието на ученика, родителя и психолога</w:t>
            </w:r>
          </w:p>
          <w:p w14:paraId="2C153D9D" w14:textId="77777777" w:rsidR="00E607B5" w:rsidRDefault="00D91D22">
            <w:pPr>
              <w:spacing w:line="264" w:lineRule="auto"/>
            </w:pPr>
            <w:r>
              <w:rPr>
                <w:rFonts w:ascii="Times New Roman" w:hAnsi="Times New Roman" w:cs="Times New Roman" w:eastAsia="Times New Roman"/>
                <w:b/>
                <w:bCs/>
                <w:sz w:val="19"/>
                <w:szCs w:val="19"/>
              </w:rPr>
              <w:t>Съобщава на родителя за наложената санкция в тридневен срок</w:t>
            </w:r>
          </w:p>
          <w:p w14:paraId="45E96D67" w14:textId="77777777" w:rsidR="00E607B5" w:rsidRDefault="00D91D22">
            <w:pPr>
              <w:spacing w:line="264" w:lineRule="auto"/>
            </w:pPr>
            <w:r>
              <w:rPr>
                <w:rFonts w:ascii="Times New Roman" w:hAnsi="Times New Roman" w:cs="Times New Roman" w:eastAsia="Times New Roman"/>
                <w:b/>
                <w:bCs/>
                <w:sz w:val="19"/>
                <w:szCs w:val="19"/>
              </w:rPr>
              <w:t>(Приложение 15)</w:t>
            </w:r>
          </w:p>
          <w:p w14:paraId="2716D931" w14:textId="77777777" w:rsidR="00E607B5" w:rsidRDefault="00D91D22">
            <w:pPr>
              <w:spacing w:line="264" w:lineRule="auto"/>
            </w:pPr>
            <w:r>
              <w:rPr>
                <w:rFonts w:ascii="Times New Roman" w:hAnsi="Times New Roman" w:cs="Times New Roman" w:eastAsia="Times New Roman"/>
                <w:b/>
                <w:bCs/>
                <w:sz w:val="19"/>
                <w:szCs w:val="19"/>
              </w:rPr>
              <w:t xml:space="preserve">Отбелязва санкцията в дневника, </w:t>
            </w:r>
            <w:r>
              <w:rPr>
                <w:rFonts w:ascii="Times New Roman" w:hAnsi="Times New Roman" w:cs="Times New Roman" w:eastAsia="Times New Roman"/>
                <w:b/>
                <w:bCs/>
                <w:sz w:val="19"/>
                <w:szCs w:val="19"/>
              </w:rPr>
              <w:lastRenderedPageBreak/>
              <w:t>бележника и ЛОД</w:t>
            </w:r>
          </w:p>
        </w:tc>
        <w:tc>
          <w:tcPr>
            <w:tcW w:w="1302" w:type="dxa"/>
            <w:shd w:val="clear" w:color="auto" w:fill="FFFFFF"/>
            <w:tcMar>
              <w:top w:w="60" w:type="dxa"/>
              <w:left w:w="90" w:type="dxa"/>
              <w:bottom w:w="60" w:type="dxa"/>
              <w:right w:w="90" w:type="dxa"/>
            </w:tcMar>
            <w:vAlign w:val="center"/>
          </w:tcPr>
          <w:p w14:paraId="3296FF4C" w14:textId="77777777" w:rsidR="00E607B5" w:rsidRDefault="00D91D22">
            <w:pPr>
              <w:spacing w:line="264" w:lineRule="auto"/>
            </w:pPr>
            <w:r>
              <w:rPr>
                <w:rFonts w:ascii="Times New Roman" w:hAnsi="Times New Roman" w:cs="Times New Roman" w:eastAsia="Times New Roman"/>
                <w:sz w:val="19"/>
                <w:szCs w:val="19"/>
              </w:rPr>
              <w:lastRenderedPageBreak/>
              <w:t>Изслушва ученика</w:t>
            </w:r>
          </w:p>
          <w:p w14:paraId="65CCDFEC" w14:textId="77777777" w:rsidR="00E607B5" w:rsidRDefault="00D91D22">
            <w:pPr>
              <w:spacing w:line="264" w:lineRule="auto"/>
            </w:pPr>
            <w:r>
              <w:rPr>
                <w:rFonts w:ascii="Times New Roman" w:hAnsi="Times New Roman" w:cs="Times New Roman" w:eastAsia="Times New Roman"/>
                <w:sz w:val="19"/>
                <w:szCs w:val="19"/>
              </w:rPr>
              <w:t>Предлага на директора да изготви Заповед за налагане на санкция</w:t>
            </w:r>
          </w:p>
        </w:tc>
        <w:tc>
          <w:tcPr>
            <w:tcW w:w="1302" w:type="dxa"/>
            <w:shd w:val="clear" w:color="auto" w:fill="FFFFFF"/>
            <w:tcMar>
              <w:top w:w="60" w:type="dxa"/>
              <w:left w:w="90" w:type="dxa"/>
              <w:bottom w:w="60" w:type="dxa"/>
              <w:right w:w="90" w:type="dxa"/>
            </w:tcMar>
            <w:vAlign w:val="center"/>
          </w:tcPr>
          <w:p w14:paraId="7FB74E5A" w14:textId="77777777" w:rsidR="00E607B5" w:rsidRDefault="00D91D22">
            <w:pPr>
              <w:spacing w:line="264" w:lineRule="auto"/>
            </w:pPr>
            <w:r>
              <w:rPr>
                <w:rFonts w:ascii="Times New Roman" w:hAnsi="Times New Roman" w:cs="Times New Roman" w:eastAsia="Times New Roman"/>
                <w:b/>
                <w:bCs/>
                <w:sz w:val="19"/>
                <w:szCs w:val="19"/>
              </w:rPr>
              <w:t>Подписва уведомително писмо до родител</w:t>
            </w:r>
          </w:p>
          <w:p w14:paraId="3645C8EF" w14:textId="77777777" w:rsidR="00E607B5" w:rsidRDefault="00D91D22">
            <w:pPr>
              <w:spacing w:line="264" w:lineRule="auto"/>
            </w:pPr>
            <w:r>
              <w:rPr>
                <w:rFonts w:ascii="Times New Roman" w:hAnsi="Times New Roman" w:cs="Times New Roman" w:eastAsia="Times New Roman"/>
                <w:b/>
                <w:bCs/>
                <w:sz w:val="19"/>
                <w:szCs w:val="19"/>
              </w:rPr>
              <w:t>Изпраща уведомително писмо до отдел</w:t>
            </w:r>
          </w:p>
          <w:p w14:paraId="2E3A4494" w14:textId="77777777" w:rsidR="00E607B5" w:rsidRDefault="00D91D22">
            <w:pPr>
              <w:spacing w:line="264" w:lineRule="auto"/>
            </w:pPr>
            <w:r>
              <w:rPr>
                <w:rFonts w:ascii="Times New Roman" w:hAnsi="Times New Roman" w:cs="Times New Roman" w:eastAsia="Times New Roman"/>
                <w:b/>
                <w:bCs/>
                <w:sz w:val="19"/>
                <w:szCs w:val="19"/>
              </w:rPr>
              <w:t>„Закрила на детето“ към дирекция</w:t>
            </w:r>
          </w:p>
          <w:p w14:paraId="0C65ADBF" w14:textId="77777777" w:rsidR="00E607B5" w:rsidRDefault="00D91D22">
            <w:pPr>
              <w:spacing w:line="264" w:lineRule="auto"/>
            </w:pPr>
            <w:r>
              <w:rPr>
                <w:rFonts w:ascii="Times New Roman" w:hAnsi="Times New Roman" w:cs="Times New Roman" w:eastAsia="Times New Roman"/>
                <w:b/>
                <w:bCs/>
                <w:sz w:val="19"/>
                <w:szCs w:val="19"/>
              </w:rPr>
              <w:t>„Социално подпомагане“</w:t>
            </w:r>
          </w:p>
          <w:p w14:paraId="33C732E8" w14:textId="77777777" w:rsidR="00E607B5" w:rsidRDefault="00D91D22">
            <w:pPr>
              <w:spacing w:line="264" w:lineRule="auto"/>
            </w:pPr>
            <w:r>
              <w:rPr>
                <w:rFonts w:ascii="Times New Roman" w:hAnsi="Times New Roman" w:cs="Times New Roman" w:eastAsia="Times New Roman"/>
                <w:b/>
                <w:bCs/>
                <w:sz w:val="19"/>
                <w:szCs w:val="19"/>
              </w:rPr>
              <w:t>(Приложение 10)</w:t>
            </w:r>
          </w:p>
          <w:p w14:paraId="7BF8C2CC" w14:textId="77777777" w:rsidR="00E607B5" w:rsidRDefault="00D91D22">
            <w:pPr>
              <w:spacing w:line="264" w:lineRule="auto"/>
            </w:pPr>
            <w:r>
              <w:rPr>
                <w:rFonts w:ascii="Times New Roman" w:hAnsi="Times New Roman" w:cs="Times New Roman" w:eastAsia="Times New Roman"/>
                <w:b/>
                <w:bCs/>
                <w:sz w:val="19"/>
                <w:szCs w:val="19"/>
              </w:rPr>
              <w:t>Издава заповед в срок от 14 дни от предложението на ПС</w:t>
            </w:r>
          </w:p>
          <w:p w14:paraId="1156081E" w14:textId="77777777" w:rsidR="00E607B5" w:rsidRDefault="00D91D22">
            <w:pPr>
              <w:spacing w:line="264" w:lineRule="auto"/>
            </w:pPr>
            <w:r>
              <w:rPr>
                <w:rFonts w:ascii="Times New Roman" w:hAnsi="Times New Roman" w:cs="Times New Roman" w:eastAsia="Times New Roman"/>
                <w:b/>
                <w:bCs/>
                <w:sz w:val="19"/>
                <w:szCs w:val="19"/>
              </w:rPr>
              <w:t>Издава заповед за заличаване на санкцията</w:t>
            </w:r>
          </w:p>
        </w:tc>
        <w:tc>
          <w:tcPr>
            <w:tcW w:w="1184" w:type="dxa"/>
            <w:shd w:val="clear" w:color="auto" w:fill="FFFFFF"/>
            <w:tcMar>
              <w:top w:w="60" w:type="dxa"/>
              <w:left w:w="90" w:type="dxa"/>
              <w:bottom w:w="60" w:type="dxa"/>
              <w:right w:w="90" w:type="dxa"/>
            </w:tcMar>
            <w:vAlign w:val="center"/>
          </w:tcPr>
          <w:p w14:paraId="2C82320E" w14:textId="77777777" w:rsidR="00E607B5" w:rsidRDefault="00D91D22">
            <w:pPr>
              <w:spacing w:line="264" w:lineRule="auto"/>
            </w:pPr>
            <w:r>
              <w:rPr>
                <w:rFonts w:ascii="Times New Roman" w:hAnsi="Times New Roman" w:cs="Times New Roman" w:eastAsia="Times New Roman"/>
                <w:sz w:val="19"/>
                <w:szCs w:val="19"/>
              </w:rPr>
              <w:t>Има право да присъства на изслушването и да изрази мнение</w:t>
            </w:r>
          </w:p>
        </w:tc>
        <w:tc>
          <w:tcPr>
            <w:tcW w:w="1184" w:type="dxa"/>
            <w:shd w:val="clear" w:color="auto" w:fill="FFFFFF"/>
            <w:tcMar>
              <w:top w:w="60" w:type="dxa"/>
              <w:left w:w="90" w:type="dxa"/>
              <w:bottom w:w="60" w:type="dxa"/>
              <w:right w:w="90" w:type="dxa"/>
            </w:tcMar>
            <w:vAlign w:val="center"/>
          </w:tcPr>
          <w:p w14:paraId="19C6FDAF" w14:textId="77777777" w:rsidR="00E607B5" w:rsidRDefault="00D91D22">
            <w:pPr>
              <w:spacing w:line="264" w:lineRule="auto"/>
            </w:pPr>
            <w:r>
              <w:rPr>
                <w:rFonts w:ascii="Times New Roman" w:hAnsi="Times New Roman" w:cs="Times New Roman" w:eastAsia="Times New Roman"/>
                <w:sz w:val="19"/>
                <w:szCs w:val="19"/>
              </w:rPr>
              <w:t>След запознаване с предложението и обстоятелствата по случая, излиза с мотивирано предложение за дейности от общата подкрепа за личностно развитие за превенция и преодоляване на проблемното поведение</w:t>
            </w:r>
          </w:p>
        </w:tc>
        <w:tc>
          <w:tcPr>
            <w:tcW w:w="949" w:type="dxa"/>
            <w:shd w:val="clear" w:color="auto" w:fill="FFFFFF"/>
            <w:tcMar>
              <w:top w:w="60" w:type="dxa"/>
              <w:left w:w="90" w:type="dxa"/>
              <w:bottom w:w="60" w:type="dxa"/>
              <w:right w:w="90" w:type="dxa"/>
            </w:tcMar>
            <w:vAlign w:val="center"/>
          </w:tcPr>
          <w:p w14:paraId="01FED7B4" w14:textId="77777777" w:rsidR="00E607B5" w:rsidRDefault="00D91D22">
            <w:pPr>
              <w:spacing w:line="264" w:lineRule="auto"/>
            </w:pPr>
            <w:r>
              <w:rPr>
                <w:rFonts w:ascii="Times New Roman" w:hAnsi="Times New Roman" w:cs="Times New Roman" w:eastAsia="Times New Roman"/>
                <w:sz w:val="19"/>
                <w:szCs w:val="19"/>
              </w:rPr>
              <w:t>Класният ръководител изисква писмени обяснения от ученика</w:t>
            </w:r>
          </w:p>
          <w:p w14:paraId="28A5BF8D" w14:textId="77777777" w:rsidR="00E607B5" w:rsidRDefault="00D91D22">
            <w:pPr>
              <w:spacing w:line="264" w:lineRule="auto"/>
            </w:pPr>
            <w:r>
              <w:rPr>
                <w:rFonts w:ascii="Times New Roman" w:hAnsi="Times New Roman" w:cs="Times New Roman" w:eastAsia="Times New Roman"/>
                <w:sz w:val="19"/>
                <w:szCs w:val="19"/>
              </w:rPr>
              <w:t>В заповедта се посочват видът на санкцията, срокът и мотивите за налагането ѝ</w:t>
            </w:r>
          </w:p>
        </w:tc>
      </w:tr>
    </w:tbl>
    <w:p w14:paraId="48A78D51" w14:textId="77777777" w:rsidR="00E607B5" w:rsidRDefault="00E607B5">
      <w:pPr>
        <w:spacing w:after="120" w:line="288" w:lineRule="auto"/>
        <w:jc w:val="both"/>
      </w:pPr>
    </w:p>
    <w:p w14:paraId="5EE544C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5.Санкция „преместване от дневна в самостоятелна форма на обучение“ за ученици, навършили 16 години може да се приложи при:</w:t>
      </w:r>
    </w:p>
    <w:p w14:paraId="1C8D474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допуснати над 15 отсъствия по неуважителни причини;</w:t>
      </w:r>
    </w:p>
    <w:p w14:paraId="72F49B0D" w14:textId="77777777" w:rsidR="00E607B5" w:rsidRDefault="00D91D22">
      <w:pPr>
        <w:spacing w:after="110" w:line="288" w:lineRule="auto"/>
        <w:jc w:val="both"/>
      </w:pPr>
      <w:r>
        <w:rPr>
          <w:rFonts w:ascii="Times New Roman" w:hAnsi="Times New Roman" w:cs="Times New Roman" w:eastAsia="Times New Roman"/>
          <w:sz w:val="24"/>
          <w:szCs w:val="24"/>
        </w:rPr>
        <w:t>особено тежки прояви на физическо, вербално и/или психическо насилие</w:t>
      </w:r>
    </w:p>
    <w:p w14:paraId="2CED324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над ученик, педагогически или непедагогически специалист, включително</w:t>
      </w:r>
    </w:p>
    <w:p w14:paraId="22AE2DF3" w14:textId="77777777" w:rsidR="00E607B5" w:rsidRDefault="00D91D22">
      <w:pPr>
        <w:spacing w:after="110" w:line="288" w:lineRule="auto"/>
        <w:jc w:val="both"/>
      </w:pPr>
      <w:r>
        <w:rPr>
          <w:rFonts w:ascii="Times New Roman" w:hAnsi="Times New Roman" w:cs="Times New Roman" w:eastAsia="Times New Roman"/>
          <w:sz w:val="24"/>
          <w:szCs w:val="24"/>
        </w:rPr>
        <w:t>заснемане и публикуване във виртуалното пространство на лица без тяхното</w:t>
      </w:r>
    </w:p>
    <w:p w14:paraId="0F25958D" w14:textId="77777777" w:rsidR="00E607B5" w:rsidRDefault="00D91D22">
      <w:pPr>
        <w:spacing w:after="110" w:line="288" w:lineRule="auto"/>
        <w:jc w:val="both"/>
      </w:pPr>
      <w:r>
        <w:rPr>
          <w:rFonts w:ascii="Times New Roman" w:hAnsi="Times New Roman" w:cs="Times New Roman" w:eastAsia="Times New Roman"/>
          <w:sz w:val="24"/>
          <w:szCs w:val="24"/>
        </w:rPr>
        <w:t>съгласие и/или на сцени несъвместими с етичните норми;</w:t>
      </w:r>
    </w:p>
    <w:p w14:paraId="2FE706A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хулигански, вандалски прояви, уронващи престижа, авторитета и доброто</w:t>
      </w:r>
    </w:p>
    <w:p w14:paraId="4CF64879" w14:textId="77777777" w:rsidR="00E607B5" w:rsidRDefault="00D91D22">
      <w:pPr>
        <w:spacing w:after="110" w:line="288" w:lineRule="auto"/>
        <w:jc w:val="both"/>
      </w:pPr>
      <w:r>
        <w:rPr>
          <w:rFonts w:ascii="Times New Roman" w:hAnsi="Times New Roman" w:cs="Times New Roman" w:eastAsia="Times New Roman"/>
          <w:sz w:val="24"/>
          <w:szCs w:val="24"/>
        </w:rPr>
        <w:t>име на училището, включително и в интернет пространството;</w:t>
      </w:r>
    </w:p>
    <w:p w14:paraId="1F4718B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прояви, за които има наложени наказания, но продължават да се повтарят;</w:t>
      </w:r>
    </w:p>
    <w:p w14:paraId="058BADE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умишлено предизвикани ситуации, които застрашават живота на трети лица</w:t>
      </w:r>
    </w:p>
    <w:p w14:paraId="5A9C0C3A" w14:textId="77777777" w:rsidR="00E607B5" w:rsidRDefault="00D91D22">
      <w:pPr>
        <w:spacing w:after="110" w:line="288" w:lineRule="auto"/>
        <w:jc w:val="both"/>
      </w:pPr>
      <w:r>
        <w:rPr>
          <w:rFonts w:ascii="Times New Roman" w:hAnsi="Times New Roman" w:cs="Times New Roman" w:eastAsia="Times New Roman"/>
          <w:sz w:val="24"/>
          <w:szCs w:val="24"/>
        </w:rPr>
        <w:t>в сградата и района на училището;</w:t>
      </w:r>
    </w:p>
    <w:p w14:paraId="2F8DF09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системно създаване на конфликти, пречещи на педагогическите специалисти</w:t>
      </w:r>
    </w:p>
    <w:p w14:paraId="735319A1" w14:textId="77777777" w:rsidR="00E607B5" w:rsidRDefault="00D91D22">
      <w:pPr>
        <w:spacing w:after="110" w:line="288" w:lineRule="auto"/>
        <w:jc w:val="both"/>
      </w:pPr>
      <w:r>
        <w:rPr>
          <w:rFonts w:ascii="Times New Roman" w:hAnsi="Times New Roman" w:cs="Times New Roman" w:eastAsia="Times New Roman"/>
          <w:sz w:val="24"/>
          <w:szCs w:val="24"/>
        </w:rPr>
        <w:t>да изпълняват служебните си задължения или уронващи достойнството</w:t>
      </w:r>
    </w:p>
    <w:p w14:paraId="560B3AB6" w14:textId="77777777" w:rsidR="00E607B5" w:rsidRDefault="00D91D22">
      <w:pPr>
        <w:spacing w:after="110" w:line="288" w:lineRule="auto"/>
        <w:jc w:val="both"/>
      </w:pPr>
      <w:r>
        <w:rPr>
          <w:rFonts w:ascii="Times New Roman" w:hAnsi="Times New Roman" w:cs="Times New Roman" w:eastAsia="Times New Roman"/>
          <w:sz w:val="24"/>
          <w:szCs w:val="24"/>
        </w:rPr>
        <w:t>на служителите в училището;</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1108"/>
        <w:gridCol w:w="985"/>
        <w:gridCol w:w="1355"/>
        <w:gridCol w:w="1230"/>
        <w:gridCol w:w="1355"/>
        <w:gridCol w:w="737"/>
        <w:gridCol w:w="1354"/>
        <w:gridCol w:w="1231"/>
      </w:tblGrid>
      <w:tr w:rsidR="00E607B5" w14:paraId="3D7337CC" w14:textId="77777777">
        <w:tblPrEx>
          <w:tblCellMar>
            <w:top w:w="0" w:type="dxa"/>
            <w:bottom w:w="0" w:type="dxa"/>
          </w:tblCellMar>
        </w:tblPrEx>
        <w:trPr>
          <w:tblHeader/>
        </w:trPr>
        <w:tc>
          <w:tcPr>
            <w:tcW w:w="1109" w:type="dxa"/>
            <w:shd w:val="clear" w:color="auto" w:fill="D9D9D9"/>
            <w:tcMar>
              <w:top w:w="60" w:type="dxa"/>
              <w:left w:w="90" w:type="dxa"/>
              <w:bottom w:w="60" w:type="dxa"/>
              <w:right w:w="90" w:type="dxa"/>
            </w:tcMar>
            <w:vAlign w:val="center"/>
          </w:tcPr>
          <w:p w14:paraId="07D83076" w14:textId="77777777" w:rsidR="00E607B5" w:rsidRDefault="00D91D22">
            <w:pPr>
              <w:spacing w:line="264" w:lineRule="auto"/>
              <w:jc w:val="center"/>
            </w:pPr>
            <w:r>
              <w:rPr>
                <w:rFonts w:ascii="Times New Roman" w:hAnsi="Times New Roman" w:cs="Times New Roman" w:eastAsia="Times New Roman"/>
                <w:b/>
                <w:bCs/>
                <w:sz w:val="20"/>
                <w:szCs w:val="20"/>
              </w:rPr>
              <w:t>Вид на санкцията</w:t>
            </w:r>
          </w:p>
        </w:tc>
        <w:tc>
          <w:tcPr>
            <w:tcW w:w="985" w:type="dxa"/>
            <w:shd w:val="clear" w:color="auto" w:fill="D9D9D9"/>
            <w:tcMar>
              <w:top w:w="60" w:type="dxa"/>
              <w:left w:w="90" w:type="dxa"/>
              <w:bottom w:w="60" w:type="dxa"/>
              <w:right w:w="90" w:type="dxa"/>
            </w:tcMar>
            <w:vAlign w:val="center"/>
          </w:tcPr>
          <w:p w14:paraId="0BC7D844" w14:textId="77777777" w:rsidR="00E607B5" w:rsidRDefault="00D91D22">
            <w:pPr>
              <w:spacing w:line="264" w:lineRule="auto"/>
              <w:jc w:val="center"/>
            </w:pPr>
            <w:r>
              <w:rPr>
                <w:rFonts w:ascii="Times New Roman" w:hAnsi="Times New Roman" w:cs="Times New Roman" w:eastAsia="Times New Roman"/>
                <w:b/>
                <w:bCs/>
                <w:sz w:val="20"/>
                <w:szCs w:val="20"/>
              </w:rPr>
              <w:t>Причини</w:t>
            </w:r>
          </w:p>
        </w:tc>
        <w:tc>
          <w:tcPr>
            <w:tcW w:w="1355" w:type="dxa"/>
            <w:shd w:val="clear" w:color="auto" w:fill="D9D9D9"/>
            <w:tcMar>
              <w:top w:w="60" w:type="dxa"/>
              <w:left w:w="90" w:type="dxa"/>
              <w:bottom w:w="60" w:type="dxa"/>
              <w:right w:w="90" w:type="dxa"/>
            </w:tcMar>
            <w:vAlign w:val="center"/>
          </w:tcPr>
          <w:p w14:paraId="0CC0616D" w14:textId="77777777" w:rsidR="00E607B5" w:rsidRDefault="00D91D22">
            <w:pPr>
              <w:spacing w:line="264" w:lineRule="auto"/>
              <w:jc w:val="center"/>
            </w:pPr>
            <w:r>
              <w:rPr>
                <w:rFonts w:ascii="Times New Roman" w:hAnsi="Times New Roman" w:cs="Times New Roman" w:eastAsia="Times New Roman"/>
                <w:b/>
                <w:bCs/>
                <w:sz w:val="20"/>
                <w:szCs w:val="20"/>
              </w:rPr>
              <w:t>Действия на класен</w:t>
            </w:r>
          </w:p>
          <w:p w14:paraId="4B665954" w14:textId="77777777" w:rsidR="00E607B5" w:rsidRDefault="00D91D22">
            <w:pPr>
              <w:spacing w:line="264" w:lineRule="auto"/>
              <w:jc w:val="center"/>
            </w:pPr>
            <w:r>
              <w:rPr>
                <w:rFonts w:ascii="Times New Roman" w:hAnsi="Times New Roman" w:cs="Times New Roman" w:eastAsia="Times New Roman"/>
                <w:b/>
                <w:bCs/>
                <w:sz w:val="20"/>
                <w:szCs w:val="20"/>
              </w:rPr>
              <w:t>ръководител</w:t>
            </w:r>
          </w:p>
        </w:tc>
        <w:tc>
          <w:tcPr>
            <w:tcW w:w="1230" w:type="dxa"/>
            <w:shd w:val="clear" w:color="auto" w:fill="D9D9D9"/>
            <w:tcMar>
              <w:top w:w="60" w:type="dxa"/>
              <w:left w:w="90" w:type="dxa"/>
              <w:bottom w:w="60" w:type="dxa"/>
              <w:right w:w="90" w:type="dxa"/>
            </w:tcMar>
            <w:vAlign w:val="center"/>
          </w:tcPr>
          <w:p w14:paraId="307DD757" w14:textId="77777777" w:rsidR="00E607B5" w:rsidRDefault="00D91D22">
            <w:pPr>
              <w:spacing w:line="264" w:lineRule="auto"/>
              <w:jc w:val="center"/>
            </w:pPr>
            <w:r>
              <w:rPr>
                <w:rFonts w:ascii="Times New Roman" w:hAnsi="Times New Roman" w:cs="Times New Roman" w:eastAsia="Times New Roman"/>
                <w:b/>
                <w:bCs/>
                <w:sz w:val="20"/>
                <w:szCs w:val="20"/>
              </w:rPr>
              <w:t>Действия на ПС</w:t>
            </w:r>
          </w:p>
        </w:tc>
        <w:tc>
          <w:tcPr>
            <w:tcW w:w="1355" w:type="dxa"/>
            <w:shd w:val="clear" w:color="auto" w:fill="D9D9D9"/>
            <w:tcMar>
              <w:top w:w="60" w:type="dxa"/>
              <w:left w:w="90" w:type="dxa"/>
              <w:bottom w:w="60" w:type="dxa"/>
              <w:right w:w="90" w:type="dxa"/>
            </w:tcMar>
            <w:vAlign w:val="center"/>
          </w:tcPr>
          <w:p w14:paraId="66BAE6B1" w14:textId="77777777" w:rsidR="00E607B5" w:rsidRDefault="00D91D22">
            <w:pPr>
              <w:spacing w:line="264" w:lineRule="auto"/>
              <w:jc w:val="center"/>
            </w:pPr>
            <w:r>
              <w:rPr>
                <w:rFonts w:ascii="Times New Roman" w:hAnsi="Times New Roman" w:cs="Times New Roman" w:eastAsia="Times New Roman"/>
                <w:b/>
                <w:bCs/>
                <w:sz w:val="20"/>
                <w:szCs w:val="20"/>
              </w:rPr>
              <w:t>Действия на директор</w:t>
            </w:r>
          </w:p>
        </w:tc>
        <w:tc>
          <w:tcPr>
            <w:tcW w:w="737" w:type="dxa"/>
            <w:shd w:val="clear" w:color="auto" w:fill="D9D9D9"/>
            <w:tcMar>
              <w:top w:w="60" w:type="dxa"/>
              <w:left w:w="90" w:type="dxa"/>
              <w:bottom w:w="60" w:type="dxa"/>
              <w:right w:w="90" w:type="dxa"/>
            </w:tcMar>
            <w:vAlign w:val="center"/>
          </w:tcPr>
          <w:p w14:paraId="2B30F615" w14:textId="77777777" w:rsidR="00E607B5" w:rsidRDefault="00D91D22">
            <w:pPr>
              <w:spacing w:line="264" w:lineRule="auto"/>
              <w:jc w:val="center"/>
            </w:pPr>
            <w:r>
              <w:rPr>
                <w:rFonts w:ascii="Times New Roman" w:hAnsi="Times New Roman" w:cs="Times New Roman" w:eastAsia="Times New Roman"/>
                <w:b/>
                <w:bCs/>
                <w:sz w:val="20"/>
                <w:szCs w:val="20"/>
              </w:rPr>
              <w:t>Родител</w:t>
            </w:r>
          </w:p>
        </w:tc>
        <w:tc>
          <w:tcPr>
            <w:tcW w:w="1354" w:type="dxa"/>
            <w:shd w:val="clear" w:color="auto" w:fill="D9D9D9"/>
            <w:tcMar>
              <w:top w:w="60" w:type="dxa"/>
              <w:left w:w="90" w:type="dxa"/>
              <w:bottom w:w="60" w:type="dxa"/>
              <w:right w:w="90" w:type="dxa"/>
            </w:tcMar>
            <w:vAlign w:val="center"/>
          </w:tcPr>
          <w:p w14:paraId="105D5F0B" w14:textId="77777777" w:rsidR="00E607B5" w:rsidRDefault="00D91D22">
            <w:pPr>
              <w:spacing w:line="264" w:lineRule="auto"/>
              <w:jc w:val="center"/>
            </w:pPr>
            <w:r>
              <w:rPr>
                <w:rFonts w:ascii="Times New Roman" w:hAnsi="Times New Roman" w:cs="Times New Roman" w:eastAsia="Times New Roman"/>
                <w:b/>
                <w:bCs/>
                <w:sz w:val="20"/>
                <w:szCs w:val="20"/>
              </w:rPr>
              <w:t>Екип за обща подкрепа</w:t>
            </w:r>
          </w:p>
        </w:tc>
        <w:tc>
          <w:tcPr>
            <w:tcW w:w="1231" w:type="dxa"/>
            <w:shd w:val="clear" w:color="auto" w:fill="D9D9D9"/>
            <w:tcMar>
              <w:top w:w="60" w:type="dxa"/>
              <w:left w:w="90" w:type="dxa"/>
              <w:bottom w:w="60" w:type="dxa"/>
              <w:right w:w="90" w:type="dxa"/>
            </w:tcMar>
            <w:vAlign w:val="center"/>
          </w:tcPr>
          <w:p w14:paraId="6913F38C" w14:textId="77777777" w:rsidR="00E607B5" w:rsidRDefault="00D91D22">
            <w:pPr>
              <w:spacing w:line="264" w:lineRule="auto"/>
              <w:jc w:val="center"/>
            </w:pPr>
            <w:r>
              <w:rPr>
                <w:rFonts w:ascii="Times New Roman" w:hAnsi="Times New Roman" w:cs="Times New Roman" w:eastAsia="Times New Roman"/>
                <w:b/>
                <w:bCs/>
                <w:sz w:val="20"/>
                <w:szCs w:val="20"/>
              </w:rPr>
              <w:t>Забележка</w:t>
            </w:r>
          </w:p>
        </w:tc>
      </w:tr>
      <w:tr w:rsidR="00E607B5" w14:paraId="511A84D7" w14:textId="77777777">
        <w:tblPrEx>
          <w:tblCellMar>
            <w:top w:w="0" w:type="dxa"/>
            <w:bottom w:w="0" w:type="dxa"/>
          </w:tblCellMar>
        </w:tblPrEx>
        <w:tc>
          <w:tcPr>
            <w:tcW w:w="1109" w:type="dxa"/>
            <w:shd w:val="clear" w:color="auto" w:fill="FFFFFF"/>
            <w:tcMar>
              <w:top w:w="60" w:type="dxa"/>
              <w:left w:w="90" w:type="dxa"/>
              <w:bottom w:w="60" w:type="dxa"/>
              <w:right w:w="90" w:type="dxa"/>
            </w:tcMar>
            <w:vAlign w:val="center"/>
          </w:tcPr>
          <w:p w14:paraId="08306335" w14:textId="77777777" w:rsidR="00E607B5" w:rsidRDefault="00D91D22">
            <w:pPr>
              <w:spacing w:line="264" w:lineRule="auto"/>
            </w:pPr>
            <w:r>
              <w:rPr>
                <w:rFonts w:ascii="Times New Roman" w:hAnsi="Times New Roman" w:cs="Times New Roman" w:eastAsia="Times New Roman"/>
                <w:b/>
                <w:bCs/>
                <w:sz w:val="19"/>
                <w:szCs w:val="19"/>
              </w:rPr>
              <w:t>- „Преместване от дневна в самостоятелна форма на обучение“</w:t>
            </w:r>
          </w:p>
          <w:p w14:paraId="435A906A" w14:textId="77777777" w:rsidR="00E607B5" w:rsidRDefault="00D91D22">
            <w:pPr>
              <w:spacing w:line="264" w:lineRule="auto"/>
            </w:pPr>
            <w:r>
              <w:rPr>
                <w:rFonts w:ascii="Times New Roman" w:hAnsi="Times New Roman" w:cs="Times New Roman" w:eastAsia="Times New Roman"/>
                <w:b/>
                <w:bCs/>
                <w:sz w:val="19"/>
                <w:szCs w:val="19"/>
              </w:rPr>
              <w:t>Срок: до края на учебната година</w:t>
            </w:r>
          </w:p>
          <w:p w14:paraId="04631A23" w14:textId="77777777" w:rsidR="00E607B5" w:rsidRDefault="00D91D22">
            <w:pPr>
              <w:spacing w:line="264" w:lineRule="auto"/>
            </w:pPr>
            <w:r>
              <w:rPr>
                <w:rFonts w:ascii="Times New Roman" w:hAnsi="Times New Roman" w:cs="Times New Roman" w:eastAsia="Times New Roman"/>
                <w:b/>
                <w:bCs/>
                <w:sz w:val="19"/>
                <w:szCs w:val="19"/>
              </w:rPr>
              <w:t>- чл. 199, ал. 1, т. 5 от ЗПУО</w:t>
            </w:r>
          </w:p>
        </w:tc>
        <w:tc>
          <w:tcPr>
            <w:tcW w:w="985" w:type="dxa"/>
            <w:shd w:val="clear" w:color="auto" w:fill="FFFFFF"/>
            <w:tcMar>
              <w:top w:w="60" w:type="dxa"/>
              <w:left w:w="90" w:type="dxa"/>
              <w:bottom w:w="60" w:type="dxa"/>
              <w:right w:w="90" w:type="dxa"/>
            </w:tcMar>
            <w:vAlign w:val="center"/>
          </w:tcPr>
          <w:p w14:paraId="68EE6C35" w14:textId="77777777" w:rsidR="00E607B5" w:rsidRDefault="00D91D22">
            <w:pPr>
              <w:spacing w:line="264" w:lineRule="auto"/>
            </w:pPr>
            <w:r>
              <w:rPr>
                <w:rFonts w:ascii="Times New Roman" w:hAnsi="Times New Roman" w:cs="Times New Roman" w:eastAsia="Times New Roman"/>
                <w:sz w:val="19"/>
                <w:szCs w:val="19"/>
              </w:rPr>
              <w:t>при повече от 15 неизвинени отсъствия</w:t>
            </w:r>
          </w:p>
          <w:p w14:paraId="1DBA0FA3" w14:textId="77777777" w:rsidR="00E607B5" w:rsidRDefault="00D91D22">
            <w:pPr>
              <w:spacing w:line="264" w:lineRule="auto"/>
            </w:pPr>
            <w:r>
              <w:rPr>
                <w:rFonts w:ascii="Times New Roman" w:hAnsi="Times New Roman" w:cs="Times New Roman" w:eastAsia="Times New Roman"/>
                <w:sz w:val="19"/>
                <w:szCs w:val="19"/>
              </w:rPr>
              <w:t>при тежки или системни нарушения</w:t>
            </w:r>
          </w:p>
        </w:tc>
        <w:tc>
          <w:tcPr>
            <w:tcW w:w="1355" w:type="dxa"/>
            <w:shd w:val="clear" w:color="auto" w:fill="FFFFFF"/>
            <w:tcMar>
              <w:top w:w="60" w:type="dxa"/>
              <w:left w:w="90" w:type="dxa"/>
              <w:bottom w:w="60" w:type="dxa"/>
              <w:right w:w="90" w:type="dxa"/>
            </w:tcMar>
            <w:vAlign w:val="center"/>
          </w:tcPr>
          <w:p w14:paraId="05F6A6A7" w14:textId="77777777" w:rsidR="00E607B5" w:rsidRDefault="00D91D22">
            <w:pPr>
              <w:spacing w:line="264" w:lineRule="auto"/>
            </w:pPr>
            <w:r>
              <w:rPr>
                <w:rFonts w:ascii="Times New Roman" w:hAnsi="Times New Roman" w:cs="Times New Roman" w:eastAsia="Times New Roman"/>
                <w:b/>
                <w:bCs/>
                <w:sz w:val="19"/>
                <w:szCs w:val="19"/>
              </w:rPr>
              <w:t>Изготвя мотивирано писмено предложение до ПС (Приложение 8)</w:t>
            </w:r>
          </w:p>
          <w:p w14:paraId="6263FE40" w14:textId="77777777" w:rsidR="00E607B5" w:rsidRDefault="00D91D22">
            <w:pPr>
              <w:spacing w:line="264" w:lineRule="auto"/>
            </w:pPr>
            <w:r>
              <w:rPr>
                <w:rFonts w:ascii="Times New Roman" w:hAnsi="Times New Roman" w:cs="Times New Roman" w:eastAsia="Times New Roman"/>
                <w:b/>
                <w:bCs/>
                <w:sz w:val="19"/>
                <w:szCs w:val="19"/>
              </w:rPr>
              <w:t>Изготвя уведомително писмо до родител</w:t>
            </w:r>
          </w:p>
          <w:p w14:paraId="311DD62F" w14:textId="77777777" w:rsidR="00E607B5" w:rsidRDefault="00D91D22">
            <w:pPr>
              <w:spacing w:line="264" w:lineRule="auto"/>
            </w:pPr>
            <w:r>
              <w:rPr>
                <w:rFonts w:ascii="Times New Roman" w:hAnsi="Times New Roman" w:cs="Times New Roman" w:eastAsia="Times New Roman"/>
                <w:b/>
                <w:bCs/>
                <w:sz w:val="19"/>
                <w:szCs w:val="19"/>
              </w:rPr>
              <w:t>(Приложение 9)</w:t>
            </w:r>
          </w:p>
          <w:p w14:paraId="60AEA95B" w14:textId="77777777" w:rsidR="00E607B5" w:rsidRDefault="00D91D22">
            <w:pPr>
              <w:spacing w:line="264" w:lineRule="auto"/>
            </w:pPr>
            <w:r>
              <w:rPr>
                <w:rFonts w:ascii="Times New Roman" w:hAnsi="Times New Roman" w:cs="Times New Roman" w:eastAsia="Times New Roman"/>
                <w:b/>
                <w:bCs/>
                <w:sz w:val="19"/>
                <w:szCs w:val="19"/>
              </w:rPr>
              <w:t xml:space="preserve">Докладва пред Педагогическия съвет в присъствието на ученика, </w:t>
            </w:r>
            <w:r>
              <w:rPr>
                <w:rFonts w:ascii="Times New Roman" w:hAnsi="Times New Roman" w:cs="Times New Roman" w:eastAsia="Times New Roman"/>
                <w:b/>
                <w:bCs/>
                <w:sz w:val="19"/>
                <w:szCs w:val="19"/>
              </w:rPr>
              <w:lastRenderedPageBreak/>
              <w:t>родителя и психолога</w:t>
            </w:r>
          </w:p>
          <w:p w14:paraId="27A3F18F" w14:textId="77777777" w:rsidR="00E607B5" w:rsidRDefault="00D91D22">
            <w:pPr>
              <w:spacing w:line="264" w:lineRule="auto"/>
            </w:pPr>
            <w:r>
              <w:rPr>
                <w:rFonts w:ascii="Times New Roman" w:hAnsi="Times New Roman" w:cs="Times New Roman" w:eastAsia="Times New Roman"/>
                <w:b/>
                <w:bCs/>
                <w:sz w:val="19"/>
                <w:szCs w:val="19"/>
              </w:rPr>
              <w:t>Съобщава на родителя за наложената санкция в тридневен срок</w:t>
            </w:r>
          </w:p>
          <w:p w14:paraId="5776CB32" w14:textId="77777777" w:rsidR="00E607B5" w:rsidRDefault="00D91D22">
            <w:pPr>
              <w:spacing w:line="264" w:lineRule="auto"/>
            </w:pPr>
            <w:r>
              <w:rPr>
                <w:rFonts w:ascii="Times New Roman" w:hAnsi="Times New Roman" w:cs="Times New Roman" w:eastAsia="Times New Roman"/>
                <w:b/>
                <w:bCs/>
                <w:sz w:val="19"/>
                <w:szCs w:val="19"/>
              </w:rPr>
              <w:t>(Приложение 15)</w:t>
            </w:r>
          </w:p>
          <w:p w14:paraId="035E2B9D" w14:textId="77777777" w:rsidR="00E607B5" w:rsidRDefault="00D91D22">
            <w:pPr>
              <w:spacing w:line="264" w:lineRule="auto"/>
            </w:pPr>
            <w:r>
              <w:rPr>
                <w:rFonts w:ascii="Times New Roman" w:hAnsi="Times New Roman" w:cs="Times New Roman" w:eastAsia="Times New Roman"/>
                <w:b/>
                <w:bCs/>
                <w:sz w:val="19"/>
                <w:szCs w:val="19"/>
              </w:rPr>
              <w:t>Отбелязва санкцията в дневника, ученическата</w:t>
            </w:r>
          </w:p>
          <w:p w14:paraId="4EBBCF78" w14:textId="77777777" w:rsidR="00E607B5" w:rsidRDefault="00D91D22">
            <w:pPr>
              <w:spacing w:line="264" w:lineRule="auto"/>
            </w:pPr>
            <w:r>
              <w:rPr>
                <w:rFonts w:ascii="Times New Roman" w:hAnsi="Times New Roman" w:cs="Times New Roman" w:eastAsia="Times New Roman"/>
                <w:b/>
                <w:bCs/>
                <w:sz w:val="19"/>
                <w:szCs w:val="19"/>
              </w:rPr>
              <w:t>книжка и ЛОД</w:t>
            </w:r>
          </w:p>
        </w:tc>
        <w:tc>
          <w:tcPr>
            <w:tcW w:w="1230" w:type="dxa"/>
            <w:shd w:val="clear" w:color="auto" w:fill="FFFFFF"/>
            <w:tcMar>
              <w:top w:w="60" w:type="dxa"/>
              <w:left w:w="90" w:type="dxa"/>
              <w:bottom w:w="60" w:type="dxa"/>
              <w:right w:w="90" w:type="dxa"/>
            </w:tcMar>
            <w:vAlign w:val="center"/>
          </w:tcPr>
          <w:p w14:paraId="16131998" w14:textId="77777777" w:rsidR="00E607B5" w:rsidRDefault="00D91D22">
            <w:pPr>
              <w:spacing w:line="264" w:lineRule="auto"/>
            </w:pPr>
            <w:r>
              <w:rPr>
                <w:rFonts w:ascii="Times New Roman" w:hAnsi="Times New Roman" w:cs="Times New Roman" w:eastAsia="Times New Roman"/>
                <w:sz w:val="19"/>
                <w:szCs w:val="19"/>
              </w:rPr>
              <w:lastRenderedPageBreak/>
              <w:t>Изслушва ученика</w:t>
            </w:r>
          </w:p>
          <w:p w14:paraId="75C99E61" w14:textId="77777777" w:rsidR="00E607B5" w:rsidRDefault="00D91D22">
            <w:pPr>
              <w:spacing w:line="264" w:lineRule="auto"/>
            </w:pPr>
            <w:r>
              <w:rPr>
                <w:rFonts w:ascii="Times New Roman" w:hAnsi="Times New Roman" w:cs="Times New Roman" w:eastAsia="Times New Roman"/>
                <w:sz w:val="19"/>
                <w:szCs w:val="19"/>
              </w:rPr>
              <w:t>Предлага на директора да изготви Заповед за налагане на санкция</w:t>
            </w:r>
          </w:p>
        </w:tc>
        <w:tc>
          <w:tcPr>
            <w:tcW w:w="1355" w:type="dxa"/>
            <w:shd w:val="clear" w:color="auto" w:fill="FFFFFF"/>
            <w:tcMar>
              <w:top w:w="60" w:type="dxa"/>
              <w:left w:w="90" w:type="dxa"/>
              <w:bottom w:w="60" w:type="dxa"/>
              <w:right w:w="90" w:type="dxa"/>
            </w:tcMar>
            <w:vAlign w:val="center"/>
          </w:tcPr>
          <w:p w14:paraId="52CDD7FD" w14:textId="77777777" w:rsidR="00E607B5" w:rsidRDefault="00D91D22">
            <w:pPr>
              <w:spacing w:line="264" w:lineRule="auto"/>
            </w:pPr>
            <w:r>
              <w:rPr>
                <w:rFonts w:ascii="Times New Roman" w:hAnsi="Times New Roman" w:cs="Times New Roman" w:eastAsia="Times New Roman"/>
                <w:b/>
                <w:bCs/>
                <w:sz w:val="19"/>
                <w:szCs w:val="19"/>
              </w:rPr>
              <w:t>Подписва уведомително писмо до родител</w:t>
            </w:r>
          </w:p>
          <w:p w14:paraId="3DE3DC5A" w14:textId="77777777" w:rsidR="00E607B5" w:rsidRDefault="00D91D22">
            <w:pPr>
              <w:spacing w:line="264" w:lineRule="auto"/>
            </w:pPr>
            <w:r>
              <w:rPr>
                <w:rFonts w:ascii="Times New Roman" w:hAnsi="Times New Roman" w:cs="Times New Roman" w:eastAsia="Times New Roman"/>
                <w:b/>
                <w:bCs/>
                <w:sz w:val="19"/>
                <w:szCs w:val="19"/>
              </w:rPr>
              <w:t>Изпраща уведомително писмо до отдел</w:t>
            </w:r>
          </w:p>
          <w:p w14:paraId="6989418F" w14:textId="77777777" w:rsidR="00E607B5" w:rsidRDefault="00D91D22">
            <w:pPr>
              <w:spacing w:line="264" w:lineRule="auto"/>
            </w:pPr>
            <w:r>
              <w:rPr>
                <w:rFonts w:ascii="Times New Roman" w:hAnsi="Times New Roman" w:cs="Times New Roman" w:eastAsia="Times New Roman"/>
                <w:b/>
                <w:bCs/>
                <w:sz w:val="19"/>
                <w:szCs w:val="19"/>
              </w:rPr>
              <w:t>„Закрила на детето“ към дирекция</w:t>
            </w:r>
          </w:p>
          <w:p w14:paraId="51A4F51F" w14:textId="77777777" w:rsidR="00E607B5" w:rsidRDefault="00D91D22">
            <w:pPr>
              <w:spacing w:line="264" w:lineRule="auto"/>
            </w:pPr>
            <w:r>
              <w:rPr>
                <w:rFonts w:ascii="Times New Roman" w:hAnsi="Times New Roman" w:cs="Times New Roman" w:eastAsia="Times New Roman"/>
                <w:b/>
                <w:bCs/>
                <w:sz w:val="19"/>
                <w:szCs w:val="19"/>
              </w:rPr>
              <w:t>„Социално подпомагане“</w:t>
            </w:r>
          </w:p>
          <w:p w14:paraId="405C8EDD" w14:textId="77777777" w:rsidR="00E607B5" w:rsidRDefault="00D91D22">
            <w:pPr>
              <w:spacing w:line="264" w:lineRule="auto"/>
            </w:pPr>
            <w:r>
              <w:rPr>
                <w:rFonts w:ascii="Times New Roman" w:hAnsi="Times New Roman" w:cs="Times New Roman" w:eastAsia="Times New Roman"/>
                <w:b/>
                <w:bCs/>
                <w:sz w:val="19"/>
                <w:szCs w:val="19"/>
              </w:rPr>
              <w:t>(Приложение 10)</w:t>
            </w:r>
          </w:p>
          <w:p w14:paraId="39E17DA4" w14:textId="77777777" w:rsidR="00E607B5" w:rsidRDefault="00D91D22">
            <w:pPr>
              <w:spacing w:line="264" w:lineRule="auto"/>
            </w:pPr>
            <w:r>
              <w:rPr>
                <w:rFonts w:ascii="Times New Roman" w:hAnsi="Times New Roman" w:cs="Times New Roman" w:eastAsia="Times New Roman"/>
                <w:b/>
                <w:bCs/>
                <w:sz w:val="19"/>
                <w:szCs w:val="19"/>
              </w:rPr>
              <w:t xml:space="preserve">Издава заповед в срок от 14 дни от </w:t>
            </w:r>
            <w:r>
              <w:rPr>
                <w:rFonts w:ascii="Times New Roman" w:hAnsi="Times New Roman" w:cs="Times New Roman" w:eastAsia="Times New Roman"/>
                <w:b/>
                <w:bCs/>
                <w:sz w:val="19"/>
                <w:szCs w:val="19"/>
              </w:rPr>
              <w:lastRenderedPageBreak/>
              <w:t>предложението на ПС</w:t>
            </w:r>
          </w:p>
          <w:p w14:paraId="1A9DCFC0" w14:textId="77777777" w:rsidR="00E607B5" w:rsidRDefault="00D91D22">
            <w:pPr>
              <w:spacing w:line="264" w:lineRule="auto"/>
            </w:pPr>
            <w:r>
              <w:rPr>
                <w:rFonts w:ascii="Times New Roman" w:hAnsi="Times New Roman" w:cs="Times New Roman" w:eastAsia="Times New Roman"/>
                <w:b/>
                <w:bCs/>
                <w:sz w:val="19"/>
                <w:szCs w:val="19"/>
              </w:rPr>
              <w:t>Уведомява РУО</w:t>
            </w:r>
          </w:p>
          <w:p w14:paraId="3337C40E" w14:textId="77777777" w:rsidR="00E607B5" w:rsidRDefault="00D91D22">
            <w:pPr>
              <w:spacing w:line="264" w:lineRule="auto"/>
            </w:pPr>
            <w:r>
              <w:rPr>
                <w:rFonts w:ascii="Times New Roman" w:hAnsi="Times New Roman" w:cs="Times New Roman" w:eastAsia="Times New Roman"/>
                <w:b/>
                <w:bCs/>
                <w:sz w:val="19"/>
                <w:szCs w:val="19"/>
              </w:rPr>
              <w:t>Издава заповед за заличаване на санкцията</w:t>
            </w:r>
          </w:p>
        </w:tc>
        <w:tc>
          <w:tcPr>
            <w:tcW w:w="737" w:type="dxa"/>
            <w:shd w:val="clear" w:color="auto" w:fill="FFFFFF"/>
            <w:tcMar>
              <w:top w:w="60" w:type="dxa"/>
              <w:left w:w="90" w:type="dxa"/>
              <w:bottom w:w="60" w:type="dxa"/>
              <w:right w:w="90" w:type="dxa"/>
            </w:tcMar>
            <w:vAlign w:val="center"/>
          </w:tcPr>
          <w:p w14:paraId="7D69159D" w14:textId="77777777" w:rsidR="00E607B5" w:rsidRDefault="00D91D22">
            <w:pPr>
              <w:spacing w:line="264" w:lineRule="auto"/>
            </w:pPr>
            <w:r>
              <w:rPr>
                <w:rFonts w:ascii="Times New Roman" w:hAnsi="Times New Roman" w:cs="Times New Roman" w:eastAsia="Times New Roman"/>
                <w:sz w:val="19"/>
                <w:szCs w:val="19"/>
              </w:rPr>
              <w:lastRenderedPageBreak/>
              <w:t>Има право да присъства на изслушването и да изрази мнение</w:t>
            </w:r>
          </w:p>
        </w:tc>
        <w:tc>
          <w:tcPr>
            <w:tcW w:w="1354" w:type="dxa"/>
            <w:shd w:val="clear" w:color="auto" w:fill="FFFFFF"/>
            <w:tcMar>
              <w:top w:w="60" w:type="dxa"/>
              <w:left w:w="90" w:type="dxa"/>
              <w:bottom w:w="60" w:type="dxa"/>
              <w:right w:w="90" w:type="dxa"/>
            </w:tcMar>
            <w:vAlign w:val="center"/>
          </w:tcPr>
          <w:p w14:paraId="436F21A5" w14:textId="77777777" w:rsidR="00E607B5" w:rsidRDefault="00D91D22">
            <w:pPr>
              <w:spacing w:line="264" w:lineRule="auto"/>
            </w:pPr>
            <w:r>
              <w:rPr>
                <w:rFonts w:ascii="Times New Roman" w:hAnsi="Times New Roman" w:cs="Times New Roman" w:eastAsia="Times New Roman"/>
                <w:sz w:val="19"/>
                <w:szCs w:val="19"/>
              </w:rPr>
              <w:t>След запознаване с предложението и обстоятелствата по случая, излиза с мотивирано предложение за дейности от общата подкрепа за личностно развитие за превенция и преодоляване на проблемното поведение</w:t>
            </w:r>
          </w:p>
        </w:tc>
        <w:tc>
          <w:tcPr>
            <w:tcW w:w="1231" w:type="dxa"/>
            <w:shd w:val="clear" w:color="auto" w:fill="FFFFFF"/>
            <w:tcMar>
              <w:top w:w="60" w:type="dxa"/>
              <w:left w:w="90" w:type="dxa"/>
              <w:bottom w:w="60" w:type="dxa"/>
              <w:right w:w="90" w:type="dxa"/>
            </w:tcMar>
            <w:vAlign w:val="center"/>
          </w:tcPr>
          <w:p w14:paraId="196A894A" w14:textId="77777777" w:rsidR="00E607B5" w:rsidRDefault="00D91D22">
            <w:pPr>
              <w:spacing w:line="264" w:lineRule="auto"/>
            </w:pPr>
            <w:r>
              <w:rPr>
                <w:rFonts w:ascii="Times New Roman" w:hAnsi="Times New Roman" w:cs="Times New Roman" w:eastAsia="Times New Roman"/>
                <w:sz w:val="19"/>
                <w:szCs w:val="19"/>
              </w:rPr>
              <w:t>Класният ръководител изисква писмени обяснения от ученика</w:t>
            </w:r>
          </w:p>
          <w:p w14:paraId="2721A743" w14:textId="77777777" w:rsidR="00E607B5" w:rsidRDefault="00D91D22">
            <w:pPr>
              <w:spacing w:line="264" w:lineRule="auto"/>
            </w:pPr>
            <w:r>
              <w:rPr>
                <w:rFonts w:ascii="Times New Roman" w:hAnsi="Times New Roman" w:cs="Times New Roman" w:eastAsia="Times New Roman"/>
                <w:sz w:val="19"/>
                <w:szCs w:val="19"/>
              </w:rPr>
              <w:t>В заповедта се посочват видът на санкцията, срокът и мотивите за налагането ѝ</w:t>
            </w:r>
          </w:p>
        </w:tc>
      </w:tr>
    </w:tbl>
    <w:p w14:paraId="0166FB3C" w14:textId="77777777" w:rsidR="00E607B5" w:rsidRDefault="00E607B5">
      <w:pPr>
        <w:spacing w:after="120" w:line="288" w:lineRule="auto"/>
        <w:jc w:val="both"/>
      </w:pPr>
    </w:p>
    <w:p w14:paraId="66C0D91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6.Дейности при констатиране на първи прояви, несъвместими със законоустановените норми и правила за поведение, регламентирани в Правилника за дейността на училището и Етичния кодекс на училището:</w:t>
      </w:r>
    </w:p>
    <w:p w14:paraId="0F54BB8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6.1. Разговор между ученика и класния ръководител за изясняване на причините и обстоятелствата при извършване на нарушението, видът и тежестта му съобразно възрастовите и личностните особености на ученика. Набелязване на мерки за преодоляване на проблемното поведение в съответствие от чл. 45 до чл.53 от Наредбата за приобщаващото образование, приета с ПМС 232 от 20.10.2017 г.;</w:t>
      </w:r>
    </w:p>
    <w:p w14:paraId="40AAA7C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6.2. Информиране на родителя от класния ръководител за дейностите, които ще се прилагат спрямо ученика за преодоляване на проблемното поведение и последващите действия, ако мерките не постигнат желания резултат;</w:t>
      </w:r>
    </w:p>
    <w:p w14:paraId="6DF405B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6.2.1. в случай, че родителят не дава съгласие за прилагане на набелязаните мерки, класният ръководител информира директора на училището с предложение за уведомяване на съответната териториална структура на закрила на детето по местоживеене;</w:t>
      </w:r>
    </w:p>
    <w:p w14:paraId="458C17B2"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6.2.2. родителят дава съгласие за прилагане на набелязаните мерки;</w:t>
      </w:r>
    </w:p>
    <w:p w14:paraId="2A75D5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6.2.3. набелязаните дейностите се изпълняват и дават добър резултат. Процедурата</w:t>
      </w:r>
    </w:p>
    <w:p w14:paraId="059877B7" w14:textId="77777777" w:rsidR="00E607B5" w:rsidRDefault="00D91D22">
      <w:pPr>
        <w:spacing w:after="110" w:line="288" w:lineRule="auto"/>
        <w:jc w:val="both"/>
      </w:pPr>
      <w:r>
        <w:rPr>
          <w:rFonts w:ascii="Times New Roman" w:hAnsi="Times New Roman" w:cs="Times New Roman" w:eastAsia="Times New Roman"/>
          <w:sz w:val="24"/>
          <w:szCs w:val="24"/>
        </w:rPr>
        <w:t>по налагане на санкция не се прилага;</w:t>
      </w:r>
    </w:p>
    <w:p w14:paraId="45355137" w14:textId="77777777" w:rsidR="00E607B5" w:rsidRDefault="00D91D22">
      <w:pPr>
        <w:spacing w:before="170" w:after="100" w:line="288" w:lineRule="auto"/>
      </w:pPr>
      <w:r>
        <w:rPr>
          <w:rFonts w:ascii="Times New Roman" w:hAnsi="Times New Roman" w:cs="Times New Roman" w:eastAsia="Times New Roman"/>
          <w:b/>
          <w:bCs/>
          <w:color w:val="000000"/>
          <w:sz w:val="24"/>
          <w:szCs w:val="24"/>
        </w:rPr>
        <w:t>6.2.4. прилагането на набелязаните дейностите не дават резултат и се започва</w:t>
      </w:r>
    </w:p>
    <w:p w14:paraId="29798B7D" w14:textId="77777777" w:rsidR="00E607B5" w:rsidRDefault="00D91D22">
      <w:pPr>
        <w:spacing w:after="110" w:line="288" w:lineRule="auto"/>
        <w:jc w:val="both"/>
      </w:pPr>
      <w:r>
        <w:rPr>
          <w:rFonts w:ascii="Times New Roman" w:hAnsi="Times New Roman" w:cs="Times New Roman" w:eastAsia="Times New Roman"/>
          <w:sz w:val="24"/>
          <w:szCs w:val="24"/>
        </w:rPr>
        <w:t>процедура по налагане на санкция.</w:t>
      </w:r>
    </w:p>
    <w:p w14:paraId="36E9127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43. </w:t>
      </w:r>
      <w:r>
        <w:rPr>
          <w:rFonts w:ascii="Times New Roman" w:hAnsi="Times New Roman" w:cs="Times New Roman" w:eastAsia="Times New Roman"/>
          <w:sz w:val="24"/>
          <w:szCs w:val="24"/>
        </w:rPr>
        <w:t>(1) За едно нарушение не може да бъде наложена повече от една санкция Мерките по чл. 199, ал. 2 и 3 се налагат независимо от санкциите по чл. 199, ал. 1. /съгласно чл. 199, чл. 200, чл.201 от ЗПУО/</w:t>
      </w:r>
    </w:p>
    <w:p w14:paraId="2675B00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2675B00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(3) Санкции не се налагат на ученици, когато поведението им е резултат от увреждане или нарушение на здравето, посочено в медицински документи.</w:t>
      </w:r>
    </w:p>
    <w:p w14:paraId="0BEEC5C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44. </w:t>
      </w:r>
      <w:r>
        <w:rPr>
          <w:rFonts w:ascii="Times New Roman" w:hAnsi="Times New Roman" w:cs="Times New Roman" w:eastAsia="Times New Roman"/>
          <w:sz w:val="24"/>
          <w:szCs w:val="24"/>
        </w:rPr>
        <w:t>(1) Санкциите са срочни.</w:t>
      </w:r>
    </w:p>
    <w:p w14:paraId="62251BF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Срокът на санкциите е до края на учебната година.</w:t>
      </w:r>
    </w:p>
    <w:p w14:paraId="44AF661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(3)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17EC6E8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45. </w:t>
      </w:r>
      <w:r>
        <w:rPr>
          <w:rFonts w:ascii="Times New Roman" w:hAnsi="Times New Roman" w:cs="Times New Roman" w:eastAsia="Times New Roman"/>
          <w:sz w:val="24"/>
          <w:szCs w:val="24"/>
        </w:rPr>
        <w:t>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6457FEC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46. </w:t>
      </w:r>
      <w:r>
        <w:rPr>
          <w:rFonts w:ascii="Times New Roman" w:hAnsi="Times New Roman" w:cs="Times New Roman" w:eastAsia="Times New Roman"/>
          <w:sz w:val="24"/>
          <w:szCs w:val="24"/>
        </w:rPr>
        <w:t>(1) За откриване на процедура по налагане на санкциите по чл. 199, ал. 1 от ЗПУО директорът задължително уведомява родителя, а в случаите по чл. 199, ал. 1, т. 3 - 5 от ЗПУО - и съответните териториални структури за закрила на детето.</w:t>
      </w:r>
    </w:p>
    <w:p w14:paraId="1ED6608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процедурата по налагане на санкция малолетният ученик се представлява от родителя си или от упълномощено от родителя лице, а непълнолетният ученик извършва всички действия лично, но със съгласието на родителите си.</w:t>
      </w:r>
    </w:p>
    <w:p w14:paraId="2140F58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14:paraId="54180C8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39A500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Конкретните условия и ред за налагане на санкциите по чл. 199, ал. 1 от ЗПУО се определят с държавния образователен стандарт за приобщаващото образование.</w:t>
      </w:r>
    </w:p>
    <w:p w14:paraId="39A500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(6) В уведомлението по ал. 1 се посочват извършеното от ученика нарушение, както и условията, при които родителят, съответно определеното лице, може да участва в процедурата по налагане на санкцията.</w:t>
      </w:r>
    </w:p>
    <w:p w14:paraId="39A500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(7) Връчването на уведомлението по ал. 1 се извършва от служител на училището, по пощата или чрез куриерска служба с препоръчана пратка с обратна разписка на адреса на родителя или на определеното лице. Съобщаването може да се извърши и на посочен от родителя или от определеното лице електронен адрес, като в този случай връчването се удостоверява с копие от електронния запис за това.</w:t>
      </w:r>
    </w:p>
    <w:p w14:paraId="0A21E0F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47. </w:t>
      </w:r>
      <w:r>
        <w:rPr>
          <w:rFonts w:ascii="Times New Roman" w:hAnsi="Times New Roman" w:cs="Times New Roman" w:eastAsia="Times New Roman"/>
          <w:sz w:val="24"/>
          <w:szCs w:val="24"/>
        </w:rPr>
        <w:t>(1)Заповедта за налагане на санкцията се издава в 14-дневен срок от предложението по чл. 45 от настоящия правилник /съгласно чл. 205, ал.1 от ЗПУО/.</w:t>
      </w:r>
    </w:p>
    <w:p w14:paraId="50C10FA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заповедта по ал. 1 се посочват видът на санкцията, срокът и мотивите за налагането й. В мотивите се посочват предприетите дейности за мотивация на ученика и за преодоляване на проблемното му поведение, в случай че такива са били предприети, и причините те да не дадат резултат.</w:t>
      </w:r>
    </w:p>
    <w:p w14:paraId="1982F11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Заповедта се съобщава в тридневен срок от издаването й на ученика и на родителя му, а заповедта за налагане на санкция "преместване в друго училище"- и на началника на регионалното управление на образованието.</w:t>
      </w:r>
    </w:p>
    <w:p w14:paraId="4F6783E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Заповедта по ал.1 може да се оспорва по административен ред пред органите по чл. 259, ал. 2, т. 1, 2, 3 и 5 от ЗПУО.</w:t>
      </w:r>
    </w:p>
    <w:p w14:paraId="513CF80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Заповедта по ал. 1 може да се обжалва при условията и по реда на Административно процесуалния кодекс.</w:t>
      </w:r>
    </w:p>
    <w:p w14:paraId="513CF80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(6) Преди подписване на заповедта директорът проверява спазването на процедурата по контролния лист (Приложение № 95). Хронологията на преписката се отразява в контролната карта (Приложение № 96).</w:t>
      </w:r>
    </w:p>
    <w:p w14:paraId="2B03478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Чл. 48. (1) Наложените санкции се отразяват в ученическата книжка, в личния картон/личното образователно дело на ученика и в бележника за кореспонденция, както и в електронния дневник и в НЕИСПУО.</w:t>
      </w:r>
      <w:r>
        <w:rPr>
          <w:rFonts w:ascii="Times New Roman" w:hAnsi="Times New Roman" w:cs="Times New Roman" w:eastAsia="Times New Roman"/>
          <w:sz w:val="24"/>
          <w:szCs w:val="24"/>
        </w:rPr>
      </w:r>
    </w:p>
    <w:p w14:paraId="37DD02D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34C25C9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14:paraId="1F6754C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49. </w:t>
      </w:r>
      <w:r>
        <w:rPr>
          <w:rFonts w:ascii="Times New Roman" w:hAnsi="Times New Roman" w:cs="Times New Roman" w:eastAsia="Times New Roman"/>
          <w:sz w:val="24"/>
          <w:szCs w:val="24"/>
        </w:rPr>
        <w:t>(1) Санкциите се заличават с изтичане на срока, за който са наложени, или предсрочно по реда, по който са наложени.</w:t>
      </w:r>
    </w:p>
    <w:p w14:paraId="5A2BAE5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58CCBA0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Заличаването се отбелязва в електронния дневник, в личния картон на ученика и в НЕИСПУО.</w:t>
      </w:r>
    </w:p>
    <w:p w14:paraId="410906F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50. </w:t>
      </w:r>
      <w:r>
        <w:rPr>
          <w:rFonts w:ascii="Times New Roman" w:hAnsi="Times New Roman" w:cs="Times New Roman" w:eastAsia="Times New Roman"/>
          <w:sz w:val="24"/>
          <w:szCs w:val="24"/>
        </w:rPr>
        <w:t>(1) Отсъствията на учениците от училище се отчитат в учебни часове.</w:t>
      </w:r>
    </w:p>
    <w:p w14:paraId="125C1D1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72D42D5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Ако ученикът отсъства от училище един учебен ден и няма данни, че е налице уважителна причина по чл. 62, ал. 1,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50DCD28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Броят на отсъствията на ученика се отбелязва в електронния дневника на класа.</w:t>
      </w:r>
    </w:p>
    <w:p w14:paraId="4285503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51. </w:t>
      </w:r>
      <w:r>
        <w:rPr>
          <w:rFonts w:ascii="Times New Roman" w:hAnsi="Times New Roman" w:cs="Times New Roman" w:eastAsia="Times New Roman"/>
          <w:sz w:val="24"/>
          <w:szCs w:val="24"/>
        </w:rPr>
        <w:t>(1) Отсъствия на учениците от учебните занятия:</w:t>
      </w:r>
    </w:p>
    <w:p w14:paraId="0F626F2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Ученикът може да отсъства от училище по уважителни причини в следните случаи:</w:t>
      </w:r>
    </w:p>
    <w:p w14:paraId="4E4DD3C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по медицински причини – като в училището се изпраща по електронен път медицински документ от лекар или от лекар по дентална медицина (чл. 62, ал. 1, т. 1 от Наредбата за приобщаващото образование, изм. ДВ, бр. 23 от 2024 г., в сила от 19.03.2024 г.);</w:t>
      </w:r>
    </w:p>
    <w:p w14:paraId="1AC13E4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Освобождаване от учебни занятия при участие в състезания, конкурси, олимпиади, фестивали, концерти, спектакли, изложби и други културни мероприятия, провеждани в учебно време, в които ученикът представя училището се извършва при спазване на следната процедура:</w:t>
      </w:r>
    </w:p>
    <w:p w14:paraId="027ECEE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Подаване до директора от ръководителя на ученик на уведомително писмо/доклад, придружен от документ, удостоверяващ участието с посочени срок и причини за отсъствието. Подава се до 3 (три) работни дни преди датата на отсъствието на ученика в канцеларията на училището при секретаря;</w:t>
      </w:r>
    </w:p>
    <w:p w14:paraId="55D38A9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Освобождаването на ученика се счита за разрешено след направена резолюция на директора и уведомяване на класния ръководител;</w:t>
      </w:r>
    </w:p>
    <w:p w14:paraId="2F77CE0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Отразяване на заявлението в дневника на класа.</w:t>
      </w:r>
    </w:p>
    <w:p w14:paraId="2228660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Освобождаване на ученик от учебни занятия при участие в мероприятия, в които ученикът представя спортни клубове, културни или други образователни институции:</w:t>
      </w:r>
    </w:p>
    <w:p w14:paraId="02DEA87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Родител/настойник подава до класния ръководител декларация за информираност (Приложение № 17) за отсъствието на ученика, придружена от документ, удостоверяващ името на участника, събитието и сроковете на провеждането.</w:t>
      </w:r>
    </w:p>
    <w:p w14:paraId="32F248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Документът се отразява в дневника в раздел Отсъствия/Бележки/Другии бележки и се съхранява от класния ръководител в документацията на класа до края на учебната година.</w:t>
      </w:r>
    </w:p>
    <w:p w14:paraId="13CBC4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До 15 учебни дни в една учебна година с мотивирано писмено заявление от родителя до класния ръководител, но не повече от 5 дни наведнъж. Заявлението се подава 3 дни преди отсъствието на ученика, а ако това е невъзможно, родителят уведомява класния ръководител в първия ден от отсъствието на ученика от училище.</w:t>
      </w:r>
    </w:p>
    <w:p w14:paraId="0B414B1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 направени отсъствия в срок до три дни ученикът представя на класния си ръководител необходимите документи за извиняването на отсъствията. При неспазване на горепосочения срок отсъствията се отразяват като неизвинени.</w:t>
      </w:r>
    </w:p>
    <w:p w14:paraId="62EB803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Ученикът може да отсъства от производствена практика до три дни с болничен лист.</w:t>
      </w:r>
    </w:p>
    <w:p w14:paraId="7FA267F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4. Отсъствия на ученика от учебен час без уважителна причина е неизвинено отсъствие.</w:t>
      </w:r>
    </w:p>
    <w:p w14:paraId="147A579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Закъснение до 20 минути за два учебни часа без уважителни причини се считат за един учебен час неизвинено отсъствие.</w:t>
      </w:r>
    </w:p>
    <w:p w14:paraId="347F7AB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За допуснатите отсъствия класният ръководител своевременно и писмено уведомява родителя или настойника на ученика.</w:t>
      </w:r>
    </w:p>
    <w:p w14:paraId="1992F10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С решение на педагогическия съвет срокът за определяне на срочна оценка по ал. 8 може да се удължи, но с не повече от един месец за ученик, който няма минималния брой текущи изпитвания по чл. 12, ал. 1 Наредба №11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w:t>
      </w:r>
    </w:p>
    <w:p w14:paraId="3534943F"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IV. ОРГАНИЗАЦИЯ НА УЧИЛИЩНОТО ОБРАЗОВАНИЕ</w:t>
      </w:r>
    </w:p>
    <w:p w14:paraId="3D280968"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ПЛАН – ПРИЕМ</w:t>
      </w:r>
    </w:p>
    <w:p w14:paraId="43FDB06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52. </w:t>
      </w:r>
      <w:r>
        <w:rPr>
          <w:rFonts w:ascii="Times New Roman" w:hAnsi="Times New Roman" w:cs="Times New Roman" w:eastAsia="Times New Roman"/>
          <w:sz w:val="24"/>
          <w:szCs w:val="24"/>
        </w:rPr>
        <w:t>(1) Учениците постъпват в ПГМКР „Свети Никола“, гр. Бургас на местата, определени с училищния, с държавния и с допълнителния държавен план-прием.</w:t>
      </w:r>
    </w:p>
    <w:p w14:paraId="766610A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Училищният план-прием определя броя на местата, на които учениците постъпват в етапите от средната степен на образование. Този брой може да се променя от директора в следващите класове в съответствие с реално записаните ученици.</w:t>
      </w:r>
    </w:p>
    <w:p w14:paraId="449A96D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53. </w:t>
      </w:r>
      <w:r>
        <w:rPr>
          <w:rFonts w:ascii="Times New Roman" w:hAnsi="Times New Roman" w:cs="Times New Roman" w:eastAsia="Times New Roman"/>
          <w:sz w:val="24"/>
          <w:szCs w:val="24"/>
        </w:rPr>
        <w:t>(1)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9996F6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Държавният план-прием се утвърждава за всяка учебна година със заповед на:</w:t>
      </w:r>
    </w:p>
    <w:p w14:paraId="0E5480B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началника на регионалното управление по чл. 142, ал. 3, т. 1 от ЗПУО.</w:t>
      </w:r>
    </w:p>
    <w:p w14:paraId="5ADAB75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Допълнителният държавен план-прием се утвърждава за всяка учебна година със заповед на:</w:t>
      </w:r>
    </w:p>
    <w:p w14:paraId="13B8235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началника на регионалното управление на образованието - за училищата по чл.142,ал. 3, т. 1 от ЗПУО.</w:t>
      </w:r>
    </w:p>
    <w:p w14:paraId="1A30132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Условията и редът за утвърждаване на държавния план-прием за училищата по чл. 142, ал.3, т.1 от ЗПУО и на допълнителния държавен план-прием се определят с държавния образователен стандарт за организацията на дейностите в училищното образование.</w:t>
      </w:r>
    </w:p>
    <w:p w14:paraId="415A82A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54. </w:t>
      </w:r>
      <w:r>
        <w:rPr>
          <w:rFonts w:ascii="Times New Roman" w:hAnsi="Times New Roman" w:cs="Times New Roman" w:eastAsia="Times New Roman"/>
          <w:sz w:val="24"/>
          <w:szCs w:val="24"/>
        </w:rPr>
        <w:t>Приемането на учениците в VIII клас в училището, съгласно чл. 142, ал. 3, т. 1 от ЗПУО, както и в случаите, предвидени в държавния образователен стандарт за организацията на дейностите в училищното образование, се извършва въз основа на резултатите от националното външно оценяване.</w:t>
      </w:r>
    </w:p>
    <w:p w14:paraId="4852F3D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55. </w:t>
      </w:r>
      <w:r>
        <w:rPr>
          <w:rFonts w:ascii="Times New Roman" w:hAnsi="Times New Roman" w:cs="Times New Roman" w:eastAsia="Times New Roman"/>
          <w:sz w:val="24"/>
          <w:szCs w:val="24"/>
        </w:rPr>
        <w:t>(1) Условията и редът за приемане и преместване на учениците от VIII до XII клас се определят с държавния образователен стандарт за организацията на дейностите в училищното образование.</w:t>
      </w:r>
    </w:p>
    <w:p w14:paraId="316181A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При преместването си учениците от VIII до XII клас включително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14:paraId="04B6E75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Ученикът може да се премести в паралелка на същото или друго училище при наличие на свободни места в приемащото училище.</w:t>
      </w:r>
    </w:p>
    <w:p w14:paraId="77D6A78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За свободни места се считат местата по утвърдения държавен план - прием, които включват:</w:t>
      </w:r>
    </w:p>
    <w:p w14:paraId="00E5266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1.Незаетите места;</w:t>
      </w:r>
    </w:p>
    <w:p w14:paraId="72001BB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2.Освободените през учебната година места;</w:t>
      </w:r>
    </w:p>
    <w:p w14:paraId="0933CF1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Свободните места се обявяват в тридневен срок от освобождаването им, в училището и в Регионалното управление на образованието – Бургас.</w:t>
      </w:r>
    </w:p>
    <w:p w14:paraId="239D612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Преместването на учениците се извършва както следва:</w:t>
      </w:r>
    </w:p>
    <w:p w14:paraId="67A5ECC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през време на цялата учебна година, но не по-късно от 30 учебни дни преди края на втория учебен срок по същия профил и при смяна на профилирана паралелка или професия;</w:t>
      </w:r>
    </w:p>
    <w:p w14:paraId="6379DB5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2. след успешно завършил клас при смяна на:</w:t>
      </w:r>
    </w:p>
    <w:p w14:paraId="54E1AB1F" w14:textId="77777777" w:rsidR="00E607B5" w:rsidRDefault="00D91D22">
      <w:pPr>
        <w:spacing w:after="110" w:line="288" w:lineRule="auto"/>
        <w:jc w:val="both"/>
      </w:pPr>
      <w:r>
        <w:rPr>
          <w:rFonts w:ascii="Times New Roman" w:hAnsi="Times New Roman" w:cs="Times New Roman" w:eastAsia="Times New Roman"/>
          <w:sz w:val="24"/>
          <w:szCs w:val="24"/>
        </w:rPr>
        <w:t>а/ профила или професията съответно със друг профил или професия;</w:t>
      </w:r>
    </w:p>
    <w:p w14:paraId="706E9568" w14:textId="77777777" w:rsidR="00E607B5" w:rsidRDefault="00D91D22">
      <w:pPr>
        <w:spacing w:after="110" w:line="288" w:lineRule="auto"/>
        <w:jc w:val="both"/>
      </w:pPr>
      <w:r>
        <w:rPr>
          <w:rFonts w:ascii="Times New Roman" w:hAnsi="Times New Roman" w:cs="Times New Roman" w:eastAsia="Times New Roman"/>
          <w:sz w:val="24"/>
          <w:szCs w:val="24"/>
        </w:rPr>
        <w:t>6/ профила или професия;</w:t>
      </w:r>
    </w:p>
    <w:p w14:paraId="5D66AC1E" w14:textId="77777777" w:rsidR="00E607B5" w:rsidRDefault="00D91D22">
      <w:pPr>
        <w:spacing w:after="110" w:line="288" w:lineRule="auto"/>
        <w:jc w:val="both"/>
      </w:pPr>
      <w:r>
        <w:rPr>
          <w:rFonts w:ascii="Times New Roman" w:hAnsi="Times New Roman" w:cs="Times New Roman" w:eastAsia="Times New Roman"/>
          <w:sz w:val="24"/>
          <w:szCs w:val="24"/>
        </w:rPr>
        <w:t>в/ специалността с непрофилирана паралелка;</w:t>
      </w:r>
    </w:p>
    <w:p w14:paraId="46E5E61F" w14:textId="77777777" w:rsidR="00E607B5" w:rsidRDefault="00D91D22">
      <w:pPr>
        <w:spacing w:after="110" w:line="288" w:lineRule="auto"/>
        <w:jc w:val="both"/>
      </w:pPr>
      <w:r>
        <w:rPr>
          <w:rFonts w:ascii="Times New Roman" w:hAnsi="Times New Roman" w:cs="Times New Roman" w:eastAsia="Times New Roman"/>
          <w:sz w:val="24"/>
          <w:szCs w:val="24"/>
        </w:rPr>
        <w:t>г/ професия с профил или специалност;</w:t>
      </w:r>
    </w:p>
    <w:p w14:paraId="7CBA0A53" w14:textId="77777777" w:rsidR="00E607B5" w:rsidRDefault="00D91D22">
      <w:pPr>
        <w:spacing w:after="110" w:line="288" w:lineRule="auto"/>
        <w:jc w:val="both"/>
      </w:pPr>
      <w:r>
        <w:rPr>
          <w:rFonts w:ascii="Times New Roman" w:hAnsi="Times New Roman" w:cs="Times New Roman" w:eastAsia="Times New Roman"/>
          <w:sz w:val="24"/>
          <w:szCs w:val="24"/>
        </w:rPr>
        <w:t>д/ непрофилирана гимназиална паралелка с профилирана паралелка или професия.</w:t>
      </w:r>
    </w:p>
    <w:p w14:paraId="082B14E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При различие между училищните учебни планове учениците полагат приравнителни изпити при условия и по ред, определени със заповед на директора на ПГМКР „Свети Никола“, гр. Бургас.</w:t>
      </w:r>
    </w:p>
    <w:p w14:paraId="77CDBA6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56. </w:t>
      </w:r>
      <w:r>
        <w:rPr>
          <w:rFonts w:ascii="Times New Roman" w:hAnsi="Times New Roman" w:cs="Times New Roman" w:eastAsia="Times New Roman"/>
          <w:sz w:val="24"/>
          <w:szCs w:val="24"/>
        </w:rPr>
        <w:t>(1) Учениците могат да се преместят при условията на чл. 15 ал. 4. т. 1. и над утвърдения държавен план - прием в следните случаи:</w:t>
      </w:r>
    </w:p>
    <w:p w14:paraId="2A75157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 смяна на местоживеенето, поради смяна на местоработата на родители или настойници.</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Не се изисква разрешение на началника на РУО по ал. 1, когато приемащото училище е единствено в населеното място.</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b/>
          <w:sz w:val="24"/>
          <w:szCs w:val="24"/>
        </w:rPr>
        <w:t>Чл. 56а.</w:t>
      </w:r>
      <w:r>
        <w:rPr>
          <w:rFonts w:ascii="Times New Roman" w:hAnsi="Times New Roman" w:cs="Times New Roman" w:eastAsia="Times New Roman"/>
          <w:sz w:val="24"/>
          <w:szCs w:val="24"/>
        </w:rPr>
        <w:t xml:space="preserve"> (1) Ученици може да се преместват в паралелки в ПГМКР „Свети Никола“ гр. Бургас над утвърдения училищен план-прием, ако условията на физическата среда позволяват това:</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1. със заповед на директора на училището в рамките на допустимия брой ученици в паралелка по чл. 61, ал. 4 от Наредбата за финансирането на институциите в системата на предучилищното и училищното образование;</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2. когато броят на учениците във всички паралелки от съответния клас в училището е определен при условията на чл. 61, ал. 4 от Наредбата за финансирането на институциите в системата на предучилищното и училищното образование – със заповед на директора на училището, ако е получено разрешение на министъра на образованието и науката по реда на чл. 61, ал. 5 от същата наредба.</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(2) Ученици може да се преместват в паралелки в ПГМКР „Свети Никола“ гр. Бургас над утвърдения държавен, съответно допълнителен държавен, план-прием, ако условията на физическата среда позволяват това – със заповед на директора на училището след получено разрешение на министъра на образованието и науката по реда на чл. 61, ал. 6 от Наредбата за финансирането на институциите в системата на предучилищното и училищното образование.</w:t>
      </w:r>
    </w:p>
    <w:p w14:paraId="68C5C02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(3) Редът по ал. 1 и 2 се прилага съгласно чл. 106а от Наредба № 10 от 2016 г. за организация на дейностите в училищното образование.</w:t>
      </w:r>
    </w:p>
    <w:p w14:paraId="0569D2B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57. </w:t>
      </w:r>
      <w:r>
        <w:rPr>
          <w:rFonts w:ascii="Times New Roman" w:hAnsi="Times New Roman" w:cs="Times New Roman" w:eastAsia="Times New Roman"/>
          <w:sz w:val="24"/>
          <w:szCs w:val="24"/>
        </w:rPr>
        <w:t>(1) Учениците се преместват при спазване на следните условия и ред:</w:t>
      </w:r>
    </w:p>
    <w:p w14:paraId="47C6817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подаване на писмено заявление от родителите и/или ученика съгласно чл. 12, ал. 2 ЗПУО до директора на приемащото училище;</w:t>
      </w:r>
    </w:p>
    <w:p w14:paraId="25608B4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издаване на служебна бележка от директора на училището до три работни дни, с която потвърждава възможността за записването на ученика.</w:t>
      </w:r>
    </w:p>
    <w:p w14:paraId="03CC7B6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Служебната бележка по ал. 1, т. 2 се представя от родителя/настойника и/или ученика заедно със заявлението за преместване на директора на училището, от което се премества ученикът.</w:t>
      </w:r>
    </w:p>
    <w:p w14:paraId="56A749B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До пет работни дни от получаване на информацията по ал. 1, т. 2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училищните учебни планове, по които ученикът се е обучавал в класовете в първи и втори гимназиален етап, и копие на личното образователно дело на ученика.</w:t>
      </w:r>
    </w:p>
    <w:p w14:paraId="6AC3611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До три работни дни от получаване на удостоверението за преместване, родителят /настойникът и/или ученикът представя получените документи за записване в приемащото училище.</w:t>
      </w:r>
    </w:p>
    <w:p w14:paraId="646FD1D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Директорът на приемащото училище до три работни дни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30D2314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В срока по ал. 5 директорът на приемащото училище информира чрез НЕИСПУО директора на училището, от което идва ученикът, за неговото записване.</w:t>
      </w:r>
    </w:p>
    <w:p w14:paraId="0ABA04A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58. </w:t>
      </w:r>
      <w:r>
        <w:rPr>
          <w:rFonts w:ascii="Times New Roman" w:hAnsi="Times New Roman" w:cs="Times New Roman" w:eastAsia="Times New Roman"/>
          <w:sz w:val="24"/>
          <w:szCs w:val="24"/>
        </w:rPr>
        <w:t>(1) Учениците не могат да се преместват:</w:t>
      </w:r>
    </w:p>
    <w:p w14:paraId="1D52596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1.В последния гимназиален клас при смяна на: непрофилирана гимназиална паралелка с профилирана; профил с друг профил; професия с профил;</w:t>
      </w:r>
    </w:p>
    <w:p w14:paraId="7B3CCE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2.В последните два гимназиални класа при смяна на: специалност или професия, съответно с друга професия; непрофилирана гимназиална паралелка със специалност или професия; специалност със професия или професия със специалност.</w:t>
      </w:r>
    </w:p>
    <w:p w14:paraId="66CE28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3.При постъпване в ПГМКР „Свети Никола“ на ученик изучавал чужд език, който не се изучава в училището, същият полага приравнителен изпит по езика в училищния учебен план.</w:t>
      </w:r>
    </w:p>
    <w:p w14:paraId="0DEA544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4.Приравнителни изпити се полагат, когато хорариума от часове по даден предмет е по­ малък, когато ученика се е обучавал в училището по различен от действащия за годината училищен учебен план. Същият полага приравнителни изпити по предмети, които е изучавал, но са с различен хорариум.</w:t>
      </w:r>
    </w:p>
    <w:p w14:paraId="71AED58B"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 ИНФОРМАЦИЯ И ДОКУМЕНТИ</w:t>
      </w:r>
    </w:p>
    <w:p w14:paraId="5B431B7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59. </w:t>
      </w:r>
      <w:r>
        <w:rPr>
          <w:rFonts w:ascii="Times New Roman" w:hAnsi="Times New Roman" w:cs="Times New Roman" w:eastAsia="Times New Roman"/>
          <w:sz w:val="24"/>
          <w:szCs w:val="24"/>
        </w:rPr>
        <w:t>Документите в ПГМКР „Свети Никола“ гр. Бургас се създават, обработват и съхраняват при спазване на държавния образователен стандарт за информацията и документите.</w:t>
      </w:r>
    </w:p>
    <w:p w14:paraId="3881D30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60. </w:t>
      </w:r>
      <w:r>
        <w:rPr>
          <w:rFonts w:ascii="Times New Roman" w:hAnsi="Times New Roman" w:cs="Times New Roman" w:eastAsia="Times New Roman"/>
          <w:sz w:val="24"/>
          <w:szCs w:val="24"/>
        </w:rPr>
        <w:t>(1). ПГМКР „Свети Никола“ гр. Бургас използва национална електронна информационна система за предучилищното и училищното образование, организирана от МОН.</w:t>
      </w:r>
    </w:p>
    <w:p w14:paraId="6789F78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Воденето на националната електронна информационна система по ал. 1 се извършва при условия и по ред, определени с държавния образователен стандарт за информацията и документите.</w:t>
      </w:r>
    </w:p>
    <w:p w14:paraId="32EAE30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61. </w:t>
      </w:r>
      <w:r>
        <w:rPr>
          <w:rFonts w:ascii="Times New Roman" w:hAnsi="Times New Roman" w:cs="Times New Roman" w:eastAsia="Times New Roman"/>
          <w:sz w:val="24"/>
          <w:szCs w:val="24"/>
        </w:rPr>
        <w:t>Документите, свързани с организацията на учебно-възпитателния процес във ПГМКР „Свети Никола“ гр. Бургас се съхраняват както следва:</w:t>
      </w:r>
    </w:p>
    <w:p w14:paraId="781407E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Документи, които не са утвърдени от директора на училището (уведомителни писма от родители, медицински бележки и др.) се съхраняват в архива на класния ръководител.</w:t>
      </w:r>
    </w:p>
    <w:p w14:paraId="337F7DD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Документи, утвърдени от МОН и директора се съхраняват в канцеларията на училището или на място определено със заповед на директора.</w:t>
      </w:r>
    </w:p>
    <w:p w14:paraId="3D0B43A6"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III. УЧЕБНО И НЕУЧЕБНО ВРЕМЕ</w:t>
      </w:r>
    </w:p>
    <w:p w14:paraId="742F070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62. </w:t>
      </w:r>
      <w:r>
        <w:rPr>
          <w:rFonts w:ascii="Times New Roman" w:hAnsi="Times New Roman" w:cs="Times New Roman" w:eastAsia="Times New Roman"/>
          <w:sz w:val="24"/>
          <w:szCs w:val="24"/>
        </w:rPr>
        <w:t>(1). Училищното образование се организира в учебни години.</w:t>
      </w:r>
    </w:p>
    <w:p w14:paraId="4B2D7B9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Учебната година е с продължителност 12 месеца и започва на 15 септември.</w:t>
      </w:r>
    </w:p>
    <w:p w14:paraId="2AEA7CC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Учебната година включва учебни срокове, учебни седмици, учебни дни и учебни часове, както и ваканции и неучебни дни.</w:t>
      </w:r>
    </w:p>
    <w:p w14:paraId="00C10DD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Броят учебни седмици и броят часове за седмица за всеки клас са определени в училищния учебен план.</w:t>
      </w:r>
    </w:p>
    <w:p w14:paraId="093C07F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Учебната седмица е с продължителност 5 учебни дни.</w:t>
      </w:r>
    </w:p>
    <w:p w14:paraId="5F0B081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Учениците се обучават в паралелки от VIII до XII клас.</w:t>
      </w:r>
    </w:p>
    <w:p w14:paraId="454252E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62а. </w:t>
      </w:r>
      <w:r>
        <w:rPr>
          <w:rFonts w:ascii="Times New Roman" w:hAnsi="Times New Roman" w:cs="Times New Roman" w:eastAsia="Times New Roman"/>
          <w:sz w:val="24"/>
          <w:szCs w:val="24"/>
        </w:rPr>
        <w:t>(1). Учебната година включва два учебни срока. За всяка учебна година краят на първия учебен срок е последният работен ден на седмицата в рамките на периодите по чл. 4, ал. 2 от Наредба № 10 от 2016 г. за организация на дейностите в училищното образование. Продължителността на всеки учебен срок е между 17 и 18 учебни седмици, като продължителността на първия учебен срок е в зависимост от междусрочната ваканция, така че ваканцията да съвпада с началото или края на работната седмица.</w:t>
      </w:r>
    </w:p>
    <w:p w14:paraId="1C724EE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Ваканциите и неучебните дни се определят със заповед на министъра на образованието и науката за всяка учебна година. За определена учебна година министърът може да определи ползването и на есенна и/или междусрочна ваканция.</w:t>
      </w:r>
    </w:p>
    <w:p w14:paraId="684A444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Графикът на учебното време за съответната учебна година се обявява на видно място в сградата на училището и на интернет страницата му.</w:t>
      </w:r>
    </w:p>
    <w:p w14:paraId="042AD08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62б. </w:t>
      </w:r>
      <w:r>
        <w:rPr>
          <w:rFonts w:ascii="Times New Roman" w:hAnsi="Times New Roman" w:cs="Times New Roman" w:eastAsia="Times New Roman"/>
          <w:sz w:val="24"/>
          <w:szCs w:val="24"/>
        </w:rPr>
        <w:t>За всяка учебна година графикът на учебното време се определя със заповед на Министъра на образованието и науката.</w:t>
      </w:r>
    </w:p>
    <w:p w14:paraId="798FB33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62в. </w:t>
      </w:r>
      <w:r>
        <w:rPr>
          <w:rFonts w:ascii="Times New Roman" w:hAnsi="Times New Roman" w:cs="Times New Roman" w:eastAsia="Times New Roman"/>
          <w:sz w:val="24"/>
          <w:szCs w:val="24"/>
        </w:rPr>
        <w:t>(1). Учебните часове по ЗП, РП и РПП от училищния учебен план се разпределят за всяка отделна паралелка за всеки учебен ден от учебната седмица в седмично разписание.</w:t>
      </w:r>
    </w:p>
    <w:p w14:paraId="18DB712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w:t>
      </w:r>
    </w:p>
    <w:p w14:paraId="359141F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Утвърденото от директора седмично разписание се представя за утвърждаване в РЗИ до 10 дни след началото на всеки срок.</w:t>
      </w:r>
    </w:p>
    <w:p w14:paraId="209D1F5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Часът за спортни дейности по физическо възпитание и спорт се провежда в часове, заложени в седмичното разписание.</w:t>
      </w:r>
    </w:p>
    <w:p w14:paraId="46C8085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Часове по извънкласните дейности се провеждат извън седмичното разписание, съобразени с него.</w:t>
      </w:r>
    </w:p>
    <w:p w14:paraId="46C8085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(6). За изготвянето на седмичните учебни разписания директорът назначава със заповед комисия съгласно чл. 8, ал. 1 от Наредба № 10 от 2014 г. на министъра на здравеопазването за здравните изисквания при изготвяне и спазване на седмичните учебни разписания.</w:t>
      </w:r>
    </w:p>
    <w:p w14:paraId="02F4291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63. </w:t>
      </w:r>
      <w:r>
        <w:rPr>
          <w:rFonts w:ascii="Times New Roman" w:hAnsi="Times New Roman" w:cs="Times New Roman" w:eastAsia="Times New Roman"/>
          <w:sz w:val="24"/>
          <w:szCs w:val="24"/>
        </w:rPr>
        <w:t>(1)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14:paraId="6BD89E5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14:paraId="703F1A5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разместване на часове във връзка с осигуряване на заместване на отсъстващи учители;</w:t>
      </w:r>
    </w:p>
    <w:p w14:paraId="3FE174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или учебна плавателна, учебно-производствена плавателна и производствена практика.</w:t>
      </w:r>
    </w:p>
    <w:p w14:paraId="473F8C6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Със заповед при непредвидени и извънредни обстоятелства директорът може да намали продължителността на учебните часове до 20 мин.</w:t>
      </w:r>
    </w:p>
    <w:p w14:paraId="6BF9F17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В заповедта по ал.1 и 2 задължително се описват обстоятелствата, наложили определянето на различното от седмичното разписание разпределение на учебните часове в учебния ден или продължителност на учебните часове.</w:t>
      </w:r>
    </w:p>
    <w:p w14:paraId="6EB1E00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Директорът уведомява началника на РУО за наложените промени и се създава организация за уведомяване на учениците и родителите.</w:t>
      </w:r>
    </w:p>
    <w:p w14:paraId="38EBB55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63а. </w:t>
      </w:r>
      <w:r>
        <w:rPr>
          <w:rFonts w:ascii="Times New Roman" w:hAnsi="Times New Roman" w:cs="Times New Roman" w:eastAsia="Times New Roman"/>
          <w:sz w:val="24"/>
          <w:szCs w:val="24"/>
        </w:rPr>
        <w:t>(1). Когато училището организира пътувания на ученици, които не са предмет на наредбата по чл. 79, ал. 5 от Закона за туризма, но се реализират чрез случайни превози или превози за собствена сметка, не по-късно от 24 часа преди началото на пътуването директорът уведомява ръководителите на:</w:t>
      </w:r>
    </w:p>
    <w:p w14:paraId="4597E9B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Регионалното управление на образованието – Бургас;</w:t>
      </w:r>
    </w:p>
    <w:p w14:paraId="6FEE3D5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Областната структура на Изпълнителна агенция „Автомобилна администрация“;</w:t>
      </w:r>
    </w:p>
    <w:p w14:paraId="21B50CD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Сектор „Пътна полиция“ към Областна дирекция на МВР – Бургас.</w:t>
      </w:r>
    </w:p>
    <w:p w14:paraId="39BAC89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Уведомлението може да бъде подадено писмено или по електронен път и задължително съдържа (Приложение № 93):</w:t>
      </w:r>
    </w:p>
    <w:p w14:paraId="4DAED21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 време на пристигане и продължителност на престоя;</w:t>
      </w:r>
    </w:p>
    <w:p w14:paraId="46BF09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наименование, седалище, адрес на управление и ЕИК на фирмата превозвач и данни за сключения договор – когато пътуването се извършва чрез случайни автобусни превози;</w:t>
      </w:r>
    </w:p>
    <w:p w14:paraId="29DF86A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данни за издадената заповед на директора за организиране и провеждане на пътуването – когато то се извършва чрез превоз за собствена сметка.</w:t>
      </w:r>
    </w:p>
    <w:p w14:paraId="7F3E63C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Директорът носи отговорност за предоставянето на пълна и точна информация по ал. 2.</w:t>
      </w:r>
    </w:p>
    <w:p w14:paraId="1785B2D7"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lastRenderedPageBreak/>
        <w:t>РАЗДЕЛ IV. ОРГАНИЗАЦИЯ НА УЧЕБНИЯ ДЕН</w:t>
      </w:r>
    </w:p>
    <w:p w14:paraId="7F2A9FC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64. </w:t>
      </w:r>
      <w:r>
        <w:rPr>
          <w:rFonts w:ascii="Times New Roman" w:hAnsi="Times New Roman" w:cs="Times New Roman" w:eastAsia="Times New Roman"/>
          <w:sz w:val="24"/>
          <w:szCs w:val="24"/>
        </w:rPr>
        <w:t>На територията на училището:</w:t>
      </w:r>
    </w:p>
    <w:p w14:paraId="2140353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Учениците се допускат с униформено облекло.</w:t>
      </w:r>
    </w:p>
    <w:p w14:paraId="3746412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Гражданите, посещаващи директора или останалите длъжностни лица по различни поводи, се пропускат след разрешение на лицето, което ще бъде посетено и след представяне на документ за самоличност. В специален „Дневник за посещения“ дежурният охранител записва след сверяване с документ за самоличност трите имена на лицето, датата и годината на раждане, часа на влизане и при кого отива.</w:t>
      </w:r>
    </w:p>
    <w:p w14:paraId="1D3DEAD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При отказ на лицето да представи документ за самоличност същото не се допуска в сградата на училището. При необходимост охранителят търси съдействие на телефон 112, както и ръководството на охранителната фирма.</w:t>
      </w:r>
    </w:p>
    <w:p w14:paraId="6B669E4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Педагогическият персонал в училището се посещава във време, което е извън графика на възложената учителска заетост с изключение на контролните органи, удостоверили това по предвидения от закона ред и в установен график.</w:t>
      </w:r>
    </w:p>
    <w:p w14:paraId="5AD407A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Училищната администрация се посещава от граждани в рамките на законоустановеното им работно време и определеното приемно време.</w:t>
      </w:r>
    </w:p>
    <w:p w14:paraId="1335778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Директорът се посещава от граждани в рамките на приемното му време.</w:t>
      </w:r>
    </w:p>
    <w:p w14:paraId="0537D0F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График за провеждане на учебните часове:</w:t>
      </w:r>
    </w:p>
    <w:p w14:paraId="495923F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1ч. 08:00 – 08:45 часа</w:t>
      </w:r>
    </w:p>
    <w:p w14:paraId="7BC4D0E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2ч. 08:50 – 09:35 часа</w:t>
      </w:r>
    </w:p>
    <w:p w14:paraId="4890286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3ч. 09:40 – 10:25 часа</w:t>
      </w:r>
    </w:p>
    <w:p w14:paraId="5D69FD0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4ч. 10:30 – 11:15 часа</w:t>
      </w:r>
    </w:p>
    <w:p w14:paraId="461E10E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5ч. 11:35 – 12:20 часа</w:t>
      </w:r>
    </w:p>
    <w:p w14:paraId="0A7B295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6ч. 12:25 – 13:10часа</w:t>
      </w:r>
    </w:p>
    <w:p w14:paraId="31EDA3A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7ч. 13:15 – 14:00 часа</w:t>
      </w:r>
    </w:p>
    <w:p w14:paraId="04AC2E9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8ч. 14:05 – 14:50 часа</w:t>
      </w:r>
    </w:p>
    <w:p w14:paraId="5C84001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9ч. 14:55 – 15:40 часа</w:t>
      </w:r>
    </w:p>
    <w:p w14:paraId="4F0362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При преминаване в обучение в електронна среда от разстояние директорът на ПГМКР „Свети Никола“ гр. Бургас издава заповед за продължителността на учебния час и графика за провеждане на учебните часове.</w:t>
      </w:r>
    </w:p>
    <w:p w14:paraId="4FDDBF9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Часът на класа се провежда всяка седмица във всички класове, съгласно седмично разписание, утвърдено от директора.</w:t>
      </w:r>
    </w:p>
    <w:p w14:paraId="090BEB7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Часът за спортни дейности по физическо възпитание и спорт се провежда в часове, заложени в седмичното разписание.</w:t>
      </w:r>
    </w:p>
    <w:p w14:paraId="2955AF8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Часовете за извънкласни форми се провеждат извън седмичното разписание по график, утвърден от директора.</w:t>
      </w:r>
    </w:p>
    <w:p w14:paraId="573C23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Часовете за консултации на учителите са извън седмичното разписание по график, утвърден от директора.</w:t>
      </w:r>
    </w:p>
    <w:p w14:paraId="392B456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13. Учебната плавателна, учебно-производствената плавателна и производствената практика на учениците се провежда по график, утвърден от директора с уведомяване на началника на РУО – Бургас.</w:t>
      </w:r>
    </w:p>
    <w:p w14:paraId="4C11B6E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Продължителността на производствената практика е 60 минути.</w:t>
      </w:r>
    </w:p>
    <w:p w14:paraId="5EA3019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15.При посещение от външни лица се забранява отклоняването им и посещаването им на други служебни лица, извън заявените. След посещението лицата следва незабавно да напуснат сградата.</w:t>
      </w:r>
    </w:p>
    <w:p w14:paraId="2E806B0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16.Не се допуска по време на учебни часове родителите да влизат в училището. Те изчакват завършването на учебния час в двора на училището като спазват добрия тон на поведение и не пречат на персонала на училището да изпълнява задълженията си.</w:t>
      </w:r>
    </w:p>
    <w:p w14:paraId="0F9794D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17.Не се разрешава и транзитно преминаване през двора, както и прескачане на заграждението.</w:t>
      </w:r>
    </w:p>
    <w:p w14:paraId="45368C2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18.Не се разрешава влизането в сградата на лица, които носят със себе си обемисти багажи, кашони и други подобни или водят домашни животни.</w:t>
      </w:r>
    </w:p>
    <w:p w14:paraId="58AC3C1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19. За ремонтни дейности или дейности на други институции, провеждащи се на територията на училището, се пропускат лица по списък, утвърден от училищното ръководство, а при необходимост от влизане на МПС това се случва, когато няма деца по двора, само на преден ход и придружаван лично от охранителя.</w:t>
      </w:r>
    </w:p>
    <w:p w14:paraId="628927F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20. За участие на родителски срещи се допускат лица (родители, настойници, близки и др.) по списък, подписан от класния ръководител.</w:t>
      </w:r>
    </w:p>
    <w:p w14:paraId="42CF667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21. Не се разрешава оставянето на багаж (чанти, куфари, торби, кашони, пакети, кутии и др.), кореспонденция, апаратура и др. от външни лица на съхранение в помещението за охрана.</w:t>
      </w:r>
    </w:p>
    <w:p w14:paraId="299A58A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22. Влизането в района на училището на външни МПС става само с писмено разрешение от училищното ръководство или със служебен пропуск, издаден от директора на училището, или с личното присъствие на директор, заместник-директор или представител на администрацията, охранител и само на преден ход, докато децата са в часове.</w:t>
      </w:r>
    </w:p>
    <w:p w14:paraId="21485A8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23. При влизане и излизане в/от района на училището задължително се проверяват документите на водачите на МПС и съответствието на превозваните товари с данните за тях в съпроводителните документи.</w:t>
      </w:r>
    </w:p>
    <w:p w14:paraId="6FC5048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24. Не се разрешава преминаването и паркирането на превозни средства върху тревните площи.</w:t>
      </w:r>
    </w:p>
    <w:p w14:paraId="744B2D3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25. Забранява се внасянето и използването на електрически тротинетки на територията на училището.</w:t>
      </w:r>
    </w:p>
    <w:p w14:paraId="031395F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26. Абсолютно е забранено разхождането на кучета, тютюнопушенето и употребата на алкохолни напитки и наркотични вещества на територията на училището.</w:t>
      </w:r>
    </w:p>
    <w:p w14:paraId="216C001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65. </w:t>
      </w:r>
      <w:r>
        <w:rPr>
          <w:rFonts w:ascii="Times New Roman" w:hAnsi="Times New Roman" w:cs="Times New Roman" w:eastAsia="Times New Roman"/>
          <w:sz w:val="24"/>
          <w:szCs w:val="24"/>
        </w:rPr>
        <w:t>Общуването между ученици, служители и граждани на територията на училището се извършва на книжовен български език.</w:t>
      </w:r>
    </w:p>
    <w:p w14:paraId="474D2FE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66. </w:t>
      </w:r>
      <w:r>
        <w:rPr>
          <w:rFonts w:ascii="Times New Roman" w:hAnsi="Times New Roman" w:cs="Times New Roman" w:eastAsia="Times New Roman"/>
          <w:sz w:val="24"/>
          <w:szCs w:val="24"/>
        </w:rPr>
        <w:t>Организация на училищния ден в ПГМКР „Свети Никола“ гр. Бургас:</w:t>
      </w:r>
    </w:p>
    <w:p w14:paraId="773399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Обучението в училището се осъществява в дневна форма, с едносменен режим на работа. При обявяване в населеното място, региона или страната на извънредна обстановка или в случаите на извънредни и непредвидени обстоятелства се преминава към обучение в електронна среда от разстояние с платформа, избрана от ПГМКР „Свети Никола“ гр. Бургас. За срока на извънредната обстановка или на извънредните и непредвидени обстоятелства се спазват Правилата за работа и обучение от разстояние в електронна среда.</w:t>
      </w:r>
    </w:p>
    <w:p w14:paraId="11A0CC2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Училището е отворено в работните дни от 7,00 до 16,30 часа.</w:t>
      </w:r>
    </w:p>
    <w:p w14:paraId="60C4DD4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 Учебните занятия за учениците започват от 8,00 часа и завършват съгласно седмичното разписание. Началото и краят на учебния ден се определя със заповед на директора преди началото на всяка учебна година.</w:t>
      </w:r>
    </w:p>
    <w:p w14:paraId="7B6A5A0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Промени в графика на деня се правят само с разрешение на директора.</w:t>
      </w:r>
    </w:p>
    <w:p w14:paraId="3A0C282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Продължителността на учебните часове е 45 минути, междучасията - 5 минути, голямото междучасие е с продължителност 20 минути след 4-тия учебен час.</w:t>
      </w:r>
    </w:p>
    <w:p w14:paraId="7F6CBB1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67. </w:t>
      </w:r>
      <w:r>
        <w:rPr>
          <w:rFonts w:ascii="Times New Roman" w:hAnsi="Times New Roman" w:cs="Times New Roman" w:eastAsia="Times New Roman"/>
          <w:sz w:val="24"/>
          <w:szCs w:val="24"/>
        </w:rPr>
        <w:t>Дежурство в ПГМКР „Свети Никола“ гр. Бургас:</w:t>
      </w:r>
    </w:p>
    <w:p w14:paraId="0951CB7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Дежурството в училището се осъществява по график, изготвен и утвърден от директора в началото на всеки учебен срок.</w:t>
      </w:r>
    </w:p>
    <w:p w14:paraId="21F7DFA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Промени в графика за дежурствата на учителите се правят само с разрешение на директора. Дежурството е организирано на входа, по етажи и на двора. По време на дежурството дежурните учители остават в своя район и не се занимават с несвойствени дейности.</w:t>
      </w:r>
    </w:p>
    <w:p w14:paraId="3D4C362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Дежурството приключва с края на учебните занятия и напускане на етажите и двора от учениците.</w:t>
      </w:r>
    </w:p>
    <w:p w14:paraId="2FC6554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68. </w:t>
      </w:r>
      <w:r>
        <w:rPr>
          <w:rFonts w:ascii="Times New Roman" w:hAnsi="Times New Roman" w:cs="Times New Roman" w:eastAsia="Times New Roman"/>
          <w:sz w:val="24"/>
          <w:szCs w:val="24"/>
        </w:rPr>
        <w:t>Задължения на дежурните учители:</w:t>
      </w:r>
    </w:p>
    <w:p w14:paraId="66C1655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 Дежурният на входа за деня е длъжен:</w:t>
      </w:r>
    </w:p>
    <w:p w14:paraId="2459CCC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спазва утвърдения от директора график за дежурство в училище.</w:t>
      </w:r>
    </w:p>
    <w:p w14:paraId="241249D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бъде на входа на училище 30 мин. преди началото на учебните часове или преди началото на часа;</w:t>
      </w:r>
    </w:p>
    <w:p w14:paraId="6CA7522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осигурява пропускателния режим на учениците, като следи за външен вид за задължителна ученическа униформа. При несъответствия на външния вид не допуска ученика в сградата, уведомява класен ръководител.</w:t>
      </w:r>
    </w:p>
    <w:p w14:paraId="6A07CA4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преценява готовността на сградата за започване на учебния ден - хигиена, отопление, осветление, повреди и аварии, като при констатирани такива уведомява директора;</w:t>
      </w:r>
    </w:p>
    <w:p w14:paraId="47E9034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докладва на директора за установените повреди през деня, чрез писмен доклад и съдейства за установяване на извършителите;</w:t>
      </w:r>
    </w:p>
    <w:p w14:paraId="512EA43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докладва писмено на директора при констатирани инциденти;</w:t>
      </w:r>
    </w:p>
    <w:p w14:paraId="055D9B8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предприеме мерки след биенето на първия звънец за подготовката на учениците за учебен час;</w:t>
      </w:r>
    </w:p>
    <w:p w14:paraId="73247EE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Да следи отстранените от час ученици да не напускат сградата на училището;</w:t>
      </w:r>
    </w:p>
    <w:p w14:paraId="5A26581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сигнализира ръководството за нередности по време на дежурството: тютюнопушене, външен вид, несъобразено с нормите поведение, неопазване на училищното имущество, неспазване на графика за учебното време и други нарушения на Правилника за дейността на училището.</w:t>
      </w:r>
    </w:p>
    <w:p w14:paraId="0C0E25E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търси при необходимост съдействие от директора или педагогическия съветник.</w:t>
      </w:r>
    </w:p>
    <w:p w14:paraId="15D1B81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Дежурството приключва с края на учебните занятия и напускане на етажите от учениците.</w:t>
      </w:r>
    </w:p>
    <w:p w14:paraId="298FE64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Дежурните учители по етажи са длъжни:</w:t>
      </w:r>
    </w:p>
    <w:p w14:paraId="10830EA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спазват утвърдения от директора график за дежурство в училище;</w:t>
      </w:r>
    </w:p>
    <w:p w14:paraId="0ED638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бъдат на определено за дежурство място в посочения в графика час;</w:t>
      </w:r>
    </w:p>
    <w:p w14:paraId="4B40391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осигуряват реда, дисциплината на съответния етаж за периода на дежурство по време на час и междучасие;</w:t>
      </w:r>
    </w:p>
    <w:p w14:paraId="79DB12B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За всяко констатирано нарушение да докладват писмено на директора при констатирани инциденти;</w:t>
      </w:r>
    </w:p>
    <w:p w14:paraId="646A4E9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5. Да предприемат мерки след биенето на първия звънец за подготовката на учениците за учебен час;</w:t>
      </w:r>
    </w:p>
    <w:p w14:paraId="5D55318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следят за опазване на училищното имущество;</w:t>
      </w:r>
    </w:p>
    <w:p w14:paraId="285AA10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сигнализират ръководството за нередности по време на дежурството: тютюнопушене, външен вид, несъобразено с нормите поведение, неопазване на училищното имущество, неспазване на графика за учебното време и др. нарушения на Правилника за дейността на училището;</w:t>
      </w:r>
    </w:p>
    <w:p w14:paraId="37E042D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търсят при необходимост съдействие от директора или педагогическия съветник;</w:t>
      </w:r>
    </w:p>
    <w:p w14:paraId="3171F06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извеждат учениците при природни бедствия, аварии, пожари и др.;</w:t>
      </w:r>
    </w:p>
    <w:p w14:paraId="7B206A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Дежурството приключва с края на учебните занятия и напускане на етажите от учениците.</w:t>
      </w:r>
    </w:p>
    <w:p w14:paraId="2599C48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Дежурни учители на двора:</w:t>
      </w:r>
    </w:p>
    <w:p w14:paraId="1714C1B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Дежурството се извършва по график в района на училището.</w:t>
      </w:r>
    </w:p>
    <w:p w14:paraId="1258411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Дежурният учител следи за спазване на задълженията на учениците, отразени в настоящия правилник.</w:t>
      </w:r>
    </w:p>
    <w:p w14:paraId="5EC56D9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При необходимост търси съдействие от директора или педагогическия съветник.</w:t>
      </w:r>
    </w:p>
    <w:p w14:paraId="57090A3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Дежурните учители трябва стриктно да следят спазването на въведените противоепидемичните мерки.</w:t>
      </w:r>
    </w:p>
    <w:p w14:paraId="10DA0F8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69. </w:t>
      </w:r>
      <w:r>
        <w:rPr>
          <w:rFonts w:ascii="Times New Roman" w:hAnsi="Times New Roman" w:cs="Times New Roman" w:eastAsia="Times New Roman"/>
          <w:sz w:val="24"/>
          <w:szCs w:val="24"/>
        </w:rPr>
        <w:t>Дежурство на учениците:</w:t>
      </w:r>
    </w:p>
    <w:p w14:paraId="1892EB0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1.Във всеки клас има по двама дежурни ученика.</w:t>
      </w:r>
    </w:p>
    <w:p w14:paraId="574EAFA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2.Дежурните ученици съдействат на дежурните учители и отговарят за опазване на материалната база в кабинета, почистват дъската и докладват за отсъстващите за часа ученици.</w:t>
      </w:r>
    </w:p>
    <w:p w14:paraId="00B654A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70. </w:t>
      </w:r>
      <w:r>
        <w:rPr>
          <w:rFonts w:ascii="Times New Roman" w:hAnsi="Times New Roman" w:cs="Times New Roman" w:eastAsia="Times New Roman"/>
          <w:sz w:val="24"/>
          <w:szCs w:val="24"/>
        </w:rPr>
        <w:t>Задължения на персонала по време на дежурството на учителите:</w:t>
      </w:r>
    </w:p>
    <w:p w14:paraId="6DDAEF4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Помощният персонал следи за спазване на Правилника за дейността на училището във връзка с тютюнопушенето в района на училището през междучасията и помага на дежурния учител на входа;</w:t>
      </w:r>
    </w:p>
    <w:p w14:paraId="031A316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 отсъствие на дежурен учител друг учител изпълнява задълженията му;</w:t>
      </w:r>
    </w:p>
    <w:p w14:paraId="1EE589F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Помощният персонал подпомага дежурните учители при изпълнение на задълженията им.</w:t>
      </w:r>
    </w:p>
    <w:p w14:paraId="66EBA5B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Отключват класните стаи преди идването на учителите;</w:t>
      </w:r>
    </w:p>
    <w:p w14:paraId="7942845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Следи за опазване на училищното имущество.</w:t>
      </w:r>
    </w:p>
    <w:p w14:paraId="07DD379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71. </w:t>
      </w:r>
      <w:r>
        <w:rPr>
          <w:rFonts w:ascii="Times New Roman" w:hAnsi="Times New Roman" w:cs="Times New Roman" w:eastAsia="Times New Roman"/>
          <w:sz w:val="24"/>
          <w:szCs w:val="24"/>
        </w:rPr>
        <w:t>Нарушаването на работата на учебния час (влизане, излизане, извикване на учители и ученици, срещи с родители) е абсолютно забранено.</w:t>
      </w:r>
    </w:p>
    <w:p w14:paraId="4CAB225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72. </w:t>
      </w:r>
      <w:r>
        <w:rPr>
          <w:rFonts w:ascii="Times New Roman" w:hAnsi="Times New Roman" w:cs="Times New Roman" w:eastAsia="Times New Roman"/>
          <w:sz w:val="24"/>
          <w:szCs w:val="24"/>
        </w:rPr>
        <w:t>Провеждането на часове извън учебната сграда може да става само с предварително разрешение на директора и изготвяне на необходимата документация.</w:t>
      </w:r>
    </w:p>
    <w:p w14:paraId="5C50D55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73. </w:t>
      </w:r>
      <w:r>
        <w:rPr>
          <w:rFonts w:ascii="Times New Roman" w:hAnsi="Times New Roman" w:cs="Times New Roman" w:eastAsia="Times New Roman"/>
          <w:sz w:val="24"/>
          <w:szCs w:val="24"/>
        </w:rPr>
        <w:t>Разместването на учебни часове от утвърденото седмично разписание без разрешение на директора е абсолютно забранено.</w:t>
      </w:r>
    </w:p>
    <w:p w14:paraId="241663B9"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V. ОРГАНИЗАЦИЯ НА УЧЕБНИЯ ПРОЦЕС ПРИ ОБЕКТИВНИ ЗАТРУДНЕНИЯ, СВЪРЗАНИ С ТРАНСПОРТА</w:t>
      </w:r>
    </w:p>
    <w:p w14:paraId="09FC6B4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74. </w:t>
      </w:r>
      <w:r>
        <w:rPr>
          <w:rFonts w:ascii="Times New Roman" w:hAnsi="Times New Roman" w:cs="Times New Roman" w:eastAsia="Times New Roman"/>
          <w:sz w:val="24"/>
          <w:szCs w:val="24"/>
        </w:rPr>
        <w:t>(1) В случаи на доказани обективни затруднения, свързани с транспортната схема в населеното място, които възпрепятстват редовното присъствие на ученика на последния учебен час от дневното разписание, отсъствията се третират като допустими и уважителни.</w:t>
      </w:r>
    </w:p>
    <w:p w14:paraId="33AB552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Уважаването на отсъствията по ал. 1 се извършва при следните условия:</w:t>
      </w:r>
    </w:p>
    <w:p w14:paraId="4EEFCB3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представяне на официален документ от съответния превозвач, общинска администрация или друг компетентен орган, удостоверяващ причината за невъзможност за транспорт след края на учебните занятия;</w:t>
      </w:r>
    </w:p>
    <w:p w14:paraId="60548A7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писмено уведомяване на класния ръководител и директора на училището от страна на родителя (настойника) или пълнолетния ученик;</w:t>
      </w:r>
    </w:p>
    <w:p w14:paraId="265211D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одобрение от директора за прилагане на мярката.</w:t>
      </w:r>
    </w:p>
    <w:p w14:paraId="3583279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В съответствие с чл. 108, ал. 1 от Закона за предучилищното и училищното образование (ЗПУО) и чл. 25, ал. 1 и 2 от Наредба №10 от 01.09.2016 г. за организация на дейностите в училищното образование, за учениците, които отсъстват по уважителни причини от последния учебен час, училището организира задължителни седмични консултации по съответните учебни предмети.</w:t>
      </w:r>
    </w:p>
    <w:p w14:paraId="0391C3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Консултациите по ал. 3 се провеждат по предварително изготвен и утвърден график, съобразен с индивидуалните потребности на учениците. За проведените консултации се води документация в дневника и в училищната документация.</w:t>
      </w:r>
    </w:p>
    <w:p w14:paraId="0A16950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Учениците са задължени да участват в организираните консултации и да наваксат пропуснатото учебно съдържание. Неучастието без уважителна причина се счита за неизпълнение на учебните задължения.</w:t>
      </w:r>
    </w:p>
    <w:p w14:paraId="1F5EC71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Училището създава необходимата организация, за да гарантира равен достъп до образование и компенсиране на пропуснатото обучение в съответствие с принципите на приобщаващо образование.</w:t>
      </w:r>
    </w:p>
    <w:p w14:paraId="1207952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Графикът за провеждане на консултациите се утвърждава от директора на училището и се публикува на официалното табло и/или уебсайт на училището.</w:t>
      </w:r>
    </w:p>
    <w:p w14:paraId="47F1683C"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VI. СЪЩНОСТ И СЪДЪРЖАНИЕ НА УЧИЛИЩНАТА ПОДГОТОВКА</w:t>
      </w:r>
    </w:p>
    <w:p w14:paraId="13389DB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75. </w:t>
      </w:r>
      <w:r>
        <w:rPr>
          <w:rFonts w:ascii="Times New Roman" w:hAnsi="Times New Roman" w:cs="Times New Roman" w:eastAsia="Times New Roman"/>
          <w:sz w:val="24"/>
          <w:szCs w:val="24"/>
        </w:rPr>
        <w:t>(1). Обучението в ПГМКР „Свети Никола“ гр. Бургас се извършва на български език. Усвояването на българския език е задължително за всички ученици, които се обучават в гимназията;</w:t>
      </w:r>
    </w:p>
    <w:p w14:paraId="7E06453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Обучението и възпитанието на учениците в ПГМКР „Свети Никола“ гр. Бургас се осъществява по учебни предмети и дейности, съгласно ЗПУО, учебни планове, програми и указания на МОН, училищен учебен план, държавни образователни стандарти.</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76. </w:t>
      </w:r>
      <w:r>
        <w:rPr>
          <w:rFonts w:ascii="Times New Roman" w:hAnsi="Times New Roman" w:cs="Times New Roman" w:eastAsia="Times New Roman"/>
          <w:sz w:val="24"/>
          <w:szCs w:val="24"/>
        </w:rPr>
        <w:t>(1)Училищните учебни планове се гласуват и приемат на ПС в началото на всяка учебна година и след съгласуване с Обществения съвет.</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b/>
          <w:sz w:val="24"/>
          <w:szCs w:val="24"/>
        </w:rPr>
        <w:t>Чл. 76а.</w:t>
      </w:r>
      <w:r>
        <w:rPr>
          <w:rFonts w:ascii="Times New Roman" w:hAnsi="Times New Roman" w:cs="Times New Roman" w:eastAsia="Times New Roman"/>
          <w:sz w:val="24"/>
          <w:szCs w:val="24"/>
        </w:rPr>
        <w:t xml:space="preserve"> (1) За ученик със специални образователни потребности, както и за ученик с изявени дарби, може да се разработва индивидуален учебен план при условията и по реда на Наредба № 4 от 2015 г. за учебния план.</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sz w:val="24"/>
          <w:szCs w:val="24"/>
        </w:rPr>
        <w:t xml:space="preserve">(2) Индивидуалният учебен план може да предвижда:</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sz w:val="24"/>
          <w:szCs w:val="24"/>
        </w:rPr>
        <w:t xml:space="preserve">1. отсъствие в раздел А и/или в раздел Б на учебни предмети, когато обучението на ученика по тях е невъзможно и въз основа на медицински документ екипът за подкрепа за личностно развитие със съответните мотиви и след информирано съгласие на родителя е препоръчал тези предмети да не се изучават – за ученик със специални образователни потребности;</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sz w:val="24"/>
          <w:szCs w:val="24"/>
        </w:rPr>
        <w:t xml:space="preserve">2. намален брой учебни часове с не повече от 50 % от общия брой часове, предвидени в училищния учебен план за раздел А и раздел Б – за ученик със специални образователни потребности.</w:t>
      </w:r>
    </w:p>
    <w:p w14:paraId="519B79B2" w14:textId="77777777" w:rsidR="00E607B5" w:rsidRDefault="00D91D22">
      <w:pPr>
        <w:spacing w:after="110" w:line="288" w:lineRule="auto"/>
        <w:ind w:left="480" w:hanging="480"/>
        <w:jc w:val="both"/>
      </w:pPr>
      <w:r>
        <w:rPr>
          <w:rFonts w:ascii="Times New Roman" w:hAnsi="Times New Roman" w:cs="Times New Roman" w:eastAsia="Times New Roman"/>
          <w:sz w:val="24"/>
          <w:szCs w:val="24"/>
        </w:rPr>
        <w:t xml:space="preserve">(3) Разпоредбите по ал. 2 се прилагат от учебната 2026/2027 година съгласно Наредбата за изменение и допълнение на Наредба № 4 от 2015 г. за учебния план (ДВ, бр. 38 от 24 април 2026 г.).</w:t>
      </w:r>
    </w:p>
    <w:p w14:paraId="54988C9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77. </w:t>
      </w:r>
      <w:r>
        <w:rPr>
          <w:rFonts w:ascii="Times New Roman" w:hAnsi="Times New Roman" w:cs="Times New Roman" w:eastAsia="Times New Roman"/>
          <w:sz w:val="24"/>
          <w:szCs w:val="24"/>
        </w:rPr>
        <w:t>(1). Всеки ученик предоставя заявление, подписано от родителите му, по кои предмети желае да изучва РПП, РП и факултативни часове. Заявлението се подава от ученика две седмици преди края на предходната учебната година, а новопостъпилите при записване.</w:t>
      </w:r>
    </w:p>
    <w:p w14:paraId="7B56380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края на всяка учебна година ПС взима решение за обучението по спортни дейности. Часовете за спортни дейности не могат да бъдат ползвани с друга учебна цел. Действително проведените учебни часове по утвърдените спортни дейности се отразяват в задължителната училищна документация, спазвайки утвърден график</w:t>
      </w:r>
    </w:p>
    <w:p w14:paraId="35B1113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Ученикът подава заявление за желаната спортна дейност.</w:t>
      </w:r>
    </w:p>
    <w:p w14:paraId="64EEDB6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78. </w:t>
      </w:r>
      <w:r>
        <w:rPr>
          <w:rFonts w:ascii="Times New Roman" w:hAnsi="Times New Roman" w:cs="Times New Roman" w:eastAsia="Times New Roman"/>
          <w:sz w:val="24"/>
          <w:szCs w:val="24"/>
        </w:rPr>
        <w:t>(1) Учебният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 /чл. 87, ал. 2 и ал. 3 от ЗПУО/</w:t>
      </w:r>
    </w:p>
    <w:p w14:paraId="3A64BA0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454107F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(3)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6ADC5B4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Обучението и дейностите по ал. 1 може да се осъществяват в блок от часове в зависимост от проблематиката и от потребностите на учениците от паралелката.</w:t>
      </w:r>
    </w:p>
    <w:p w14:paraId="22A5F7D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79. </w:t>
      </w:r>
      <w:r>
        <w:rPr>
          <w:rFonts w:ascii="Times New Roman" w:hAnsi="Times New Roman" w:cs="Times New Roman" w:eastAsia="Times New Roman"/>
          <w:sz w:val="24"/>
          <w:szCs w:val="24"/>
        </w:rPr>
        <w:t>По време на учебната година ученикът няма право да променя избраните от него предмети по РПП, РП, факултативни часове и спортни дейности.</w:t>
      </w:r>
    </w:p>
    <w:p w14:paraId="5421357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80. </w:t>
      </w:r>
      <w:r>
        <w:rPr>
          <w:rFonts w:ascii="Times New Roman" w:hAnsi="Times New Roman" w:cs="Times New Roman" w:eastAsia="Times New Roman"/>
          <w:sz w:val="24"/>
          <w:szCs w:val="24"/>
        </w:rPr>
        <w:t>Включване в извънкласни дейности, както и спортни, културно - масови и други прояви се извършва по желание на учениците.</w:t>
      </w:r>
    </w:p>
    <w:p w14:paraId="190BF71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81. </w:t>
      </w:r>
      <w:r>
        <w:rPr>
          <w:rFonts w:ascii="Times New Roman" w:hAnsi="Times New Roman" w:cs="Times New Roman" w:eastAsia="Times New Roman"/>
          <w:sz w:val="24"/>
          <w:szCs w:val="24"/>
        </w:rPr>
        <w:t>Обучението се провежда само по учебници и учебни помагала, одобрени от МОН. В края на учебната година всяко методическо обединение провежда заседание за избор на учебници и представя протокол с избора на директора.</w:t>
      </w:r>
    </w:p>
    <w:p w14:paraId="7B12C1F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82. </w:t>
      </w:r>
      <w:r>
        <w:rPr>
          <w:rFonts w:ascii="Times New Roman" w:hAnsi="Times New Roman" w:cs="Times New Roman" w:eastAsia="Times New Roman"/>
          <w:sz w:val="24"/>
          <w:szCs w:val="24"/>
        </w:rPr>
        <w:t>(1). Обучението по гражданско, здравно, екологично и интеркултурно образование се осъществява:</w:t>
      </w:r>
    </w:p>
    <w:p w14:paraId="19A7D25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1.Съгласно изискванията на Наредба № 13/21.09.2016г. и за подкрепа на гражданското, здравното, екологичното и интеркултурното образование</w:t>
      </w:r>
    </w:p>
    <w:p w14:paraId="563CEA4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Чрез учебната, извънкласната и извънучилищната дейности;</w:t>
      </w:r>
    </w:p>
    <w:p w14:paraId="79F5B3F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В процеса на придобиване на всички видове училищна подготовка;</w:t>
      </w:r>
    </w:p>
    <w:p w14:paraId="6205C75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По време на:</w:t>
      </w:r>
    </w:p>
    <w:p w14:paraId="12BD793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час на класа;</w:t>
      </w:r>
    </w:p>
    <w:p w14:paraId="09E05C0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занимания по интереси;</w:t>
      </w:r>
    </w:p>
    <w:p w14:paraId="7F36FD4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в рамките на дейностите по обща и допълнителна подкрепа за личностно развитие.</w:t>
      </w:r>
    </w:p>
    <w:p w14:paraId="7B9EDE2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Чрез ученическото самоуправление.</w:t>
      </w:r>
    </w:p>
    <w:p w14:paraId="18BEB22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83. </w:t>
      </w:r>
      <w:r>
        <w:rPr>
          <w:rFonts w:ascii="Times New Roman" w:hAnsi="Times New Roman" w:cs="Times New Roman" w:eastAsia="Times New Roman"/>
          <w:sz w:val="24"/>
          <w:szCs w:val="24"/>
        </w:rPr>
        <w:t>(1). Преместването на ученици от друга паралелка на ПГМКР „Свети Никола“ гр. Бургас или друго училище става при наличие на свободни места в паралелката, в която ученикът иска да постъпи, но не по – късно от 30 учебни дни преди края на всеки учебен срок;</w:t>
      </w:r>
    </w:p>
    <w:p w14:paraId="66C640F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Учениците в XI клас могат да се преместват по същата специалност от професия - през цялата учебна година, но не по-късно от 30 учебни дни преди края на всеки учебен срок. Учениците в XII клас могат да се преместват не по-късно от 30 учебни дни преди края на първия учебен срок по същата специалност от професия.</w:t>
      </w:r>
    </w:p>
    <w:p w14:paraId="5EB7FF2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При преместването си учениците полагат приравнителни изпити, когато учебните планове се различават.</w:t>
      </w:r>
    </w:p>
    <w:p w14:paraId="53C5564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Приравнителните изпити се полагат съгласно учебните планове за съответната специалност на ПГМКР „Свети Никола“ гр. Бургас. Оценките от приравнителните изпити са окончателни и се включват в Удостоверението за първи гимназиален етап и Дипломата за средно образование.</w:t>
      </w:r>
    </w:p>
    <w:p w14:paraId="548D034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Учениците се преместват при спазване на следните условия и ред:</w:t>
      </w:r>
    </w:p>
    <w:p w14:paraId="40C431F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5.1. Преместването на ученици от друга паралелка на ПГМКР „Свети Никола“ гр. Бургас:</w:t>
      </w:r>
    </w:p>
    <w:p w14:paraId="41BE4CF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Родителят/настойника и/или ученикът подават писмено заявление до директора на ПГМКР „Свети Никола“ гр. Бургас;</w:t>
      </w:r>
    </w:p>
    <w:p w14:paraId="3C9A7C7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Родителят/настойника/ и ученикът подписват декларация за информирано съгласие, относно различията в учебния план и явяването на приравнителни изпити, ако има такива.</w:t>
      </w:r>
    </w:p>
    <w:p w14:paraId="0DA59C9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Директорът до три работни дни определя със заповед условията за преместване на ученика и информира родителя/настойника и/или ученика.</w:t>
      </w:r>
    </w:p>
    <w:p w14:paraId="257487D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Ученикът се счита за преместен от датата, посочена в заповедта на директора. До датата, посочена в заповедта на директора посещава учебните занятия в паралелката в която е бил.</w:t>
      </w:r>
    </w:p>
    <w:p w14:paraId="028C5E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5.2 Преместването на ученици от друго училище в ПГМКР „Свети Никола“ гр. Бургас:</w:t>
      </w:r>
    </w:p>
    <w:p w14:paraId="5E12706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Подаване на писмено заявление от родителите и/или ученика до директора на ПГМКР „Свети Никола“ гр. Бургас;</w:t>
      </w:r>
    </w:p>
    <w:p w14:paraId="046FDF3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три работни дни от получаване на заявлението, директорът потвърждава пред родителя възможността за записването на ученика, уведомява чрез НЕИСПУО директора на училището, в което ученикът се е обучавал и му предоставя копие на заявлението;</w:t>
      </w:r>
    </w:p>
    <w:p w14:paraId="52D314C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пет работни дни от получаване на заявлението, директорът на училището, в което се е обучавал ученикът, издава удостоверение за преместване и го предоставя на директора на ПГМКР „Свети Никола“ гр. Бургас заедно с копие на училищния учебен план и копие на личното образователно дело на ученика;</w:t>
      </w:r>
    </w:p>
    <w:p w14:paraId="06CFE67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Директорът на ПГМКР „Свети Никола“ гр. Бургас до три работни дни от получаване на удостоверението за преместване, заедно с копието от училищния учебен план и копието на личното образователно дело на ученика, определя със заповед условията за приемане на ученика и информира родителя и/или ученика;</w:t>
      </w:r>
    </w:p>
    <w:p w14:paraId="70C8249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Родителят/настойникът и/или ученикът подписва декларация за информирано съгласие, относно различията в учебния план и необходимите приравнителни изпити, ако има такива;</w:t>
      </w:r>
    </w:p>
    <w:p w14:paraId="4931714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Родителят/настойникът и/или ученикът представят оригинал на свидетелство за основно образование и оригинал на медицинско свидетелство;</w:t>
      </w:r>
    </w:p>
    <w:p w14:paraId="08D38D55"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Ученикът се счита за преместен от датата, посочена в заповедта на директора на ПГМКР „Свети Никола“ гр. Бургас;</w:t>
      </w:r>
    </w:p>
    <w:p w14:paraId="36E1B5D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три работни дни директорът на ПГМКР „Свети Никола“ гр. Бургас информира чрез НЕИСПУО директора на училището, от което идва ученикът, за неговото записване;</w:t>
      </w:r>
    </w:p>
    <w:p w14:paraId="0C0AE42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датата, посочена в заповедта на директора на ПГМКР „Свети Никола“ гр. Бургас, посещава учебните занятия в училището, от което се премества.</w:t>
      </w:r>
    </w:p>
    <w:p w14:paraId="18DEC81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5.3. Преместването на ученици от ПГМКР „Свети Никола“ гр. Бургас в друго училище:</w:t>
      </w:r>
    </w:p>
    <w:p w14:paraId="35ADF43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пет работни дни от получаване на копието на заявлението от директора на училището, в което желае да се обучава ученикът, директорът на ПГМКР „Свети Никола“ гр. Бургас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w:t>
      </w:r>
    </w:p>
    <w:p w14:paraId="6D7FAD9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Ученикът се счита за преместен от деня в който директорът на ПГМКР „Свети Никола“ гр. Бургас получи писмена информация от директора на приемащото училище.</w:t>
      </w:r>
    </w:p>
    <w:p w14:paraId="563437A0"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VII. ФОРМИ НА ОБУЧЕНИЕ</w:t>
      </w:r>
    </w:p>
    <w:p w14:paraId="2C46DC0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84. </w:t>
      </w:r>
      <w:r>
        <w:rPr>
          <w:rFonts w:ascii="Times New Roman" w:hAnsi="Times New Roman" w:cs="Times New Roman" w:eastAsia="Times New Roman"/>
          <w:sz w:val="24"/>
          <w:szCs w:val="24"/>
        </w:rPr>
        <w:t>(1). Форми на обучение</w:t>
      </w:r>
    </w:p>
    <w:p w14:paraId="3572D4E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Дневна форма на обучение - тя е присъствена форма.</w:t>
      </w:r>
    </w:p>
    <w:p w14:paraId="115E60C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Самостоятелна форма на обучение</w:t>
      </w:r>
    </w:p>
    <w:p w14:paraId="6CB3C1B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Неприсъствена форма за ученици, преминали от дневна;</w:t>
      </w:r>
    </w:p>
    <w:p w14:paraId="471B098E"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Самостоятелна форма на обучение след завършено основно образование.</w:t>
      </w:r>
    </w:p>
    <w:p w14:paraId="734A6D7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 Задочна форма на обучение - неприсъствена форма на лица, навършили 16 години;</w:t>
      </w:r>
    </w:p>
    <w:p w14:paraId="0956691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85. </w:t>
      </w:r>
      <w:r>
        <w:rPr>
          <w:rFonts w:ascii="Times New Roman" w:hAnsi="Times New Roman" w:cs="Times New Roman" w:eastAsia="Times New Roman"/>
          <w:sz w:val="24"/>
          <w:szCs w:val="24"/>
        </w:rPr>
        <w:t>(1). В самостоятелна форма на обучение могат да се обучават:</w:t>
      </w:r>
    </w:p>
    <w:p w14:paraId="530B532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7482D6C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Ученици в задължителна училищна възраст – по желание на ученика или родителя по реда на чл.12, ал.2 от ЗПУО, след решение на експертна комисия, създадена към РУО;</w:t>
      </w:r>
    </w:p>
    <w:p w14:paraId="5A76DD5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Ученици с изявени дарби;</w:t>
      </w:r>
    </w:p>
    <w:p w14:paraId="1D17653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Лица, навършили 16 години;</w:t>
      </w:r>
    </w:p>
    <w:p w14:paraId="259207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Ученици с наложена санкция по чл.199 ал.1 т.5 ( навършили 16 години)</w:t>
      </w:r>
    </w:p>
    <w:p w14:paraId="6E2E200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Самостоятелната форма е неприсъствена, включва самостоятелна подготовка и изпити за определяне на годишни оценки по учебните предмети от училищния учебен план.</w:t>
      </w:r>
    </w:p>
    <w:p w14:paraId="7A8ED82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При самостоятелна форма на обучение се прилага училищният учебен план за дневна форма за съответната специалност.</w:t>
      </w:r>
    </w:p>
    <w:p w14:paraId="5507FC1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86. </w:t>
      </w:r>
      <w:r>
        <w:rPr>
          <w:rFonts w:ascii="Times New Roman" w:hAnsi="Times New Roman" w:cs="Times New Roman" w:eastAsia="Times New Roman"/>
          <w:sz w:val="24"/>
          <w:szCs w:val="24"/>
        </w:rPr>
        <w:t>(1). В задочната форма на обучение могат да се обучават лица, навършили 16 години;</w:t>
      </w:r>
    </w:p>
    <w:p w14:paraId="2E5F75D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Задочната форма на обучение включва учебни часове, самостоятелна подготовка и полагане на изпити за определяне на годишна оценка по учебните предмети от училищния учебен план;</w:t>
      </w:r>
    </w:p>
    <w:p w14:paraId="1F38B7B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Учебните часове на учениците в задочна форма на обучение се провеждат в електронна среда;</w:t>
      </w:r>
    </w:p>
    <w:p w14:paraId="5DED801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Обучението в задочна форма се провежда по училищен учебен план, разработен въз основа на съответния рамков учебен план за задочна форма.</w:t>
      </w:r>
    </w:p>
    <w:p w14:paraId="7B57AF32"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УЧЕНИЦИ САМОСТОЯТЕЛНА ФОРМА НА ОБУЧЕНИЕ</w:t>
      </w:r>
    </w:p>
    <w:p w14:paraId="6DE8FDE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87. </w:t>
      </w:r>
      <w:r>
        <w:rPr>
          <w:rFonts w:ascii="Times New Roman" w:hAnsi="Times New Roman" w:cs="Times New Roman" w:eastAsia="Times New Roman"/>
          <w:sz w:val="24"/>
          <w:szCs w:val="24"/>
        </w:rPr>
        <w:t>Обучението в самостоятелна форма на обучение на ученици от ПГМКР „Свети Никола“ гр. Бургас приети, преминали от дневна форма през учебната година или с наложена санкция по чл.199 ал.1 т.5 от ЗПУО се извършва след:</w:t>
      </w:r>
    </w:p>
    <w:p w14:paraId="1E60B68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1.Заявено писмено желание на родителя (ученика),</w:t>
      </w:r>
    </w:p>
    <w:p w14:paraId="7F46EA0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Доклад на класния ръководител</w:t>
      </w:r>
    </w:p>
    <w:p w14:paraId="5E8DD77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Решение на Педагогическия съвет</w:t>
      </w:r>
    </w:p>
    <w:p w14:paraId="02904CC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Заповед на Директора, в която се определя началото на обучението.</w:t>
      </w:r>
    </w:p>
    <w:p w14:paraId="74DD04A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88. </w:t>
      </w:r>
      <w:r>
        <w:rPr>
          <w:rFonts w:ascii="Times New Roman" w:hAnsi="Times New Roman" w:cs="Times New Roman" w:eastAsia="Times New Roman"/>
          <w:sz w:val="24"/>
          <w:szCs w:val="24"/>
        </w:rPr>
        <w:t>Ученици, желаещи да се обучават в самостоятелна форма подават заявление за записване в СФО до 10 септември за всяка учебна година или до 20 дни преди изпитната сесия, с изключение на учениците в задължителна училищна възраст по реда на чл.12, ал.2 от ЗПУО.</w:t>
      </w:r>
    </w:p>
    <w:p w14:paraId="5E08E05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89. </w:t>
      </w:r>
      <w:r>
        <w:rPr>
          <w:rFonts w:ascii="Times New Roman" w:hAnsi="Times New Roman" w:cs="Times New Roman" w:eastAsia="Times New Roman"/>
          <w:sz w:val="24"/>
          <w:szCs w:val="24"/>
        </w:rPr>
        <w:t>Учениците полагат изпити по всички предмети от учебния план на съответната специалност.</w:t>
      </w:r>
    </w:p>
    <w:p w14:paraId="1592B69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90. </w:t>
      </w:r>
      <w:r>
        <w:rPr>
          <w:rFonts w:ascii="Times New Roman" w:hAnsi="Times New Roman" w:cs="Times New Roman" w:eastAsia="Times New Roman"/>
          <w:sz w:val="24"/>
          <w:szCs w:val="24"/>
        </w:rPr>
        <w:t>(1). Изпитите се провеждат по предварително изготвен график, утвърден от директора на училището, като в един ден се полага изпит само по един предмет.</w:t>
      </w:r>
    </w:p>
    <w:p w14:paraId="3873313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Ученик, обучаващ се в самостоятелна форма и не се явил да положи съответните изпити в три поредни сесии се отписва от училище.</w:t>
      </w:r>
    </w:p>
    <w:p w14:paraId="363408F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91. </w:t>
      </w:r>
      <w:r>
        <w:rPr>
          <w:rFonts w:ascii="Times New Roman" w:hAnsi="Times New Roman" w:cs="Times New Roman" w:eastAsia="Times New Roman"/>
          <w:sz w:val="24"/>
          <w:szCs w:val="24"/>
        </w:rPr>
        <w:t>(1). Продължителността на обучението в един клас е една учебна година.</w:t>
      </w:r>
    </w:p>
    <w:p w14:paraId="05479FA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Учениците преминават в следващия клас, само ако успешно са положили всички изпити, предвидени за завършване на предходния клас.</w:t>
      </w:r>
    </w:p>
    <w:p w14:paraId="27C39F0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92. </w:t>
      </w:r>
      <w:r>
        <w:rPr>
          <w:rFonts w:ascii="Times New Roman" w:hAnsi="Times New Roman" w:cs="Times New Roman" w:eastAsia="Times New Roman"/>
          <w:sz w:val="24"/>
          <w:szCs w:val="24"/>
        </w:rPr>
        <w:t>При повтарянето на класа учениците се явяват на изпити само по учебните предмети, по които имат оценка слаб (2) или нямат положен изпит.</w:t>
      </w:r>
    </w:p>
    <w:p w14:paraId="16B9C57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93. </w:t>
      </w:r>
      <w:r>
        <w:rPr>
          <w:rFonts w:ascii="Times New Roman" w:hAnsi="Times New Roman" w:cs="Times New Roman" w:eastAsia="Times New Roman"/>
          <w:sz w:val="24"/>
          <w:szCs w:val="24"/>
        </w:rPr>
        <w:t>(1). Ученикът има право на явяване в една редовна и две поправителни сесии за една учебна година.</w:t>
      </w:r>
    </w:p>
    <w:p w14:paraId="6FD81BF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За явяване на изпит се подава заявление до две седмици преди началото на всяка изпитна сесия - редовна и поправителна;</w:t>
      </w:r>
    </w:p>
    <w:p w14:paraId="50B6FC5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До поправителна сесия се допускат ученици, които имат слаба оценка по всеки предмет, предвиден в учебния план за съответния клас или са подали заявление за явяване на изпит, но не са се явили;</w:t>
      </w:r>
    </w:p>
    <w:p w14:paraId="16FACB3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Изпитните сесии за всяка учебна година са:</w:t>
      </w:r>
    </w:p>
    <w:p w14:paraId="2E52559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Редовната сесия е в периода:</w:t>
      </w:r>
    </w:p>
    <w:p w14:paraId="27A9870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декември – м. януари</w:t>
      </w:r>
    </w:p>
    <w:p w14:paraId="2DAEBC5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март - април –от VIII до XI клас</w:t>
      </w:r>
    </w:p>
    <w:p w14:paraId="237D0FEF"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април – за XII клас</w:t>
      </w:r>
    </w:p>
    <w:p w14:paraId="0FD8F6A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Първа поправителна сесия е в периода:</w:t>
      </w:r>
    </w:p>
    <w:p w14:paraId="117A37D0"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VIII до XI клас – м. юни</w:t>
      </w:r>
    </w:p>
    <w:p w14:paraId="18BBD85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XII клас – м. април -м. май</w:t>
      </w:r>
    </w:p>
    <w:p w14:paraId="7966664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Втора поправителна сесия е в периода:</w:t>
      </w:r>
    </w:p>
    <w:p w14:paraId="686E9D3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VIII до XII клас- м. август - м. септември</w:t>
      </w:r>
    </w:p>
    <w:p w14:paraId="76931947"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УЧЕНИЦИ ЗАДОЧНА ФОРМА НА ОБУЧЕНИЕ</w:t>
      </w:r>
    </w:p>
    <w:p w14:paraId="043DBD1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94. </w:t>
      </w:r>
      <w:r>
        <w:rPr>
          <w:rFonts w:ascii="Times New Roman" w:hAnsi="Times New Roman" w:cs="Times New Roman" w:eastAsia="Times New Roman"/>
          <w:sz w:val="24"/>
          <w:szCs w:val="24"/>
        </w:rPr>
        <w:t>(1). В задочна форма може да се обучават:</w:t>
      </w:r>
    </w:p>
    <w:p w14:paraId="4F8CF95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само лица, навършили 16 години.</w:t>
      </w:r>
    </w:p>
    <w:p w14:paraId="6E468FD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Задочната форма на обучение включва учебни часове, самостоятелна подготовка и полагане на изпити за определяне на годишна оценка по учебните предмети от училищния учебен план.</w:t>
      </w:r>
    </w:p>
    <w:p w14:paraId="24081F8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Учебните часове на учениците в задочна форма на обучение се провеждат в електронна среда.</w:t>
      </w:r>
    </w:p>
    <w:p w14:paraId="66ADD5A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Обучението в задочна форма се провежда по училищен учебен план, разработен въз основа на съответния рамков учебен план за задочна форма.</w:t>
      </w:r>
    </w:p>
    <w:p w14:paraId="35EA6B8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Приемането на учениците в ЗФО става, след подаване на заявление до директора лично или от упълномощено лице, придружено с документи, удостоверяващи основанието за кандидатстване.</w:t>
      </w:r>
    </w:p>
    <w:p w14:paraId="7D2C815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Условията и редът за организиране и провеждане на изпити се определя със заповед на директора на училището.</w:t>
      </w:r>
    </w:p>
    <w:p w14:paraId="2F6B029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Консултациите на учениците от задочна форма са както следва:</w:t>
      </w:r>
    </w:p>
    <w:p w14:paraId="374FD50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ПЪРВИ УЧЕБЕН СТРОК - м. октомври – м. ноември</w:t>
      </w:r>
    </w:p>
    <w:p w14:paraId="0CACCD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ВТОРИ УЧЕБЕН СРОК - м. март</w:t>
      </w:r>
    </w:p>
    <w:p w14:paraId="5C5784A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Учениците от задочна форма се явяват на следните изпитни сесии:</w:t>
      </w:r>
    </w:p>
    <w:p w14:paraId="2488C50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Редовна сесия</w:t>
      </w:r>
    </w:p>
    <w:p w14:paraId="2DFA4BA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декември – м. януари</w:t>
      </w:r>
    </w:p>
    <w:p w14:paraId="7635C19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март - април –от VIII до XI клас</w:t>
      </w:r>
    </w:p>
    <w:p w14:paraId="0750182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 април – за XII клас</w:t>
      </w:r>
    </w:p>
    <w:p w14:paraId="26BBF58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2.Първа поправителна сесия;</w:t>
      </w:r>
    </w:p>
    <w:p w14:paraId="13C6EF9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VIII до XI клас – м.юни</w:t>
      </w:r>
    </w:p>
    <w:p w14:paraId="51E272D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XII клас – м. април -м.май</w:t>
      </w:r>
    </w:p>
    <w:p w14:paraId="775D373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Втора поправителна сесия</w:t>
      </w:r>
    </w:p>
    <w:p w14:paraId="4E1B216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за ученици от VIII до XII клас- м. август - м. септември</w:t>
      </w:r>
    </w:p>
    <w:p w14:paraId="01DD34BA"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VIII. УЧЕБНИЦИ И УЧЕБНИ ПОМАГАЛА</w:t>
      </w:r>
    </w:p>
    <w:p w14:paraId="1E3C81E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95. </w:t>
      </w:r>
      <w:r>
        <w:rPr>
          <w:rFonts w:ascii="Times New Roman" w:hAnsi="Times New Roman" w:cs="Times New Roman" w:eastAsia="Times New Roman"/>
          <w:sz w:val="24"/>
          <w:szCs w:val="24"/>
        </w:rPr>
        <w:t>(1). В процеса на обучение учениците са длъжни да използват предвидените учебници и учебни помагала.</w:t>
      </w:r>
    </w:p>
    <w:p w14:paraId="1250A64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Учебник и учебно помагало по смисъла на Наредбата за учебниците и учебните</w:t>
      </w:r>
    </w:p>
    <w:p w14:paraId="3B07F272" w14:textId="77777777" w:rsidR="00E607B5" w:rsidRDefault="00D91D22">
      <w:pPr>
        <w:spacing w:after="110" w:line="288" w:lineRule="auto"/>
        <w:jc w:val="both"/>
      </w:pPr>
      <w:r>
        <w:rPr>
          <w:rFonts w:ascii="Times New Roman" w:hAnsi="Times New Roman" w:cs="Times New Roman" w:eastAsia="Times New Roman"/>
          <w:sz w:val="24"/>
          <w:szCs w:val="24"/>
        </w:rPr>
        <w:t>помагала са печатни произведения, създадени в резултат на творческа дейност, които са одобрени от Министъра на образованието и науката или от Министъра на културата за осигуряване на училищното обучение и отговарят на изискванията за графичен дизайн, илюстративен материал, хартията и подвързията, форматите, типографията, паспортната и библиографската информация.</w:t>
      </w:r>
    </w:p>
    <w:p w14:paraId="3AECD48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По смисъла на този правилник и на Наредбата за учебниците и учебните помагала</w:t>
      </w:r>
    </w:p>
    <w:p w14:paraId="2AA24C6F" w14:textId="77777777" w:rsidR="00E607B5" w:rsidRDefault="00D91D22">
      <w:pPr>
        <w:spacing w:after="110" w:line="288" w:lineRule="auto"/>
        <w:jc w:val="both"/>
      </w:pPr>
      <w:r>
        <w:rPr>
          <w:rFonts w:ascii="Times New Roman" w:hAnsi="Times New Roman" w:cs="Times New Roman" w:eastAsia="Times New Roman"/>
          <w:sz w:val="24"/>
          <w:szCs w:val="24"/>
        </w:rPr>
        <w:t>различните видове копирани, принтирани или сканирани екземпляри, които възпроизвеждат</w:t>
      </w:r>
    </w:p>
    <w:p w14:paraId="2F5B0ECC" w14:textId="77777777" w:rsidR="00E607B5" w:rsidRDefault="00D91D22">
      <w:pPr>
        <w:spacing w:after="110" w:line="288" w:lineRule="auto"/>
        <w:jc w:val="both"/>
      </w:pPr>
      <w:r>
        <w:rPr>
          <w:rFonts w:ascii="Times New Roman" w:hAnsi="Times New Roman" w:cs="Times New Roman" w:eastAsia="Times New Roman"/>
          <w:sz w:val="24"/>
          <w:szCs w:val="24"/>
        </w:rPr>
        <w:t>съдържанието на одобрените оригинални учебници и учебни помагала, не са учебници и учебни помагала.</w:t>
      </w:r>
    </w:p>
    <w:p w14:paraId="5353851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96. </w:t>
      </w:r>
      <w:r>
        <w:rPr>
          <w:rFonts w:ascii="Times New Roman" w:hAnsi="Times New Roman" w:cs="Times New Roman" w:eastAsia="Times New Roman"/>
          <w:sz w:val="24"/>
          <w:szCs w:val="24"/>
        </w:rPr>
        <w:t>Съгласно Чл. 164. (В сила от 14.12.2015 г.)</w:t>
      </w:r>
    </w:p>
    <w:p w14:paraId="4625D38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 (Изм. и доп. - ДВ, бр. 11 от 2023 г., в сила от учебната 2024-2025 г.) от ЗПУО, в системата на предучилищното и училищното образование се осигуряват за безвъзмездно ползване, от всички деца и от всички ученици от I до XII клас включително познавателни книжки, както и учебници и учебни комплекти и електронно четими учебници за учебните предмети по чл. 154, т. 1 и 3 и за специалните предмети по чл. 154, т. 5 при условия и по ред, определени от Министерския съвет.</w:t>
      </w:r>
    </w:p>
    <w:p w14:paraId="34305B1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обществения съвет.</w:t>
      </w:r>
    </w:p>
    <w:p w14:paraId="3E22C5D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Учебниците и учебните комплекти извън ал. 1,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14:paraId="570D809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97. </w:t>
      </w:r>
      <w:r>
        <w:rPr>
          <w:rFonts w:ascii="Times New Roman" w:hAnsi="Times New Roman" w:cs="Times New Roman" w:eastAsia="Times New Roman"/>
          <w:sz w:val="24"/>
          <w:szCs w:val="24"/>
        </w:rPr>
        <w:t>(1). Съгласно чл. 2 от ПОСТАНОВЛЕНИЕ № 79 от 13 април 2016 г. за осигуряване за безвъзмездно ползване на познавателни книжки, учебници и учебни комплекти, изм. и доп. ДВ. бр.107 от 29 декември 2023 г. закупените и предоставени познавателни книжки, учебници и учебни помагала - част от учебния комплект по чл. 1, се използват от учениците със следната продължителност на ползване:</w:t>
      </w:r>
    </w:p>
    <w:p w14:paraId="3C0AB10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за учебните помагала - една учебна година;</w:t>
      </w:r>
    </w:p>
    <w:p w14:paraId="0136AF7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(изм. - ДВ, бр. 107 от 2023 г.) за учебниците за VIII - XII клас - три учебни години;</w:t>
      </w:r>
    </w:p>
    <w:p w14:paraId="29F6321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(доп. - ДВ, бр. 107 от 2023 г.) за учебниците по специалните учебни предмети и по учебните предмети майчин език, религия и хореография - три учебни години;</w:t>
      </w:r>
    </w:p>
    <w:p w14:paraId="64ED39C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След приключване на учебните занятия за съответната учебна година учениците</w:t>
      </w:r>
    </w:p>
    <w:p w14:paraId="7BCDA7CB" w14:textId="77777777" w:rsidR="00E607B5" w:rsidRDefault="00D91D22">
      <w:pPr>
        <w:spacing w:after="110" w:line="288" w:lineRule="auto"/>
        <w:jc w:val="both"/>
      </w:pPr>
      <w:r>
        <w:rPr>
          <w:rFonts w:ascii="Times New Roman" w:hAnsi="Times New Roman" w:cs="Times New Roman" w:eastAsia="Times New Roman"/>
          <w:sz w:val="24"/>
          <w:szCs w:val="24"/>
        </w:rPr>
        <w:t>връщат учебниците, за които е определен срок за ползване, по-дълъг от една учебна година, в училището, от което са ги получили.</w:t>
      </w:r>
    </w:p>
    <w:p w14:paraId="1BAB16E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Учениците са длъжни да полагат грижи за съхраняване на учебниците по ал. 2.</w:t>
      </w:r>
    </w:p>
    <w:p w14:paraId="0D995A3B" w14:textId="77777777" w:rsidR="00E607B5" w:rsidRDefault="00D91D22">
      <w:pPr>
        <w:spacing w:after="110" w:line="288" w:lineRule="auto"/>
        <w:jc w:val="both"/>
      </w:pPr>
      <w:r>
        <w:rPr>
          <w:rFonts w:ascii="Times New Roman" w:hAnsi="Times New Roman" w:cs="Times New Roman" w:eastAsia="Times New Roman"/>
          <w:sz w:val="24"/>
          <w:szCs w:val="24"/>
        </w:rPr>
        <w:t>Когато ученикът не върне учебник по ал. 2 или при връщането му се установи, че поради неполагане на грижи от страна на ученика учебникът е негоден за следваща употреба, родителите (настойниците) на ученика възстановяват учебника или неговата стойност в училището, от което е получен, в троен размер.</w:t>
      </w:r>
    </w:p>
    <w:p w14:paraId="4F274E84"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IX. ПРАКТИЧЕСКО ОБУЧЕНИЕ</w:t>
      </w:r>
    </w:p>
    <w:p w14:paraId="31FC09E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98. </w:t>
      </w:r>
      <w:r>
        <w:rPr>
          <w:rFonts w:ascii="Times New Roman" w:hAnsi="Times New Roman" w:cs="Times New Roman" w:eastAsia="Times New Roman"/>
          <w:sz w:val="24"/>
          <w:szCs w:val="24"/>
        </w:rPr>
        <w:t>(1) Практическото обучение се организира като учебна практика и производствена практика.</w:t>
      </w:r>
    </w:p>
    <w:p w14:paraId="2D15991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(2)Производствените практики се провеждат по учебни програми утвърдени от Директора на училището. Учебните програми се разработват от ръководителите на съответните специалности, като се включват критерии и скала за оценяване.</w:t>
      </w:r>
    </w:p>
    <w:p w14:paraId="30A013C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(3)Ръководителите по производствена практика разработват дневник на учителя и ученика, като отразяват дейностите си по дни и провеждат инструктаж БТ и ОТ, като същите се отразяват в книгата за инструктаж. Дневника се заверява от ръководителя на производствената практика. Продължителността на учебния час на производствената практика е 60 мин.</w:t>
      </w:r>
    </w:p>
    <w:p w14:paraId="08247BA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По време на производствената практика учителите упражняват ръководни и контролни функции в рамките на работното време на учениците.</w:t>
      </w:r>
    </w:p>
    <w:p w14:paraId="7AA7DFB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По време на производствената практика ученикът води индивидуален дневник, в който отразява извършените от него дейности по дни. Дневникът се заверява от длъжностното лице в предприятието, при което ученикът работи и от учителя-ръководител на производствената практика.</w:t>
      </w:r>
    </w:p>
    <w:p w14:paraId="153EAF4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За ученик, който по уважителни причини не е провел производствената практика или не се е явил в утвърдения редовен график, педагогическият съвет определя реда и условията за провеждането и.</w:t>
      </w:r>
    </w:p>
    <w:p w14:paraId="20D7D07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Ученик, който е получил слаба оценка по производствена практика, провежда отново същата при условия и ред, определени от директора.</w:t>
      </w:r>
    </w:p>
    <w:p w14:paraId="12649D7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(8). Седмичната преподавателска заетост по теми от учебната програма се отразяват от учителя-ръководител на производствената практика в електронния дневник на класа, съгласно утвърден график.</w:t>
      </w:r>
    </w:p>
    <w:p w14:paraId="38F91E2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(9). След приключване на производствената практика, учителите представят на директора на училището индивидуалния дневник на всеки ученик, в който е отразил дейността си по дни, заверен от отговорното лице на предприятието, в което ученикът е работил и от учителя, на когото е възложена производствената практика.</w:t>
      </w:r>
    </w:p>
    <w:p w14:paraId="480725D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99. </w:t>
      </w:r>
      <w:r>
        <w:rPr>
          <w:rFonts w:ascii="Times New Roman" w:hAnsi="Times New Roman" w:cs="Times New Roman" w:eastAsia="Times New Roman"/>
          <w:sz w:val="24"/>
          <w:szCs w:val="24"/>
        </w:rPr>
        <w:t>(1). Практическото обучение се провежда в:</w:t>
      </w:r>
    </w:p>
    <w:p w14:paraId="5543C1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Учебно-производствени бази на училището</w:t>
      </w:r>
    </w:p>
    <w:p w14:paraId="2366637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Предприятия на юридически и физически лица;</w:t>
      </w:r>
    </w:p>
    <w:p w14:paraId="2A02D37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Учебно-производствени бази към предприятията;</w:t>
      </w:r>
    </w:p>
    <w:p w14:paraId="4977C3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Училищните учебни работилници, лаборатории и кабинети, софтуерно управляемите тренажори и симулатори по корабоводене и по корабни машини и механизми, лодъчния парк, „Синя академия“ и STEM центъра на училището;</w:t>
      </w:r>
    </w:p>
    <w:p w14:paraId="12A0E4C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5. Плавателни съдове, кораборемонтни и пристанищни предприятия – въз основа на сключени договори и партньорски споразумения.</w:t>
      </w:r>
    </w:p>
    <w:p w14:paraId="417464D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Местата за провеждане на практическото обучение по ал. 1 се обзавеждат съгласно държавните образователни стандарти за придобиване на квалификация по професии.</w:t>
      </w:r>
    </w:p>
    <w:p w14:paraId="294CF30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В местата за провеждане на практическото обучение се осигуряват здравословни и безопасни условия за обучение и труд.</w:t>
      </w:r>
    </w:p>
    <w:p w14:paraId="08134CF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Учебната практика по учебните модули/предмети от отрасловата и специфичната професионална подготовка, съгласно учебния план, се провежда по учебни програми, утвърдени от министъра на образованието.</w:t>
      </w:r>
    </w:p>
    <w:p w14:paraId="677CBD9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Учебната практика по учебните предмети от разширена професионална подготовка, съгласно училищния учебен план, се осъществява по учебни програми, изготвени от учителя, на когото е възложена преподавателската заетост и утвърдени от директора на училището.</w:t>
      </w:r>
    </w:p>
    <w:p w14:paraId="3782B24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100. </w:t>
      </w:r>
      <w:r>
        <w:rPr>
          <w:rFonts w:ascii="Times New Roman" w:hAnsi="Times New Roman" w:cs="Times New Roman" w:eastAsia="Times New Roman"/>
          <w:sz w:val="24"/>
          <w:szCs w:val="24"/>
        </w:rPr>
        <w:t>(1). Практическото обучение се провежда като учебно-производствени и производствено-учебни дейности.</w:t>
      </w:r>
    </w:p>
    <w:p w14:paraId="2BFE5F3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За провеждане на практическото обучение училището сключва договори.</w:t>
      </w:r>
    </w:p>
    <w:p w14:paraId="5898239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101. </w:t>
      </w:r>
      <w:r>
        <w:rPr>
          <w:rFonts w:ascii="Times New Roman" w:hAnsi="Times New Roman" w:cs="Times New Roman" w:eastAsia="Times New Roman"/>
          <w:sz w:val="24"/>
          <w:szCs w:val="24"/>
        </w:rPr>
        <w:t>(1). Производствената практика - плавателна се провежда в учебно-производствени бази, учебни работилници или фирми и учреждения от съответния отрасъл.</w:t>
      </w:r>
    </w:p>
    <w:p w14:paraId="5F992FF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Производствената практика - плавателна се провежда по учебна програма и график, утвърдени със заповед от директора на училището в зависимост от конкретните условия и възможностите и за организиране. Преди започването на производствената практика се провеждат инструктажи по техника на безопасност, хигиена и охрана на труда, пожарна и аварийна безопасност и безопасност на движението по пътищата, съобразно спецификата на професията и на работните места.</w:t>
      </w:r>
    </w:p>
    <w:p w14:paraId="12D1083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Учебната програма и графикът за провеждане на плавателната практика се съставя от учителя-ръководител и се съгласуват с ръководителите на фирмите. В нея се описват темите, правилата и показателите за оценяване на очакваните резултати от обучението.</w:t>
      </w:r>
    </w:p>
    <w:p w14:paraId="783513B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Учениците провеждат самостоятелно допълнителния брой часове по плавателна практика, необходими за придобиване на правоспособност. ПГМКР „Свети Никола“, гр. Бургас не носи отговорност за плавателния стаж на учениците в задочна форма на обучение.</w:t>
      </w:r>
    </w:p>
    <w:p w14:paraId="27438A9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При необходимост, отговорност на ученика е да придобие плавателен стаж за своя сметка. По време на практиката, учениците водят дневник за подготовката си.</w:t>
      </w:r>
    </w:p>
    <w:p w14:paraId="652779A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При приключването на практиката, капитанът на кораба вписва в дневника качествена оценка за нивото на компетентностите на учениците. Формата на дневника се изтегля от на сайта на Изпълнителна агенция „Морска администрация“, а отпечатването на хартиен носител, воденето и съхранението му е лична отговорност на учениците.</w:t>
      </w:r>
    </w:p>
    <w:p w14:paraId="3673A0A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При провеждане на Производствена практика – плавателна на учениците се оформя оценка, като се използват индивидуални и групови практически задания за диагностициране, степента на усвояване на основни понятия, факти и придобити компетентности. Крайната годишна оценка се формира на базата на показаните знания и умения. Определеният със заповед на Директора ръководител по Производствена практика – плавателна проверява практическите умения на учениците, изготвя доклад за проведената производствена практика</w:t>
      </w:r>
      <w:r>
        <w:rPr>
          <w:rFonts w:ascii="Times New Roman" w:hAnsi="Times New Roman" w:cs="Times New Roman" w:eastAsia="Times New Roman"/>
          <w:sz w:val="24"/>
          <w:szCs w:val="24"/>
        </w:rPr>
        <w:t>-плавателна до директора и вписва оценките в дневника на класа.</w:t>
      </w:r>
    </w:p>
    <w:p w14:paraId="0CE66F4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(8). Учениците от X клас, специалност „Корабни машини и механизми“, обучавани в задочна форма на обучение, заплащат лично необходимото медицинско свидетелство, самостоятелно избират местата, </w:t>
      </w:r>
      <w:r>
        <w:rPr>
          <w:rFonts w:ascii="Times New Roman" w:hAnsi="Times New Roman" w:cs="Times New Roman" w:eastAsia="Times New Roman"/>
          <w:sz w:val="24"/>
          <w:szCs w:val="24"/>
        </w:rPr>
        <w:lastRenderedPageBreak/>
        <w:t>където да преминат курс „Основна подготовка по морска безопасност“ (съгласно Конвенция STCW) и поемат всички разходи по него.</w:t>
      </w:r>
    </w:p>
    <w:p w14:paraId="7F48878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(9). С практически изпитвания се оценяват постигнатите практически умения на учениците.</w:t>
      </w:r>
    </w:p>
    <w:p w14:paraId="1C844CD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(10). Практическите изпитвания могат да се организират като индивидуални или като групови изпитвания.</w:t>
      </w:r>
    </w:p>
    <w:p w14:paraId="1A84A54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(11). При индивидуалните практически изпитвания ученикът изпълнява практически дейности, определени с индивидуално поставено практическо задание.</w:t>
      </w:r>
    </w:p>
    <w:p w14:paraId="6DC47D9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(12).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2612CE9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(13). При практическите изпитвания оценяващият е длъжен да анализира изпълнението на практическото задание и устно да мотивира оценката си пред ученика.</w:t>
      </w:r>
    </w:p>
    <w:p w14:paraId="3A8B59E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(14). При провеждане на практическото обучение се формират оценки, както следва:</w:t>
      </w:r>
    </w:p>
    <w:p w14:paraId="0F03F85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 провеждане на учебна практика се формират текущи, срочни и годишна оценка.</w:t>
      </w:r>
    </w:p>
    <w:p w14:paraId="265ACEC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 провеждане на производствената практика се формира само годишна оценка въз основа на цялостното представяне на ученика в учебния процес и поне две текущи оценки.</w:t>
      </w:r>
    </w:p>
    <w:p w14:paraId="04BBE32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(15). Оценките от практическото обучение (учебната и производствената практика) се нанасят в електронния дневник на класа непосредствено след приключването му.</w:t>
      </w:r>
    </w:p>
    <w:p w14:paraId="37069C8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(16). Практическото обучение се провежда под непосредственото ръководство на учителите.</w:t>
      </w:r>
    </w:p>
    <w:p w14:paraId="13B07BFB"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X. ОЦЕНЯВАНЕ РЕЗУЛТАТИТЕ ОТ ОБУЧЕНИЕТО</w:t>
      </w:r>
    </w:p>
    <w:p w14:paraId="74910CD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102. </w:t>
      </w:r>
      <w:r>
        <w:rPr>
          <w:rFonts w:ascii="Times New Roman" w:hAnsi="Times New Roman" w:cs="Times New Roman" w:eastAsia="Times New Roman"/>
          <w:sz w:val="24"/>
          <w:szCs w:val="24"/>
        </w:rPr>
        <w:t>(1). Оценяването на учениците се извършва:</w:t>
      </w:r>
    </w:p>
    <w:p w14:paraId="7BA6B14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в процеса на обучение - чрез периодични проверки/устни, писмени, практически/</w:t>
      </w:r>
    </w:p>
    <w:p w14:paraId="44ECDA7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в края на клас или на етап от степен на образование – чрез изпити;</w:t>
      </w:r>
    </w:p>
    <w:p w14:paraId="4D86256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при завършване на степен на образование – чрез изпити.</w:t>
      </w:r>
    </w:p>
    <w:p w14:paraId="2E55CB4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(2).Учителят предварително запознава учениците с учебното съдържание, оценяваните компетентности, организацията и формàта на оценяването, както и с конкретните правила, по които ще бъдат оценявани.</w:t>
      </w:r>
    </w:p>
    <w:p w14:paraId="2C63CA4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 определени с учебната програма и отнесени към отделна тема или комплекс от теми.</w:t>
      </w:r>
    </w:p>
    <w:p w14:paraId="0B5469E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Оценяването е по шестобалната система и има качествен и количествен показател – съгласно ДОС за оценяване.</w:t>
      </w:r>
    </w:p>
    <w:p w14:paraId="406E8CE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Текущите, срочните и годишните оценки на учениците се вписват в електронния дневник на класа. Срочните и годишните оценки се вписват в ЛОД на ученика от класния ръководител.</w:t>
      </w:r>
    </w:p>
    <w:p w14:paraId="6C20E55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Оценките от поправителни, приравнителни, зрелостни изпити и изпитите с учениците от дневна, задочна и самостоятелна форма се вписват в съответните изпитни протоколи и ЛОД на ученика, от класния ръководител.</w:t>
      </w:r>
    </w:p>
    <w:p w14:paraId="450B2FD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103. </w:t>
      </w:r>
      <w:r>
        <w:rPr>
          <w:rFonts w:ascii="Times New Roman" w:hAnsi="Times New Roman" w:cs="Times New Roman" w:eastAsia="Times New Roman"/>
          <w:sz w:val="24"/>
          <w:szCs w:val="24"/>
        </w:rPr>
        <w:t>Броят на оценките по съответните предмети е според Наредба №11/01.09.2016г. за оценяване на резултатите от обучението на учениците на МОН.</w:t>
      </w:r>
    </w:p>
    <w:p w14:paraId="59383BD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104. </w:t>
      </w:r>
      <w:r>
        <w:rPr>
          <w:rFonts w:ascii="Times New Roman" w:hAnsi="Times New Roman" w:cs="Times New Roman" w:eastAsia="Times New Roman"/>
          <w:sz w:val="24"/>
          <w:szCs w:val="24"/>
        </w:rPr>
        <w:t>Изпитите са:</w:t>
      </w:r>
    </w:p>
    <w:p w14:paraId="5D5C083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Приравнителни</w:t>
      </w:r>
    </w:p>
    <w:p w14:paraId="2EB4C5E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2. За определяне на срочна или на годишна оценка по учебен предмет;</w:t>
      </w:r>
    </w:p>
    <w:p w14:paraId="681A170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За промяна на оценката;</w:t>
      </w:r>
    </w:p>
    <w:p w14:paraId="4BF219A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За установяване степента на постигане на компетентностите, определени в учебната програма по учебен предмет за определен клас;</w:t>
      </w:r>
    </w:p>
    <w:p w14:paraId="21CFA2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За установяване степента на постигане на компетентностите, определени с държавния образователен стандарт за общообразователната подготовка.</w:t>
      </w:r>
    </w:p>
    <w:p w14:paraId="35A602C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Държавни зрелостни изпити и държавни изпити за придобиване на професионална квалификация.</w:t>
      </w:r>
    </w:p>
    <w:p w14:paraId="3CC5070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105. </w:t>
      </w:r>
      <w:r>
        <w:rPr>
          <w:rFonts w:ascii="Times New Roman" w:hAnsi="Times New Roman" w:cs="Times New Roman" w:eastAsia="Times New Roman"/>
          <w:sz w:val="24"/>
          <w:szCs w:val="24"/>
        </w:rPr>
        <w:t>(1). Поправителните изпити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 – ЗП, ЗПП, РП, РПП.</w:t>
      </w:r>
    </w:p>
    <w:p w14:paraId="6DAC3C2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Поправителните изпити са две и се организират в редовни и в допълнителни сесии.</w:t>
      </w:r>
    </w:p>
    <w:p w14:paraId="038BF05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 чл.34,ал.10 Наредба 11/ За учениците от 12 клас втората поправителна сесия се провежда до 1 месец преди началото на учебната година.</w:t>
      </w:r>
    </w:p>
    <w:p w14:paraId="2A8F38F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Ученик от XII клас, който има годишна оценка "слаб (2)" по един или по няколко учебни предмета и не се е явил или не е положил успешно поправителния изпит, се явява на поправителни изпити без ограничения на броя изпитни сесии, може да се явява и на допълнителна януарска поправителна сесия по ред, определен със заповед на директора на училището.</w:t>
      </w:r>
    </w:p>
    <w:p w14:paraId="5388C73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Учениците, които по здравословни причини, удостоверени с медицински 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по-късно от 10 октомври.</w:t>
      </w:r>
    </w:p>
    <w:p w14:paraId="414ED23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106. </w:t>
      </w:r>
      <w:r>
        <w:rPr>
          <w:rFonts w:ascii="Times New Roman" w:hAnsi="Times New Roman" w:cs="Times New Roman" w:eastAsia="Times New Roman"/>
          <w:sz w:val="24"/>
          <w:szCs w:val="24"/>
        </w:rPr>
        <w:t>(1). Изпитите за промяна на годишна оценка се провеждат след приключване на учебните занятия за XII клас.</w:t>
      </w:r>
    </w:p>
    <w:p w14:paraId="07E31D9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За полагането на изпит за промяна на годишната оценка ученикът подава заявление до директора на училището, с което се отказва от годишната си оценка.</w:t>
      </w:r>
    </w:p>
    <w:p w14:paraId="2EF1DCC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Учениците имат право еднократно да се явят на изпит за промяна на годишна оценка, ако тя не е слаб (2).</w:t>
      </w:r>
    </w:p>
    <w:p w14:paraId="0FAF925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Оценката от изпита е окончателна.</w:t>
      </w:r>
    </w:p>
    <w:p w14:paraId="5D8ECBF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107. </w:t>
      </w:r>
      <w:r>
        <w:rPr>
          <w:rFonts w:ascii="Times New Roman" w:hAnsi="Times New Roman" w:cs="Times New Roman" w:eastAsia="Times New Roman"/>
          <w:sz w:val="24"/>
          <w:szCs w:val="24"/>
        </w:rPr>
        <w:t>В началото на учебната година и втори учебен срок по предложение на учителите по съответния предмет се изготвя график за контролните и класните работи, който се утвърждава от директора на училището до две седмици след началото на всеки учебен срок и се поставя на общодостъпно място в училището и сайта на гимназията. Учителите информират учениците за графика, а класните ръководители – родителите.</w:t>
      </w:r>
    </w:p>
    <w:p w14:paraId="4A343FF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За една и съща паралелка не може да се провежда повече от една класна или една контролна работа в един учебен ден;</w:t>
      </w:r>
    </w:p>
    <w:p w14:paraId="5187A4A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За една и съща паралелка в една учебна седмица не могат да се провеждат повече от две класни и/или контролни работи;</w:t>
      </w:r>
    </w:p>
    <w:p w14:paraId="5BC4690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Не се провеждат класни работи в последната седмица от учебния срок.</w:t>
      </w:r>
    </w:p>
    <w:p w14:paraId="18FEA4B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108. </w:t>
      </w:r>
      <w:r>
        <w:rPr>
          <w:rFonts w:ascii="Times New Roman" w:hAnsi="Times New Roman" w:cs="Times New Roman" w:eastAsia="Times New Roman"/>
          <w:sz w:val="24"/>
          <w:szCs w:val="24"/>
        </w:rPr>
        <w:t>(1). Текущите изпитвания се осъществяват ритмично и системно през първия и през втория учебен срок.</w:t>
      </w:r>
    </w:p>
    <w:p w14:paraId="7C00B7A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Учителят лично вписва поставените от него оценки в съответната задължителна училищна документация.</w:t>
      </w:r>
    </w:p>
    <w:p w14:paraId="4293231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Сроковете за вписване на оценките са:</w:t>
      </w:r>
    </w:p>
    <w:p w14:paraId="21B7037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в деня на изпитването - за текущите оценки от устни и практически изпитвания;</w:t>
      </w:r>
    </w:p>
    <w:p w14:paraId="050C2C8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до две седмици след провеждане на писмените изпитвания</w:t>
      </w:r>
    </w:p>
    <w:p w14:paraId="3F159B3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в деня на оформянето им - за срочните и за годишните оценки</w:t>
      </w:r>
    </w:p>
    <w:p w14:paraId="3AEFD10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По производствена практика оценката е годишна</w:t>
      </w:r>
    </w:p>
    <w:p w14:paraId="1D333A7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В края на всяка година всеки учител представя справка по образец (Приложение № 71) – анализ на резултати от обучението по предмета.</w:t>
      </w:r>
    </w:p>
    <w:p w14:paraId="5157765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109. </w:t>
      </w:r>
      <w:r>
        <w:rPr>
          <w:rFonts w:ascii="Times New Roman" w:hAnsi="Times New Roman" w:cs="Times New Roman" w:eastAsia="Times New Roman"/>
          <w:sz w:val="24"/>
          <w:szCs w:val="24"/>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2363086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Контролната работа се провежда за не повече от един учебен час.</w:t>
      </w:r>
    </w:p>
    <w:p w14:paraId="2945038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110. </w:t>
      </w:r>
      <w:r>
        <w:rPr>
          <w:rFonts w:ascii="Times New Roman" w:hAnsi="Times New Roman" w:cs="Times New Roman" w:eastAsia="Times New Roman"/>
          <w:sz w:val="24"/>
          <w:szCs w:val="24"/>
        </w:rPr>
        <w:t>(1).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57A4EB7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Класна работа се провежда по:</w:t>
      </w:r>
    </w:p>
    <w:p w14:paraId="6CE93DF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Български език и литература</w:t>
      </w:r>
    </w:p>
    <w:p w14:paraId="4AFC215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Математика</w:t>
      </w:r>
    </w:p>
    <w:p w14:paraId="459838B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Чужди езици</w:t>
      </w:r>
    </w:p>
    <w:p w14:paraId="7BC46EB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Класната работа по български език и литература и по чужд език се провежда в два слети учебни часа.</w:t>
      </w:r>
    </w:p>
    <w:p w14:paraId="39D9339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111. </w:t>
      </w:r>
      <w:r>
        <w:rPr>
          <w:rFonts w:ascii="Times New Roman" w:hAnsi="Times New Roman" w:cs="Times New Roman" w:eastAsia="Times New Roman"/>
          <w:sz w:val="24"/>
          <w:szCs w:val="24"/>
        </w:rPr>
        <w:t>(1). Контролните и класните работи се коригират и рецензират от преподаващия учител и се връщат на учениците за запознаване с резултатите.</w:t>
      </w:r>
    </w:p>
    <w:p w14:paraId="5C9CBCC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Учителят анализира и обобщава резултатите от контролните и класните работи, като в срок до две седмици след провеждането им уведомява учениците за направените изводи.</w:t>
      </w:r>
    </w:p>
    <w:p w14:paraId="0402525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112. </w:t>
      </w:r>
      <w:r>
        <w:rPr>
          <w:rFonts w:ascii="Times New Roman" w:hAnsi="Times New Roman" w:cs="Times New Roman" w:eastAsia="Times New Roman"/>
          <w:sz w:val="24"/>
          <w:szCs w:val="24"/>
        </w:rPr>
        <w:t>Текущите оценки ежедневно се попълват в електронния дневник.</w:t>
      </w:r>
    </w:p>
    <w:p w14:paraId="681CC03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113. </w:t>
      </w:r>
      <w:r>
        <w:rPr>
          <w:rFonts w:ascii="Times New Roman" w:hAnsi="Times New Roman" w:cs="Times New Roman" w:eastAsia="Times New Roman"/>
          <w:sz w:val="24"/>
          <w:szCs w:val="24"/>
        </w:rPr>
        <w:t>Срочната оценка се формира не по-рано от една учебна седмица и не по-късно от два учебни дни преди приключване на съответния учебен срок.</w:t>
      </w:r>
    </w:p>
    <w:p w14:paraId="3207198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114. </w:t>
      </w:r>
      <w:r>
        <w:rPr>
          <w:rFonts w:ascii="Times New Roman" w:hAnsi="Times New Roman" w:cs="Times New Roman" w:eastAsia="Times New Roman"/>
          <w:sz w:val="24"/>
          <w:szCs w:val="24"/>
        </w:rPr>
        <w:t>Срочна оценка не се формира без наличието на минималния брой текущи изпитвания поради отсъствие на ученика в повече от 25% от часовете по учебния предмет. В този случай ученикът полага изпит. С решение на педагогическия съвет срокът за определяне на срочната оценка по чл. 113 може да се удължи, но с не повече от един месец за ученик, който няма минималния брой текущи изпитва</w:t>
      </w:r>
      <w:r>
        <w:rPr>
          <w:rFonts w:ascii="Times New Roman" w:hAnsi="Times New Roman" w:cs="Times New Roman" w:eastAsia="Times New Roman"/>
          <w:sz w:val="24"/>
          <w:szCs w:val="24"/>
        </w:rPr>
        <w:t>ния по чл. 12, ал. 1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 /Наредба № 11 от 1 септември 2016 г. за оценяване на резултатите от обучението на учениците/</w:t>
      </w:r>
    </w:p>
    <w:p w14:paraId="556B538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Изпитите за определяне на срочна оценка се полагат от ученици, обучавани в дневна форма, чиито отсъствия от учебни занятия не позволяват формиране на срочна оценка по съответния учебен предмет.</w:t>
      </w:r>
    </w:p>
    <w:p w14:paraId="1170CCD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Изпитите (за определяне на срочна оценка по учебен предмет) се полагат върху учебното съдържание изучавано през учебния срок по съответния учебен предмет.</w:t>
      </w:r>
    </w:p>
    <w:p w14:paraId="2F70448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 Изпитите се провеждат в изпитна сесия до две седмици след приключване на срока.</w:t>
      </w:r>
    </w:p>
    <w:p w14:paraId="0101CDC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При неявяване на изпит ученикът остава без срочна оценка и не може да се оформи годишна оценка. В този случай се явява на поправителен изпит в редовните поправителни сесии.</w:t>
      </w:r>
    </w:p>
    <w:p w14:paraId="3D3F2F5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115. </w:t>
      </w:r>
      <w:r>
        <w:rPr>
          <w:rFonts w:ascii="Times New Roman" w:hAnsi="Times New Roman" w:cs="Times New Roman" w:eastAsia="Times New Roman"/>
          <w:sz w:val="24"/>
          <w:szCs w:val="24"/>
        </w:rPr>
        <w:t>(1). По учебния предмет физическо възпитание и спорт учениците имат право да бъдат освободени по здравословни причини.</w:t>
      </w:r>
    </w:p>
    <w:p w14:paraId="3C09033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Видът на заболяването и заключението за освобождаване се определят с:</w:t>
      </w:r>
    </w:p>
    <w:p w14:paraId="40CD20A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Протокол от лекарска консултативна комисия (ЛКК) за срок или една учебна година;</w:t>
      </w:r>
    </w:p>
    <w:p w14:paraId="186AB86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Медицински документ, издаден от личния или лекуващия лекар със срок за освобождаване от спортна дейност.</w:t>
      </w:r>
    </w:p>
    <w:p w14:paraId="51312C6C" w14:textId="77777777" w:rsidR="00E607B5" w:rsidRDefault="00D91D22">
      <w:pPr>
        <w:spacing w:after="110" w:line="288" w:lineRule="auto"/>
        <w:jc w:val="both"/>
      </w:pPr>
      <w:r>
        <w:rPr>
          <w:rFonts w:ascii="Times New Roman" w:hAnsi="Times New Roman" w:cs="Times New Roman" w:eastAsia="Times New Roman"/>
          <w:sz w:val="24"/>
          <w:szCs w:val="24"/>
        </w:rPr>
        <w:t>При освобождаване от часовете по физическо възпитание и спорт присъствието му се контролира от учителя по физическо възпитание и спорт.</w:t>
      </w:r>
    </w:p>
    <w:p w14:paraId="6681FF6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За освобождаване се попълва заявление до директора от родителя по образец (Приложение № 92) и се представя медицински документ. Директорът издава заповед.</w:t>
      </w:r>
    </w:p>
    <w:p w14:paraId="242F056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В тези случаи на учениците, освободени по здравословни причини, в задължителната училищна документация се записва текст „освободен”. На учениците, освободени по здравословни причини от физическо възпитание и спорт не се оформя срочна оценка, ако продължителността на освобождаването от учебните часове е за период, който не позволява поставянето на задължителния брой текущи оценки по учебния предмет.</w:t>
      </w:r>
    </w:p>
    <w:p w14:paraId="3AEF201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Годишната оценка за учениците, които са освободени за един учебен срок, се формира от срочната оценка за учебния срок, през който е изучаван учебния предмет.</w:t>
      </w:r>
    </w:p>
    <w:p w14:paraId="02AF5D91"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XI. ЗАВЪРШВАНЕ НА КЛАС, ЕТАП И СТЕПЕН НА ОБРАЗОВАНИЕ</w:t>
      </w:r>
    </w:p>
    <w:p w14:paraId="1CA5282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116. </w:t>
      </w:r>
      <w:r>
        <w:rPr>
          <w:rFonts w:ascii="Times New Roman" w:hAnsi="Times New Roman" w:cs="Times New Roman" w:eastAsia="Times New Roman"/>
          <w:sz w:val="24"/>
          <w:szCs w:val="24"/>
        </w:rPr>
        <w:t>(1)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0702BEB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Ученик, успешно завършил определен клас, продължава обучението си в следващия клас.</w:t>
      </w:r>
    </w:p>
    <w:p w14:paraId="0F5B025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117. </w:t>
      </w:r>
      <w:r>
        <w:rPr>
          <w:rFonts w:ascii="Times New Roman" w:hAnsi="Times New Roman" w:cs="Times New Roman" w:eastAsia="Times New Roman"/>
          <w:sz w:val="24"/>
          <w:szCs w:val="24"/>
        </w:rPr>
        <w:t>(1) Ученик, който има годишна оценка "слаб (2)" по учебен предмет или модул,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14:paraId="3176971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случаите по ал.1 ученик, който не се е явил или не е положил успешно изпита за промяна на оценката, повтаря класа.</w:t>
      </w:r>
    </w:p>
    <w:p w14:paraId="2D8FC12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118. </w:t>
      </w:r>
      <w:r>
        <w:rPr>
          <w:rFonts w:ascii="Times New Roman" w:hAnsi="Times New Roman" w:cs="Times New Roman" w:eastAsia="Times New Roman"/>
          <w:sz w:val="24"/>
          <w:szCs w:val="24"/>
        </w:rPr>
        <w:t>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14:paraId="7EF2911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119. </w:t>
      </w:r>
      <w:r>
        <w:rPr>
          <w:rFonts w:ascii="Times New Roman" w:hAnsi="Times New Roman" w:cs="Times New Roman" w:eastAsia="Times New Roman"/>
          <w:sz w:val="24"/>
          <w:szCs w:val="24"/>
        </w:rPr>
        <w:t>Ученик, който е в самостоятелна или задочна форма, при повтаряне на класа се обучава и се явява на изпити само по учебните предмети или модули, по които има оценка "слаб (2)".</w:t>
      </w:r>
    </w:p>
    <w:p w14:paraId="3AB4427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120. </w:t>
      </w:r>
      <w:r>
        <w:rPr>
          <w:rFonts w:ascii="Times New Roman" w:hAnsi="Times New Roman" w:cs="Times New Roman" w:eastAsia="Times New Roman"/>
          <w:sz w:val="24"/>
          <w:szCs w:val="24"/>
        </w:rPr>
        <w:t>(1) 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14:paraId="3065E04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Учениците по ал.1, които се обучават и за придобиване на професионална квалификация, освен документа по ал.1, получават и съответните документи, издадени при условията и по реда на Закона за професионалното образование и обучение.</w:t>
      </w:r>
    </w:p>
    <w:p w14:paraId="4F5943C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121. </w:t>
      </w:r>
      <w:r>
        <w:rPr>
          <w:rFonts w:ascii="Times New Roman" w:hAnsi="Times New Roman" w:cs="Times New Roman" w:eastAsia="Times New Roman"/>
          <w:sz w:val="24"/>
          <w:szCs w:val="24"/>
        </w:rPr>
        <w:t>(1) Учениците, успешно завършили XII клас, стават зрелостници и придобиват право да се явят на държавни зрелостни изпити.</w:t>
      </w:r>
    </w:p>
    <w:p w14:paraId="2E8B0B0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Зрелостниците, обучавани по училищен учебен план, който осигурява професионална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изпит за придобиване на професионална квалификация - по теория и практика на професията.</w:t>
      </w:r>
    </w:p>
    <w:p w14:paraId="2732F98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122. </w:t>
      </w:r>
      <w:r>
        <w:rPr>
          <w:rFonts w:ascii="Times New Roman" w:hAnsi="Times New Roman" w:cs="Times New Roman" w:eastAsia="Times New Roman"/>
          <w:sz w:val="24"/>
          <w:szCs w:val="24"/>
        </w:rPr>
        <w:t>(1) Учениците, завършили XII клас, полагат държавни зрелостни изпити, които се организират съгласно Закона за предучилищното и училищното образование и Закона за професионалното образование и обучение.</w:t>
      </w:r>
    </w:p>
    <w:p w14:paraId="699BEF7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На учениците, положили успешно държавните зрелостни изпити, се издава диплома за завършено средно образование, съгласно държавните образователни изисквания за степента на образование, образователният минимум и учебният план, и за документите на НП, Закона за предучилищното и училищното образование и Закона за професионалното образование и обучение.</w:t>
      </w:r>
    </w:p>
    <w:p w14:paraId="1E3F456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Учениците полагат два държавни зрелостни изпити, от които един е задължителен държавен зрелостен изпит по учебния предмет Български език и литература /съгласно Закона за предучилищното и училищното образование/ и задължителен държавен изпит за придобиване на професионална квалификация /по теория и практика на професията/. По свое желание всеки ученик може да положи и трети държавен зрелостен изпит по избран от него учебен предмет от задължителната или ЗИП съгласно учебния план, по който се е обучавал.</w:t>
      </w:r>
    </w:p>
    <w:p w14:paraId="7C568D0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В случаите, когато ученикът не е положил успешно държавните зрелостни изпити по ал. 3 се издава удостоверение за завършено средно образование съгласно чл. 138, ал. 1 от ЗПУО.</w:t>
      </w:r>
    </w:p>
    <w:p w14:paraId="1F6E4FF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123. </w:t>
      </w:r>
      <w:r>
        <w:rPr>
          <w:rFonts w:ascii="Times New Roman" w:hAnsi="Times New Roman" w:cs="Times New Roman" w:eastAsia="Times New Roman"/>
          <w:sz w:val="24"/>
          <w:szCs w:val="24"/>
        </w:rPr>
        <w:t>(1) Завършено професионално образование се удостоверява с диплома за завършено средно образование или удостоверение за завършено средно образование.</w:t>
      </w:r>
    </w:p>
    <w:p w14:paraId="65FE969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Документите по ал. 1 се издават независимо един от друг, съгласно държавното образователно изискване, като:</w:t>
      </w:r>
    </w:p>
    <w:p w14:paraId="72E2F85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Дипломата за завършено средно образование се издава по реда на чл. 133, ал. 1 от ЗПУО;</w:t>
      </w:r>
    </w:p>
    <w:p w14:paraId="085EF0C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Свидетелство за професионална квалификация се издава на ученици, завършили XII клас и положили успешно изпитите за придобиване на професионална квалификация, съгласно държавните образователни изисквания за професионално образование и обучение, за придобиване на квалификация по професията и за системата на оценяване и Закона за професионалното образование и обучение.</w:t>
      </w:r>
    </w:p>
    <w:p w14:paraId="3D472EC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Свидетелство за правоспособност за професия, за упражняването на които изисква правоспособност, се издава при условия и по ред, определени с наредби на министъра на образованието и науката, освен ако в друг нормативен акт не е предвидено друго.</w:t>
      </w:r>
    </w:p>
    <w:p w14:paraId="6ED9414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124. </w:t>
      </w:r>
      <w:r>
        <w:rPr>
          <w:rFonts w:ascii="Times New Roman" w:hAnsi="Times New Roman" w:cs="Times New Roman" w:eastAsia="Times New Roman"/>
          <w:sz w:val="24"/>
          <w:szCs w:val="24"/>
        </w:rPr>
        <w:t>Получената оценка на държавните зрелостни изпити е окончателна. Когато получената оценка е слаб /2/, ученикът може да се яви отново на съответния изпит без ограничения за възраст и брой изпитни сесии.</w:t>
      </w:r>
    </w:p>
    <w:p w14:paraId="1FAA569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124а. </w:t>
      </w:r>
      <w:r>
        <w:rPr>
          <w:rFonts w:ascii="Times New Roman" w:hAnsi="Times New Roman" w:cs="Times New Roman" w:eastAsia="Times New Roman"/>
          <w:sz w:val="24"/>
          <w:szCs w:val="24"/>
        </w:rPr>
        <w:t>(1). Зрелостникът може да се запознае с индивидуалния си резултат от държавния зрелостен изпит в училището, в което е приключил обучението си в ХІІ клас, и/или през електронната система.</w:t>
      </w:r>
    </w:p>
    <w:p w14:paraId="64C8232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Зрелостникът може да се запознае с оценената си индивидуална изпитна работа в училището, в което е приключил обучението си в ХІІ клас, в срок от три работни дни след обявяване на резултатите, срещу документ за самоличност и в присъствието на представители на училищната зрелостна комисия.</w:t>
      </w:r>
    </w:p>
    <w:p w14:paraId="6CF8D87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124б. </w:t>
      </w:r>
      <w:r>
        <w:rPr>
          <w:rFonts w:ascii="Times New Roman" w:hAnsi="Times New Roman" w:cs="Times New Roman" w:eastAsia="Times New Roman"/>
          <w:sz w:val="24"/>
          <w:szCs w:val="24"/>
        </w:rPr>
        <w:t>(1)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па образованието или за професионално обучение.</w:t>
      </w:r>
    </w:p>
    <w:p w14:paraId="21955CD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Зрелостниците по чл. 132 ал.3 от ЗПУО/ освен диплома за средно образование получават и свидетелство за професионална квалификация. При условията и по реда на Закона за професионалното образование и обучение те получават и свидетелство за правоспособност за професиите, за които се изисква такава.</w:t>
      </w:r>
    </w:p>
    <w:p w14:paraId="7A18926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125. </w:t>
      </w:r>
      <w:r>
        <w:rPr>
          <w:rFonts w:ascii="Times New Roman" w:hAnsi="Times New Roman" w:cs="Times New Roman" w:eastAsia="Times New Roman"/>
          <w:sz w:val="24"/>
          <w:szCs w:val="24"/>
        </w:rPr>
        <w:t>(1)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w:t>
      </w:r>
    </w:p>
    <w:p w14:paraId="1BB6616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Държавният изпит за придобиване на професионална квалификация по чл. 132, ал.3 от ЗПУО/ се полага при условията и по реда на Закона за професионалното образование и обучение.</w:t>
      </w:r>
    </w:p>
    <w:p w14:paraId="3EC26A6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126. </w:t>
      </w:r>
      <w:r>
        <w:rPr>
          <w:rFonts w:ascii="Times New Roman" w:hAnsi="Times New Roman" w:cs="Times New Roman" w:eastAsia="Times New Roman"/>
          <w:sz w:val="24"/>
          <w:szCs w:val="24"/>
        </w:rPr>
        <w:t>По свое желание зрелостникът може да положи и до два допълнителни държавни зрелостни изпита по избрани от него учебни предмет по условия и ред, определени в чл. 135 от ЗПУО.</w:t>
      </w:r>
    </w:p>
    <w:p w14:paraId="4379CD8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127. </w:t>
      </w:r>
      <w:r>
        <w:rPr>
          <w:rFonts w:ascii="Times New Roman" w:hAnsi="Times New Roman" w:cs="Times New Roman" w:eastAsia="Times New Roman"/>
          <w:sz w:val="24"/>
          <w:szCs w:val="24"/>
        </w:rPr>
        <w:t>(1) Учебно-изпитните програми за държавните зрелостни изпити, които се полагат върху учебното съдържание, изучавано в задължителните учебни часове в двата етапа на средно образование, се определят с държавния образователен стандарт за общообразователната подготовка.</w:t>
      </w:r>
    </w:p>
    <w:p w14:paraId="32CED6D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Формирането па общия успех по чл.51, ал.1, чл.133, ал. 1 от ЗПУО, както и условията и редът за организацията и провеждането на държавните зрелостни изпити се уреждат с държавния образователен стандарт за оценяване на резултатите от обучението на учениците.</w:t>
      </w:r>
    </w:p>
    <w:p w14:paraId="4415AAC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128. </w:t>
      </w:r>
      <w:r>
        <w:rPr>
          <w:rFonts w:ascii="Times New Roman" w:hAnsi="Times New Roman" w:cs="Times New Roman" w:eastAsia="Times New Roman"/>
          <w:sz w:val="24"/>
          <w:szCs w:val="24"/>
        </w:rPr>
        <w:t>(1) Зрелостник, който не се е явил или не е положил успешно някои от изпитите по чл. 132, ал. 3 от ЗПУО, по свое желание получава удостоверение за завършен втори гимназиален етап на средно образование, което дава право на професионално обучение. Удостоверението за завършен втори гимназиален етап не дава право за продължаване на образованието.</w:t>
      </w:r>
    </w:p>
    <w:p w14:paraId="0E46AED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Зрелостник, който не се е явил или не е положил успешно допълнителен държавен зрелостен изпит, придобива средно образование, ако е положил успешно задължителните държавни зрелостни изпити, съответно държавния изпит за придобиване на професионална квалификация. В тези случаи в дипломата за средно образование се вписват само успешно положените допълнителни държавни зрелостни изпити.</w:t>
      </w:r>
    </w:p>
    <w:p w14:paraId="48ADB68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Зрелостниците по ал.1 може да се явяват на държавни зрелостни изпити и на държавния изпит за придобиване на квалификация по професия без ограничение на възраст и на брой изпитни сесии при спазване на юридическите актове, действащи към момента на явяването.</w:t>
      </w:r>
    </w:p>
    <w:p w14:paraId="4B3F7B9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Зрелостниците по ал.1 полагат само задължителния държавен зрелостен изпит или държавния изпит за придобиване на квалификация по професия, които не са положили успешно.</w:t>
      </w:r>
    </w:p>
    <w:p w14:paraId="5D75D61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Зрелостник, положил успешно само държавния изпит за придобиване на квалификация по професия, получава свидетелство за професионална квалификация. При условията и по реда на Закона за професионалното образование и обучение може да получи и свидетелство за правоспособност.</w:t>
      </w:r>
    </w:p>
    <w:p w14:paraId="0CA399C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129. </w:t>
      </w:r>
      <w:r>
        <w:rPr>
          <w:rFonts w:ascii="Times New Roman" w:hAnsi="Times New Roman" w:cs="Times New Roman" w:eastAsia="Times New Roman"/>
          <w:sz w:val="24"/>
          <w:szCs w:val="24"/>
        </w:rPr>
        <w:t>Учениците не може да повтарят успешно завършен клас и повторно да придобиват образование от една и съща степен, освен в случаите, предвидени в нормативен акт.</w:t>
      </w:r>
    </w:p>
    <w:p w14:paraId="7B4E7A0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130. </w:t>
      </w:r>
      <w:r>
        <w:rPr>
          <w:rFonts w:ascii="Times New Roman" w:hAnsi="Times New Roman" w:cs="Times New Roman" w:eastAsia="Times New Roman"/>
          <w:sz w:val="24"/>
          <w:szCs w:val="24"/>
        </w:rPr>
        <w:t>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14:paraId="0CACFEA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131. </w:t>
      </w:r>
      <w:r>
        <w:rPr>
          <w:rFonts w:ascii="Times New Roman" w:hAnsi="Times New Roman" w:cs="Times New Roman" w:eastAsia="Times New Roman"/>
          <w:sz w:val="24"/>
          <w:szCs w:val="24"/>
        </w:rPr>
        <w:t>(1) Съдържанието на документите за завършен клас, етап или степен на образование са определени с държавния образователен стандарт за информацията и документите.</w:t>
      </w:r>
    </w:p>
    <w:p w14:paraId="63B1C32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 документите за завършен етап от степента на образование, за завършено образование, за придобита степен на професионална квалификация, както и за завършено професионално обучение се посочва съответното ниво от Националната квалификационна рамка и от Европейската квалификационна рамка.</w:t>
      </w:r>
    </w:p>
    <w:p w14:paraId="35988663"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V. ПРАВА И ЗАДЪЛЖЕНИЯ НА УЧИТЕЛИТЕ И ДРУГИ ПЕДАГОГИЧЕСКИ СПЕЦИАЛИСТИ</w:t>
      </w:r>
    </w:p>
    <w:p w14:paraId="376847ED"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УЧИТЕЛИ</w:t>
      </w:r>
    </w:p>
    <w:p w14:paraId="369C1F4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132. </w:t>
      </w:r>
      <w:r>
        <w:rPr>
          <w:rFonts w:ascii="Times New Roman" w:hAnsi="Times New Roman" w:cs="Times New Roman" w:eastAsia="Times New Roman"/>
          <w:sz w:val="24"/>
          <w:szCs w:val="24"/>
        </w:rPr>
        <w:t>Педагогическите специалисти във ПГМКР „Свети Никола“ гр. Бургас в съответствие с придобитото образование и професионална квалификация и опит са учители и старши учители по общообразователна и професионална подготовка;</w:t>
      </w:r>
    </w:p>
    <w:p w14:paraId="1E68818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133. </w:t>
      </w:r>
      <w:r>
        <w:rPr>
          <w:rFonts w:ascii="Times New Roman" w:hAnsi="Times New Roman" w:cs="Times New Roman" w:eastAsia="Times New Roman"/>
          <w:sz w:val="24"/>
          <w:szCs w:val="24"/>
        </w:rPr>
        <w:t>Учителите имат следните права:</w:t>
      </w:r>
    </w:p>
    <w:p w14:paraId="2A3E856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бъдат зачитани правата и достойнството им;</w:t>
      </w:r>
    </w:p>
    <w:p w14:paraId="3B911E2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2.Да определят методите и средствата за провеждане на образователния процес, съобразно принципите и целите, определени в ЗПУО;</w:t>
      </w:r>
    </w:p>
    <w:p w14:paraId="493DC40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участват във формирането на политиките за развитие на училището или центъра за подкрепа на личностно развитие;</w:t>
      </w:r>
    </w:p>
    <w:p w14:paraId="6196644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получават професионална подкрепа в процеса на изпълнение на служебните си задължения;</w:t>
      </w:r>
    </w:p>
    <w:p w14:paraId="619133C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повишават професионалната си квалификация;</w:t>
      </w:r>
    </w:p>
    <w:p w14:paraId="1A7B760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дават мнения и да правят предложения за развитие на училището;</w:t>
      </w:r>
    </w:p>
    <w:p w14:paraId="0D6B37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7.Да използват училищната материално-техническа база за изпълнение на служебните си задължения;</w:t>
      </w:r>
    </w:p>
    <w:p w14:paraId="653AC88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Да участват при разработване на училищния учебен план и при вземане на решения за организиране на дейности извън учебния план;</w:t>
      </w:r>
    </w:p>
    <w:p w14:paraId="1B2C0B7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членуват в синдикални и професионални организации;</w:t>
      </w:r>
    </w:p>
    <w:p w14:paraId="03C1541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бъдат поощрявани и награждавани за образцово изпълнение на задълженията си. Въвеждане на система за награждаване на учители с приз „Учител на годината“.</w:t>
      </w:r>
    </w:p>
    <w:p w14:paraId="2AC49BA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134. </w:t>
      </w:r>
      <w:r>
        <w:rPr>
          <w:rFonts w:ascii="Times New Roman" w:hAnsi="Times New Roman" w:cs="Times New Roman" w:eastAsia="Times New Roman"/>
          <w:sz w:val="24"/>
          <w:szCs w:val="24"/>
        </w:rPr>
        <w:t>(1). Учителите имат следните задължения:</w:t>
      </w:r>
    </w:p>
    <w:p w14:paraId="539320B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осъществяват обучение и възпитание на учениците в съответствие с ДОС;</w:t>
      </w:r>
    </w:p>
    <w:p w14:paraId="4E5AF3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опазват живота и здравето на учениците по време на образователния процес и на други дейности, организирани от училището;</w:t>
      </w:r>
    </w:p>
    <w:p w14:paraId="1233F31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спазват и да изискват от учениците спазване на въведените противоепидемични мерки;</w:t>
      </w:r>
    </w:p>
    <w:p w14:paraId="6E017C5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зачитат правата и достойнството на учениците и на другите участници в образователния процес, да бъдат толерантни към тях; да сътрудничат и партнират със заинтересованите страни;</w:t>
      </w:r>
    </w:p>
    <w:p w14:paraId="4A0BFE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изпълняват нормата за задължителна преподавателска работа и другите задължения, включени в длъжностната му характеристика;</w:t>
      </w:r>
    </w:p>
    <w:p w14:paraId="4926E08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използват дадените им служебни лаптопи и друга комуникационна техника в кабинети и хранилища само за нуждите на учебния процес, да не се използват за други несвойствени дейности;</w:t>
      </w:r>
    </w:p>
    <w:p w14:paraId="73817D9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преподават учебния предмет на книжовния български език, с изключение на учебните предмети „чужд език“, да общува с учениците на книжовен български език;</w:t>
      </w:r>
    </w:p>
    <w:p w14:paraId="49BC6AD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8. Да уведомяват своевременно директора, когато се налага да отсъстват от учебни часове, за осигуряване на заместник с оглед недопускане на свободни часове и представят на заместника разпределение на темите по часове и класове;</w:t>
      </w:r>
    </w:p>
    <w:p w14:paraId="5C5C8C1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участват в работата на педагогическия съвет и да изпълняват неговите решения;</w:t>
      </w:r>
    </w:p>
    <w:p w14:paraId="6577D04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изискват от учениците ежечасно униформено облекло, утвърдените учебници, учебни помагала, тетрадки; периодично да проверяват тетрадките, като удостоверяват това с рецензия от проверката, подпис и дата. Пише задължително план на дъската за всеки вид урок;</w:t>
      </w:r>
    </w:p>
    <w:p w14:paraId="407D55C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Да водят и съхраняват задължителната училищна документация;</w:t>
      </w:r>
    </w:p>
    <w:p w14:paraId="234FCEE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Да нанасят оценките в електронния дневник на класа веднага след поставянето й;</w:t>
      </w:r>
    </w:p>
    <w:p w14:paraId="47C0CB6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Да изискват спазването на дежурство от дежурните ученици;</w:t>
      </w:r>
    </w:p>
    <w:p w14:paraId="4A473E2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Ежедневно в дневника на класа да отразяват провеждането на учебния час, както и своевременно да нанасят всички закъснения и отсъствия на учениците в дневника;</w:t>
      </w:r>
    </w:p>
    <w:p w14:paraId="2A291A7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При бягство на целия клас да вписват в дневника отсъствията на класа; писмено да уведомяват училищното ръководство и класния ръководител; вписват темата за деня в дневника на класа. На следващия час изпитването е върху пропуснатия материал. Учениците могат да попълнят пропуските, като посетят консултациите по график. При констатиране на подбудител се уведомява класният ръководител и училищното ръководство и се подготвя процедурата за налагане на санкция на подбудителя;</w:t>
      </w:r>
    </w:p>
    <w:p w14:paraId="05E82F9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 При отстраняване на ученик от час да му поставят писмена задача за изпълнение (Приложение № 13) и в рубриката „Бележки“ на дневника записват „Отстранен от час“. Учителят, приложил мярката, писмено уведомява Директора, за да обясни причините за отстраняването на ученика от час. Веднага след приключването на учебния час се предприемат дейности за мотивация и преодоляване на проблемното поведение на ученика от страна на отстраняващия учител и класен ръководител. Кл. ръководител писмено уведомява родите</w:t>
      </w:r>
      <w:r>
        <w:rPr>
          <w:rFonts w:ascii="Times New Roman" w:hAnsi="Times New Roman" w:cs="Times New Roman" w:eastAsia="Times New Roman"/>
          <w:sz w:val="24"/>
          <w:szCs w:val="24"/>
        </w:rPr>
        <w:t>ля. Дейностите се документират в дневника на класа.</w:t>
      </w:r>
    </w:p>
    <w:p w14:paraId="3776020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 Да консултират по един час седмично определени от него ученици по утвърден график;</w:t>
      </w:r>
    </w:p>
    <w:p w14:paraId="4538A86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 Да отразяват проведените консултации в дневника;</w:t>
      </w:r>
    </w:p>
    <w:p w14:paraId="29A1337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19. Да изпълняват задълженията на дежурен, съгласно системата за дежурство по определен график в свободното от часове време;</w:t>
      </w:r>
    </w:p>
    <w:p w14:paraId="283F161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20. Да оказват съдействие на класния ръководител при изготвяне на характеристика на ученика, когато е необходимо издаване на такава;</w:t>
      </w:r>
    </w:p>
    <w:p w14:paraId="1740733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21. Да осъществяват дейности по превенция на тормоза и насилието, както и дейности за мотивация и обща подкрепа; Да спазва процедурите при налагане на санкции и превенция на обучителните затруднения;</w:t>
      </w:r>
    </w:p>
    <w:p w14:paraId="1E90B13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22. Да спазват стриктно процедурата за действие при инцидент, при наличие на информация на деца в риск;</w:t>
      </w:r>
    </w:p>
    <w:p w14:paraId="2FEA5EB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23. Да опазват и контролират опазването на МТБ на училището и кабинетите, като всеки носи персонална отговорност при нарушение;</w:t>
      </w:r>
    </w:p>
    <w:p w14:paraId="4D40A25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 xml:space="preserve">24. В учебно време след изпълнение на нормата за задължителната преподавателска заетост за деня и участия в останалите предварително регламентирани задължителни форми: Педагогически съвет, родителски срещи, методически сбирки, възпитателна дейност, консултации с учениците, както и за изпълнение нарежданията на директора или заместник директорите, учителите са свободни да бъдат </w:t>
      </w:r>
      <w:r>
        <w:rPr>
          <w:rFonts w:ascii="Times New Roman" w:hAnsi="Times New Roman" w:cs="Times New Roman" w:eastAsia="Times New Roman"/>
          <w:sz w:val="24"/>
          <w:szCs w:val="24"/>
        </w:rPr>
        <w:lastRenderedPageBreak/>
        <w:t>извън училище. Когато няма учебни занятия, учителят извършва дейности по повишаване на квалификацията си, по поддръжка на наличната МТБ, обогатяване с дидактически и нагледни материали, планиране на дейността си, участие в общо организирани дейности или конкретни нареждания на заместник-директора или директора.</w:t>
      </w:r>
    </w:p>
    <w:p w14:paraId="43A0DA3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25. Ежегодно да повишават квалификацията си;</w:t>
      </w:r>
    </w:p>
    <w:p w14:paraId="0CE05E6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26. Да изготвят професионално портфолио и ежегодно да го актуализират;</w:t>
      </w:r>
    </w:p>
    <w:p w14:paraId="16934B6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27. Да бъдат на разположение на училището и изпълняват възложените задачи от ръководството в рамките на работния ден, когато не са в отпуск.</w:t>
      </w:r>
    </w:p>
    <w:p w14:paraId="2BC04CB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28. Да дежурят по график, утвърден от директора, като видовете дежурства са: дежурен на входа, дежурен на етаж, дежурен на двора;</w:t>
      </w:r>
    </w:p>
    <w:p w14:paraId="0B4AE47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29. Да информират родителите;</w:t>
      </w:r>
    </w:p>
    <w:p w14:paraId="532B6B9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1. При организиране на посещения на природни обекти, прояви, изяви и мероприятия в обществени, културни и научни институции, както и прояви, изяви и мероприятия, организирани от други институции, провеждане на часове извън сградата на училището, провеждани в рамките на град Бургас, организиращият учител е длъжен до 3 дни преди реализиране на дейността:</w:t>
      </w:r>
    </w:p>
    <w:p w14:paraId="43CC63B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подаде заявление до директора, което съдържа информация за целите, мястото, времето на осъществяване.</w:t>
      </w:r>
    </w:p>
    <w:p w14:paraId="1319483B"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подготви списък на учениците, участващи в дейността, който съдържа трите имена, клас, дата на раждане.</w:t>
      </w:r>
    </w:p>
    <w:p w14:paraId="4BF4CB7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проведе инструктаж за безопасност и култура на поведение на участниците, срещу подпис.</w:t>
      </w:r>
    </w:p>
    <w:p w14:paraId="092F3BE7"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изисква информирано писмено съгласие на родител/настойник, чрез попълване на декларация. Декларациите се съхраняват при заместник-директора до края на учебната година.</w:t>
      </w:r>
    </w:p>
    <w:p w14:paraId="7419B6F3"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представи застрахователна полица на участниците. Директорът издава заповед и контролира провеждането.</w:t>
      </w:r>
    </w:p>
    <w:p w14:paraId="198C84A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 организиране на посещения на природни обекти, прояви, изяви и мероприятия в обществени, културни и научни институции, както и прояви, изяви и мероприятия, организирани от други институции, провеждане на часове извън сградата на училището, извън град Бургас, организиращият учител е длъжен до две седмици преди реализиране на дейността:</w:t>
      </w:r>
    </w:p>
    <w:p w14:paraId="3ECA0EF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подаде заявление до директора, което съдържа информация за целите, мястото, времето на осъществяване;</w:t>
      </w:r>
    </w:p>
    <w:p w14:paraId="68AC6C0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осигури транспорт и представи сключен договор с лицензирана транспортна фирма;</w:t>
      </w:r>
    </w:p>
    <w:p w14:paraId="39B903A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подготви списък на учениците, участващи в дейността, който съдържа трите имена, клас, дата на раждане;</w:t>
      </w:r>
    </w:p>
    <w:p w14:paraId="09CE504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проведе инструктаж по безопасност на движението и култура на поведение, на участниците, срещу подпис;</w:t>
      </w:r>
    </w:p>
    <w:p w14:paraId="4AEB4EA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изисква информирано писмено съгласие на родител/настойник, чрез попълване на декларация. Декларациите се съхраняват при заместник-директора до края на учебната година;</w:t>
      </w:r>
    </w:p>
    <w:p w14:paraId="4035046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да представи застрахователна полица на участниците.</w:t>
      </w:r>
    </w:p>
    <w:p w14:paraId="4CF5E16B" w14:textId="77777777" w:rsidR="00E607B5" w:rsidRDefault="00D91D22">
      <w:pPr>
        <w:spacing w:after="110" w:line="288" w:lineRule="auto"/>
        <w:jc w:val="both"/>
      </w:pPr>
      <w:r>
        <w:rPr>
          <w:rFonts w:ascii="Times New Roman" w:hAnsi="Times New Roman" w:cs="Times New Roman" w:eastAsia="Times New Roman"/>
          <w:sz w:val="24"/>
          <w:szCs w:val="24"/>
        </w:rPr>
        <w:t>Директорът издава заповед и представя предварителна информация в писмен вид за организирано извеждане на ученици от населеното място до началника на РУО-Бургас.</w:t>
      </w:r>
    </w:p>
    <w:p w14:paraId="0FD59A1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135. </w:t>
      </w:r>
      <w:r>
        <w:rPr>
          <w:rFonts w:ascii="Times New Roman" w:hAnsi="Times New Roman" w:cs="Times New Roman" w:eastAsia="Times New Roman"/>
          <w:sz w:val="24"/>
          <w:szCs w:val="24"/>
        </w:rPr>
        <w:t>Учителите нямат право:</w:t>
      </w:r>
    </w:p>
    <w:p w14:paraId="1085447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ползват мобилен телефон по време на час, с изключение за целите на учебния процес;</w:t>
      </w:r>
    </w:p>
    <w:p w14:paraId="63A14AF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2. Да използва служебната комуникационна техника за други несвойствени дейности, освен за нуждите на учебния процес;</w:t>
      </w:r>
    </w:p>
    <w:p w14:paraId="3DC60AF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внасят в училището оръжие, както и други предмети, които са източник на повишена опасност;</w:t>
      </w:r>
    </w:p>
    <w:p w14:paraId="719ED39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нарушават текстовете на Етичния кодекс на училището;</w:t>
      </w:r>
    </w:p>
    <w:p w14:paraId="7528DE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предоставят образователни услуги на ученици от училището срещу заплащане;</w:t>
      </w:r>
    </w:p>
    <w:p w14:paraId="3BED35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налагат идеологически и/или религиозни доктрини, да осъществяват политическа и партийна дейност;</w:t>
      </w:r>
    </w:p>
    <w:p w14:paraId="162AA80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извършват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7D7DBCC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Да нарушават правата на ученика, учителите и служителите на ПГМКР „Св. Никола“ гр. Бургас, да унижават личното им достойнство, да упражняват каквато и да е форма на физическо или психическо насилие.</w:t>
      </w:r>
    </w:p>
    <w:p w14:paraId="5BC132FB"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ПРАВА, ЗАДЪЛЖЕНИЯ И ОТГОВОРНОСТИ НА РОДИТЕЛИТЕ</w:t>
      </w:r>
    </w:p>
    <w:p w14:paraId="1DCDA2A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136. </w:t>
      </w:r>
      <w:r>
        <w:rPr>
          <w:rFonts w:ascii="Times New Roman" w:hAnsi="Times New Roman" w:cs="Times New Roman" w:eastAsia="Times New Roman"/>
          <w:sz w:val="24"/>
          <w:szCs w:val="24"/>
        </w:rPr>
        <w:t>(1). Участниците в образователния процес на ПГМКР „Свети Никола“ гр. Бургас са учениците, учителите и родителите.</w:t>
      </w:r>
    </w:p>
    <w:p w14:paraId="74E6720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Сътрудничеството и взаимодействието може да се осъществява и в електронна среда. (3). Средство за постоянна връзка между училището и родителя е електронния дневник.</w:t>
      </w:r>
    </w:p>
    <w:p w14:paraId="47B0822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Средство за връзка със семейството на ученика може да бъде и електронната поща на един от родителите.</w:t>
      </w:r>
    </w:p>
    <w:p w14:paraId="597EF54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137. </w:t>
      </w:r>
      <w:r>
        <w:rPr>
          <w:rFonts w:ascii="Times New Roman" w:hAnsi="Times New Roman" w:cs="Times New Roman" w:eastAsia="Times New Roman"/>
          <w:sz w:val="24"/>
          <w:szCs w:val="24"/>
        </w:rPr>
        <w:t>Родителите имат следните права:</w:t>
      </w:r>
    </w:p>
    <w:p w14:paraId="769390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161E996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се срещат с ръководството на ПГМКР „Свети Никола“ гр. Бургас,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2EEF758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се запознаят с училищния учебен план;</w:t>
      </w:r>
    </w:p>
    <w:p w14:paraId="337BD0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присъстват и при желание от тяхна страна да бъдат изслушвани, когато се решават въпроси, които засягат права и интереси на ученика;</w:t>
      </w:r>
    </w:p>
    <w:p w14:paraId="2FF8858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най-малко веднъж годишно да получават информация, подкрепа и консултиране по въпроси, свързани с образованието, с кариерното ориентиране и с личностното развитие на децата им;</w:t>
      </w:r>
    </w:p>
    <w:p w14:paraId="6C28276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избират и да бъдат избирани в обществения съвет на училището;</w:t>
      </w:r>
    </w:p>
    <w:p w14:paraId="5B7D32B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изразяват мнение и да правят предложения за развитие на училището.</w:t>
      </w:r>
    </w:p>
    <w:p w14:paraId="6D0FD0F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138. </w:t>
      </w:r>
      <w:r>
        <w:rPr>
          <w:rFonts w:ascii="Times New Roman" w:hAnsi="Times New Roman" w:cs="Times New Roman" w:eastAsia="Times New Roman"/>
          <w:sz w:val="24"/>
          <w:szCs w:val="24"/>
        </w:rPr>
        <w:t>(1). Родителите имат следните задължения:</w:t>
      </w:r>
    </w:p>
    <w:p w14:paraId="12D0E4A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1. Да осигуряват редовното присъствие на ученика в училище, като уведомяват своевременно училището в случаите на отсъствие на ученика.</w:t>
      </w:r>
    </w:p>
    <w:p w14:paraId="72DFDE3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се регистрират в електронната платформа Школо.</w:t>
      </w:r>
    </w:p>
    <w:p w14:paraId="115CA2C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Редовно да се осведомяват за приобщаването на своите деца в училищната среда, успеха и развитието им в образованието, спазването на училищните правила.</w:t>
      </w:r>
    </w:p>
    <w:p w14:paraId="29DD41C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В случай, че родителят или лицето, което полага грижи за ученика, ще отсъства от настоящия си адрес за срок, по-голям от един месец, той уведомява писмено директора на училището, като посочва лице, което ще контактува с училището за времето на</w:t>
      </w:r>
    </w:p>
    <w:p w14:paraId="28320DF8" w14:textId="77777777" w:rsidR="00E607B5" w:rsidRDefault="00D91D22">
      <w:pPr>
        <w:spacing w:after="110" w:line="288" w:lineRule="auto"/>
        <w:jc w:val="both"/>
      </w:pPr>
      <w:r>
        <w:rPr>
          <w:rFonts w:ascii="Times New Roman" w:hAnsi="Times New Roman" w:cs="Times New Roman" w:eastAsia="Times New Roman"/>
          <w:sz w:val="24"/>
          <w:szCs w:val="24"/>
        </w:rPr>
        <w:t>отсъствието му по всички въпроси, свързани с училищното образование, с изключение на отписването на ученика от училището или промяната на формата на обучение на ученика.</w:t>
      </w:r>
    </w:p>
    <w:p w14:paraId="234EBB4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При изпълнение на дейности по обща подкрепа на ученика за превенция на насилието и преодоляване на проблемното поведение, както и за целите на превенцията на обучителните затруднения родителят е длъжен да осигури присъствието на детето си. В противен случай директорът писмено уведомява дирекция „Социално подпомагане“ по настоящия адрес на ученика.</w:t>
      </w:r>
    </w:p>
    <w:p w14:paraId="1E73B15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спазват правилника за дейността на училището и да съдействат за спазването му от страна на ученика.</w:t>
      </w:r>
    </w:p>
    <w:p w14:paraId="57673DE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участват в родителските срещи и срещи по покана на класния ръководител.</w:t>
      </w:r>
    </w:p>
    <w:p w14:paraId="2EBFBFC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8.Да се явяват в училището след покана от учител, директор или друг педагогически специалист в подходящо за двете страни време.</w:t>
      </w:r>
    </w:p>
    <w:p w14:paraId="0D2E34B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контролират носенето на ученическата униформа.</w:t>
      </w:r>
    </w:p>
    <w:p w14:paraId="40A8A25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10.Да подпомагат училището в противодействието му срещу агресията, наркоманията и други вредни влияния върху децата и учениците.</w:t>
      </w:r>
    </w:p>
    <w:p w14:paraId="2068283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Да закупят необходимите ученически пособия /тетрадки, помагала/.</w:t>
      </w:r>
    </w:p>
    <w:p w14:paraId="56DA91B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Да се запознаят с въведените противоепидемични мерки (ако има такива).</w:t>
      </w:r>
    </w:p>
    <w:p w14:paraId="1A147F2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Да информират своевременно класния ръководител за здравословното състояние на детето си.</w:t>
      </w:r>
    </w:p>
    <w:p w14:paraId="1F5FEAEB"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МЕТОДИЧЕСКИ ОБЕДИНЕНИЯ</w:t>
      </w:r>
    </w:p>
    <w:p w14:paraId="3DC3FFB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139. </w:t>
      </w:r>
      <w:r>
        <w:rPr>
          <w:rFonts w:ascii="Times New Roman" w:hAnsi="Times New Roman" w:cs="Times New Roman" w:eastAsia="Times New Roman"/>
          <w:sz w:val="24"/>
          <w:szCs w:val="24"/>
        </w:rPr>
        <w:t>(1). В началото на всяка учебна година със заповед на директора се определят Методическите обединения на учителите.</w:t>
      </w:r>
    </w:p>
    <w:p w14:paraId="233671E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Методическите обединения извършват следните дейности:</w:t>
      </w:r>
    </w:p>
    <w:p w14:paraId="7ABCF4B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Разглеждат и обсъждат прилагането на ефективни образователни методи и подходи съобразно индивидуалните потребности на децата и учениците;</w:t>
      </w:r>
    </w:p>
    <w:p w14:paraId="3E0456F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Организират и участват във вътрешноучилищни форми за повишаване на квалификацията.</w:t>
      </w:r>
    </w:p>
    <w:p w14:paraId="4787FBD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Организират провеждането на открити уроци.</w:t>
      </w:r>
    </w:p>
    <w:p w14:paraId="46D5725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Правят сбирки за споделяне на събрана информация за новости в съответната научна област и педагогическа практика, представят идеи за използване на иновативни подходи, методически похвати и др.</w:t>
      </w:r>
    </w:p>
    <w:p w14:paraId="058FA05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 xml:space="preserve">5. При приключване на първия срок и на учебната година, правят сбирки за обобщения на наблюденията по протичане на обучението по съответните предмети. Подготвят предложения за бъдеща работа. </w:t>
      </w:r>
      <w:r>
        <w:rPr>
          <w:rFonts w:ascii="Times New Roman" w:hAnsi="Times New Roman" w:cs="Times New Roman" w:eastAsia="Times New Roman"/>
          <w:sz w:val="24"/>
          <w:szCs w:val="24"/>
        </w:rPr>
        <w:lastRenderedPageBreak/>
        <w:t>Обобщенията и предложенията се представят на Директора, а председателите на обединения ги докладват на срочно или годишно заседание на Педагогическия съвет.</w:t>
      </w:r>
    </w:p>
    <w:p w14:paraId="7207CAD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Методическото обединение на учителите по професионалната подготовка разглеждат общите проблеми по специалности.</w:t>
      </w:r>
    </w:p>
    <w:p w14:paraId="2FFD05F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Правят предложения за подобряване организацията на практическото обучение.</w:t>
      </w:r>
    </w:p>
    <w:p w14:paraId="18DA1A84"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КЛАСЕН РЪКОВОДИТЕЛ</w:t>
      </w:r>
    </w:p>
    <w:p w14:paraId="0237E84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140. </w:t>
      </w:r>
      <w:r>
        <w:rPr>
          <w:rFonts w:ascii="Times New Roman" w:hAnsi="Times New Roman" w:cs="Times New Roman" w:eastAsia="Times New Roman"/>
          <w:sz w:val="24"/>
          <w:szCs w:val="24"/>
        </w:rPr>
        <w:t>Класните ръководители се определят от директора в началото на годината със заповед.</w:t>
      </w:r>
    </w:p>
    <w:p w14:paraId="35D60F8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141. </w:t>
      </w:r>
      <w:r>
        <w:rPr>
          <w:rFonts w:ascii="Times New Roman" w:hAnsi="Times New Roman" w:cs="Times New Roman" w:eastAsia="Times New Roman"/>
          <w:sz w:val="24"/>
          <w:szCs w:val="24"/>
        </w:rPr>
        <w:t>(1). Учител, който е и класен ръководител, има следните допълнителни задължения:</w:t>
      </w:r>
    </w:p>
    <w:p w14:paraId="701FA3C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 следи за успеха и развитието на учениците от съответната паралелка в образователно-възпитателния процес, за спазването на училищната дисциплина, както</w:t>
      </w:r>
    </w:p>
    <w:p w14:paraId="08DB47C4" w14:textId="77777777" w:rsidR="00E607B5" w:rsidRDefault="00D91D22">
      <w:pPr>
        <w:spacing w:after="110" w:line="288" w:lineRule="auto"/>
        <w:jc w:val="both"/>
      </w:pPr>
      <w:r>
        <w:rPr>
          <w:rFonts w:ascii="Times New Roman" w:hAnsi="Times New Roman" w:cs="Times New Roman" w:eastAsia="Times New Roman"/>
          <w:sz w:val="24"/>
          <w:szCs w:val="24"/>
        </w:rPr>
        <w:t>и за уменията им за общуване с учениците и учителите и интегрирането им в училищната среда, като периодично и своевременно информира родителите;</w:t>
      </w:r>
    </w:p>
    <w:p w14:paraId="5F5CD37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анализира и оценява рисковите фактори върху учениците от паралелката и да предприема превантивни и корективни мерки за справяне с тях;</w:t>
      </w:r>
    </w:p>
    <w:p w14:paraId="072A3F7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контролира посещаемостта на учебните часове от учениците от паралелката;</w:t>
      </w:r>
    </w:p>
    <w:p w14:paraId="7AD1CF5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Своевременно да уведомява родителите, ако ученикът отсъства от учебни часове, както и когато спрямо него ще започне процедура за налагане на санкции или други мерки по този правилник;</w:t>
      </w:r>
    </w:p>
    <w:p w14:paraId="5E0CE46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подкрепа от специалист, когато това се налага;</w:t>
      </w:r>
    </w:p>
    <w:p w14:paraId="2FA3E19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Да изготвя и да предоставя характеристика на ученик, когато е необходимо издаване на такава;</w:t>
      </w:r>
    </w:p>
    <w:p w14:paraId="3D116BD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 организира и да провежда родителски срещи, срещи с родителите;</w:t>
      </w:r>
    </w:p>
    <w:p w14:paraId="6061F9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Да организира и провежда часа на класа и да работи за развитието на паралелката като общност; да провежда извънкласни дейности с класа;</w:t>
      </w:r>
    </w:p>
    <w:p w14:paraId="29A3312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Да спазва и участва в процедурата за налагане на санкции и следи за изпълнение на дейностите по обща и допълнителна подкрепа;</w:t>
      </w:r>
    </w:p>
    <w:p w14:paraId="74A0EA5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Да осъществява връзка с учителите, които преподават на паралелката,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w:t>
      </w:r>
    </w:p>
    <w:p w14:paraId="5C4B41F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11.Своевременно да информира родителя/настойника за обучителни затруднения и проблемно поведението на детето.</w:t>
      </w:r>
    </w:p>
    <w:p w14:paraId="4E2F188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Да осъществява постоянна връзка с останалите класни ръководители и педагогическия съветник с оглед усъвършенстване и намиране на нови форми за общуване с учениците и родителите;</w:t>
      </w:r>
    </w:p>
    <w:p w14:paraId="7FCC741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13.Да провежда индивидуални срещи с родителите по график. Срещите могат да се провеждат и в електронна среда.</w:t>
      </w:r>
    </w:p>
    <w:p w14:paraId="618E850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Информирането на родителите се осъществява по телефона и/или в писмено съобщение в Школо, на електронната поща.</w:t>
      </w:r>
    </w:p>
    <w:p w14:paraId="33921BF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Класният ръководител:</w:t>
      </w:r>
    </w:p>
    <w:p w14:paraId="07476B9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Не може да обсъжда публично въпроси, свързани с успеха и поведението на отделните ученици от паралелката.</w:t>
      </w:r>
    </w:p>
    <w:p w14:paraId="59F7FED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Запознава учениците от поверената му паралелка и родителите с Правилника на училището, учебните планове по съответните профили и нормативните разпоредби със задължителен характер срещу подпис;</w:t>
      </w:r>
    </w:p>
    <w:p w14:paraId="19F8364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Води задължителната училищна документация на съответната паралелка и отговаря за правилното й водене и съхраняване;</w:t>
      </w:r>
    </w:p>
    <w:p w14:paraId="62480AA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Осигурява изпълнението на решенията на ПС и нарежданията на директора, които се отнасят до поверената му паралелка;</w:t>
      </w:r>
    </w:p>
    <w:p w14:paraId="00CD8AF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Организира застраховането на учениците;</w:t>
      </w:r>
    </w:p>
    <w:p w14:paraId="6859584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Съхранява извинителните бележки на учениците в класьор.</w:t>
      </w:r>
    </w:p>
    <w:p w14:paraId="469CBC9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Дава информация за ученик в риск, деца жертви или в риск от насилие и тормоз, съгласно съответните процедури;</w:t>
      </w:r>
    </w:p>
    <w:p w14:paraId="05FBCA8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При отстраняване на ученик от час или училище класният ръководител, заедно с учителят отстранил ученика, уведомяват писмено директора и родителя (настойника) веднага след часа предприемат дейности за въздействие върху вътрешната мотивация и преодоляване на проблемното поведение;</w:t>
      </w:r>
    </w:p>
    <w:p w14:paraId="279505B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142. </w:t>
      </w:r>
      <w:r>
        <w:rPr>
          <w:rFonts w:ascii="Times New Roman" w:hAnsi="Times New Roman" w:cs="Times New Roman" w:eastAsia="Times New Roman"/>
          <w:sz w:val="24"/>
          <w:szCs w:val="24"/>
        </w:rPr>
        <w:t>Класният ръководител е длъжен:</w:t>
      </w:r>
    </w:p>
    <w:p w14:paraId="1B0A110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 неизяснени причини за отсъствията на ученик в срок от 24 часа да уведоми родителя (настойника).</w:t>
      </w:r>
    </w:p>
    <w:p w14:paraId="6C3D276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На всеки 5 допуснати отсъствия по неуважителни причини на ученика от училище да уведоми писмено родителя /настойника/ като изпраща писмата на посочения от него имейл адрес и да обсъди с него възможностите за отстраняване на причините за отсъствията; Предприема дейности за въздействие върху вътрешната мотивация на ученика. (Наредба за приобщаващо образование). В края на определения период класния ръководител изготвя доклад за резултата от предприетите дейности;</w:t>
      </w:r>
    </w:p>
    <w:p w14:paraId="011E0B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При откриване на процедура по налагане на санкция класният ръководител спазва</w:t>
      </w:r>
    </w:p>
    <w:p w14:paraId="78B8F42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Процедурата за налагане на санкции във ПГМКР „Свети Никола“ гр. Бургас:</w:t>
      </w:r>
    </w:p>
    <w:p w14:paraId="6A7C173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4.1. Санкция по чл.199 ал.1 т.1 от ЗПУО - „ Забележка“</w:t>
      </w:r>
    </w:p>
    <w:p w14:paraId="3594BA68"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Мотивирано писмено предложение до Директора.</w:t>
      </w:r>
    </w:p>
    <w:p w14:paraId="25BFFE8D"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Писмено уведомява родителя за извършеното от ученика нарушение, за правата на родителя в процедурата по налагане на санкция и за датата на предстоящото изслушване на ученика от директора и Координационния съвет. С налагането на санкция за преодоляване на проблемното поведение на ученика се предоставя обща подкрепа за личностно развитие. В края на определения период класния ръководител изготвя доклад за резултата от предприетите дейности в индивидуалния план.</w:t>
      </w:r>
    </w:p>
    <w:p w14:paraId="519527BC"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Санкцията се налага със заповед на директора.</w:t>
      </w:r>
    </w:p>
    <w:p w14:paraId="62224032"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Уведомява писмено родителя за наложената санкция.</w:t>
      </w:r>
    </w:p>
    <w:p w14:paraId="5705A364"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Отразява наложената санкция в ЛОД-а на ученика.</w:t>
      </w:r>
    </w:p>
    <w:p w14:paraId="0E5A1C6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4.2. Санкциите по чл. 199, ал. 1, т. 3-5 от ЗПУО:</w:t>
      </w:r>
    </w:p>
    <w:p w14:paraId="31FF820A"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Мотивирано писмено предложение до Директора.</w:t>
      </w:r>
    </w:p>
    <w:p w14:paraId="322C9A71"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lastRenderedPageBreak/>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Писмено уведомява родителя и дирекция "Социално подпомагане" или съответните службите за Закрила на детето за извършеното от ученика нарушение, за правата на родителя в процедурата по налагане на санкция и за датата на предстоящото изслушване на ученика от директора. С налагането на санкция за преодоляване на проблемното поведение на ученика се предоставя обща подкрепа за личностно развитие. В края на определения период класния ръководител изготвя доклад за резултата от предприетите дейности.</w:t>
      </w:r>
    </w:p>
    <w:p w14:paraId="742DAE9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Санкцията се налага със заповед на директора по предложение на Педагогическия съвет.</w:t>
      </w:r>
    </w:p>
    <w:p w14:paraId="179023B6"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Уведомява писмено родителя за наложената санкция.</w:t>
      </w:r>
    </w:p>
    <w:p w14:paraId="0FB6C7F9" w14:textId="77777777" w:rsidR="00E607B5" w:rsidRDefault="00D91D22">
      <w:pPr>
        <w:spacing w:after="80" w:line="288" w:lineRule="auto"/>
        <w:ind w:left="500" w:hanging="240"/>
        <w:jc w:val="both"/>
      </w:pPr>
      <w:r>
        <w:rPr>
          <w:rFonts w:ascii="Times New Roman" w:hAnsi="Times New Roman" w:cs="Times New Roman" w:eastAsia="Times New Roman"/>
          <w:b/>
          <w:bCs/>
          <w:color w:val="000000"/>
          <w:sz w:val="24"/>
          <w:szCs w:val="24"/>
        </w:rPr>
        <w:t>▪</w:t>
      </w:r>
      <w:r>
        <w:rPr>
          <w:rFonts w:ascii="Times New Roman" w:hAnsi="Times New Roman" w:cs="Times New Roman" w:eastAsia="Times New Roman"/>
          <w:b/>
          <w:bCs/>
          <w:color w:val="000000"/>
          <w:sz w:val="24"/>
          <w:szCs w:val="24"/>
        </w:rPr>
        <w:t xml:space="preserve">  </w:t>
      </w:r>
      <w:r>
        <w:rPr>
          <w:rFonts w:ascii="Times New Roman" w:hAnsi="Times New Roman" w:cs="Times New Roman" w:eastAsia="Times New Roman"/>
          <w:sz w:val="24"/>
          <w:szCs w:val="24"/>
        </w:rPr>
        <w:t>Отразява наложената санкция в ЛОД на ученика</w:t>
      </w:r>
    </w:p>
    <w:p w14:paraId="7222608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4.3. При тежки нарушения на Правилника за дейността на училището класният ръководител писмено докладва до Директора на гимназията. Уведомява ученика, родителите и дирекция "Социално подпомагане" /при необходимост и службите за Закрила на детето / за датата на предстоящото изслушване.</w:t>
      </w:r>
    </w:p>
    <w:p w14:paraId="2BDE7A1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По преценка на класния ръководител, екипа за подкрепа или директора за насочване на ученика за работа с педагогически съветник, класният ръководител подава писмена заявка до него.</w:t>
      </w:r>
    </w:p>
    <w:p w14:paraId="10FF2DE9"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ІІ. ПОВИШАВАНЕ КВАЛИФИКАЦИЯТА И КАРИЕРНОТО РАЗВИТИЕ НА ПЕДАГОГИЧЕСКИ СПЕЦИАЛИСТИ</w:t>
      </w:r>
    </w:p>
    <w:p w14:paraId="2890FDC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143. </w:t>
      </w:r>
      <w:r>
        <w:rPr>
          <w:rFonts w:ascii="Times New Roman" w:hAnsi="Times New Roman" w:cs="Times New Roman" w:eastAsia="Times New Roman"/>
          <w:sz w:val="24"/>
          <w:szCs w:val="24"/>
        </w:rPr>
        <w:t>(1).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14:paraId="5D65066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Директорът на училището е длъжен да осигури необходимите условия за повишаване квалификацията на педагогическите специалисти.</w:t>
      </w:r>
    </w:p>
    <w:p w14:paraId="07B4477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с Наредба №15 за статута и професионалното развитие на учителите, директорите и другите педагогически специалисти.</w:t>
      </w:r>
    </w:p>
    <w:p w14:paraId="2A27294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Педагогическите специалисти са длъжни да повишават квалификацията си по програми на организациите в не по-малко от 48 академични часа за всеки период на атестиране /16 часа годишно/и 16 академични часа вътрешноинституционална квалификация в рамките на една учебна година.</w:t>
      </w:r>
    </w:p>
    <w:p w14:paraId="3B6667D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144. </w:t>
      </w:r>
      <w:r>
        <w:rPr>
          <w:rFonts w:ascii="Times New Roman" w:hAnsi="Times New Roman" w:cs="Times New Roman" w:eastAsia="Times New Roman"/>
          <w:sz w:val="24"/>
          <w:szCs w:val="24"/>
        </w:rPr>
        <w:t>По-високото равнище на квалификация е основа за придобиване на по-висока професионално-квалификационна степен.</w:t>
      </w:r>
    </w:p>
    <w:p w14:paraId="62AAC36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145. </w:t>
      </w:r>
      <w:r>
        <w:rPr>
          <w:rFonts w:ascii="Times New Roman" w:hAnsi="Times New Roman" w:cs="Times New Roman" w:eastAsia="Times New Roman"/>
          <w:sz w:val="24"/>
          <w:szCs w:val="24"/>
        </w:rPr>
        <w:t>(1).Постигнатите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14:paraId="4C16280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Професионалното портфолио подпомага атестирането и самооценяването на педагогическия специалист.</w:t>
      </w:r>
    </w:p>
    <w:p w14:paraId="090A221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146. </w:t>
      </w:r>
      <w:r>
        <w:rPr>
          <w:rFonts w:ascii="Times New Roman" w:hAnsi="Times New Roman" w:cs="Times New Roman" w:eastAsia="Times New Roman"/>
          <w:sz w:val="24"/>
          <w:szCs w:val="24"/>
        </w:rPr>
        <w:t>(1). Основа за кариерно развитие на педагогическите специалисти са учителският стаж, получените квалификационни кредити, придобитата професионално -квалификационна степен, както и резултатите от атестирането им.</w:t>
      </w:r>
    </w:p>
    <w:p w14:paraId="64CB3AE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63A07D1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147. </w:t>
      </w:r>
      <w:r>
        <w:rPr>
          <w:rFonts w:ascii="Times New Roman" w:hAnsi="Times New Roman" w:cs="Times New Roman" w:eastAsia="Times New Roman"/>
          <w:sz w:val="24"/>
          <w:szCs w:val="24"/>
        </w:rPr>
        <w:t>(1).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директорите – и на управленската им компетентност</w:t>
      </w:r>
    </w:p>
    <w:p w14:paraId="1EED051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w:t>
      </w:r>
    </w:p>
    <w:p w14:paraId="1EED051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(3). Атестирането се провежда в периода юни – юли на текущата учебна година съгласно чл. 77, ал. 2 от Наредба № 15 от 2019 г. за статута и професионалното развитие на учителите, директорите и другите педагогически специалисти.</w:t>
      </w:r>
    </w:p>
    <w:p w14:paraId="05E96D12"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III. ПООЩРЕНИЯ, НАГРАДИ, САНКЦИИ НА ПЕДАГОГИЧЕСКИ СПЕЦИАЛИСТИ</w:t>
      </w:r>
    </w:p>
    <w:p w14:paraId="670A0EF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148. </w:t>
      </w:r>
      <w:r>
        <w:rPr>
          <w:rFonts w:ascii="Times New Roman" w:hAnsi="Times New Roman" w:cs="Times New Roman" w:eastAsia="Times New Roman"/>
          <w:sz w:val="24"/>
          <w:szCs w:val="24"/>
        </w:rPr>
        <w:t>(1). Педагогическите специалисти могат да бъдат поощрявани с морални и материални награди за високи постижения в образователната област, научни конференции и успешно представяне на ученици в състезания, конкурси, олимпиади на училищно, регионално и национално равнище.</w:t>
      </w:r>
    </w:p>
    <w:p w14:paraId="07ED529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Санкциите на педагогическите и непедагогическите специалисти са спрямо КТ.</w:t>
      </w:r>
    </w:p>
    <w:p w14:paraId="3685D5BA"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VI. ФИНАНСИРАНЕ И ИМУЩЕСТВО</w:t>
      </w:r>
    </w:p>
    <w:p w14:paraId="476511D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149. </w:t>
      </w:r>
      <w:r>
        <w:rPr>
          <w:rFonts w:ascii="Times New Roman" w:hAnsi="Times New Roman" w:cs="Times New Roman" w:eastAsia="Times New Roman"/>
          <w:sz w:val="24"/>
          <w:szCs w:val="24"/>
        </w:rPr>
        <w:t>(1)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w:t>
      </w:r>
    </w:p>
    <w:p w14:paraId="0B6B4E90"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Със средства от държавния бюджет се финансират изцяло или частично дейностите, които са обект на държавна политика.</w:t>
      </w:r>
    </w:p>
    <w:p w14:paraId="2EB1A6C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(3)Средствата от държавния бюджет са за:</w:t>
      </w:r>
    </w:p>
    <w:p w14:paraId="7058108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1.издръжка на дейностите по възпитание и обучение на учениците;</w:t>
      </w:r>
    </w:p>
    <w:p w14:paraId="7D7F355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2.подпомагане на равния достъп и подкрепа за личностно развитие;</w:t>
      </w:r>
    </w:p>
    <w:p w14:paraId="142EB8F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3.развитие на училището</w:t>
      </w:r>
    </w:p>
    <w:p w14:paraId="5F7A3AD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4.изпълнение на национални програми за развитие на образованието.</w:t>
      </w:r>
    </w:p>
    <w:p w14:paraId="6F30078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150. </w:t>
      </w:r>
      <w:r>
        <w:rPr>
          <w:rFonts w:ascii="Times New Roman" w:hAnsi="Times New Roman" w:cs="Times New Roman" w:eastAsia="Times New Roman"/>
          <w:sz w:val="24"/>
          <w:szCs w:val="24"/>
        </w:rPr>
        <w:t>Средствата от общинския бюджет за финансиране на дейности в училището се планират ежегодно, съгласно определените от постановление на Министерския съвет стандарти за делегираните от държавата дейности с натурални и стойностни показатели.</w:t>
      </w:r>
    </w:p>
    <w:p w14:paraId="209E5D9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151. </w:t>
      </w:r>
      <w:r>
        <w:rPr>
          <w:rFonts w:ascii="Times New Roman" w:hAnsi="Times New Roman" w:cs="Times New Roman" w:eastAsia="Times New Roman"/>
          <w:sz w:val="24"/>
          <w:szCs w:val="24"/>
        </w:rPr>
        <w:t>(1) Средствата по чл.280, ал.3, т.1 от ЗПУО се разпределят въз основа на броя на учениците и на стандарт за ученик, определен с акт на Министерския съвет. Стандартът определя размера на средствата от държавния бюджет за конкретна дейност за един ученик за съответната година.</w:t>
      </w:r>
    </w:p>
    <w:p w14:paraId="7679AB6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Дейностите, които се финансират изцяло или частично от общинския бюджет по стандарти, се определят с държавния образователен стандарт за финансирането на институциите.</w:t>
      </w:r>
    </w:p>
    <w:p w14:paraId="34B1225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Размерите на стандартите се определят в зависимост от:</w:t>
      </w:r>
    </w:p>
    <w:p w14:paraId="0A7F967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съдържанието на дейностите по възпитанието и обучението на учениците;</w:t>
      </w:r>
    </w:p>
    <w:p w14:paraId="5BBBF6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вида и спецификата на училището и формата на обучение;</w:t>
      </w:r>
    </w:p>
    <w:p w14:paraId="54EA5B7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професионалното направление на обучението;</w:t>
      </w:r>
    </w:p>
    <w:p w14:paraId="3DC4AFB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обективни географски и демографски характеристики на общината, оказващи влияние върху достъпа до образование.</w:t>
      </w:r>
    </w:p>
    <w:p w14:paraId="3D95C92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Първостепенните разпоредители с бюджет разпределят получените по стандарта средства за всяка дейност по ал. 2 в училище въз основа на формули за съответната дейност. Формулите включват основни и допълнителни компоненти.</w:t>
      </w:r>
    </w:p>
    <w:p w14:paraId="36520C6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Формулите по ал.4 се утвърждават от първостепенните разпоредители с бюджет в срок до 28 февруари да текущата година след обсъждане с директора на училището. Утвърдените формули се прилагат от началото на бюджетната година и не могат да бъдат променяни до края й.</w:t>
      </w:r>
    </w:p>
    <w:p w14:paraId="04B25FE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Основните компоненти на всяка формула са стандартът и броят на учениците в училището за съответната дейност. Допълнителните компоненти на формулата могат да бъдат обективни географски, демографски, инфраструктурни и други показатели, определящи различия в разходите за един ученик, или показатели, отразяващи националната и общинската образователна политика. Числеността на персонала и броят на групите и паралелките не могат да бъдат компоненти на формулите.</w:t>
      </w:r>
    </w:p>
    <w:p w14:paraId="4A14DE6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(7) Средствата по ал. 4 за всяка дейност се разпределят:</w:t>
      </w:r>
    </w:p>
    <w:p w14:paraId="1DA500F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не по-малко от 80 на сто - на базата на основните компоненти на формулите;</w:t>
      </w:r>
    </w:p>
    <w:p w14:paraId="5E21EA2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останалите до 20 на сто - въз основа на допълнителни компоненти на формулата.</w:t>
      </w:r>
    </w:p>
    <w:p w14:paraId="561FBFE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(8) Като част от допълнителните компоненти на формулата за съответната дейност може да се предвиди резерв за нерегулярни разходи в размер до три на сто от средствата за съответната дейност. Неразпределените към 15 ноември на текущата година средства от резерва се предоставят на училището по съответната дейност, като се разпределят пропорционално на броя учениците.</w:t>
      </w:r>
    </w:p>
    <w:p w14:paraId="1B1167B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(9) Като част от формулите се утвърждават и:</w:t>
      </w:r>
    </w:p>
    <w:p w14:paraId="05C5BCA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условията и редът за разпределение на средствата по отделните допълнителни компоненти, включени в съответната формула, в т.ч. резерва;</w:t>
      </w:r>
    </w:p>
    <w:p w14:paraId="0DE39B0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правила за промени в разпределението на средства при изменение на основните компоненти на формулата.</w:t>
      </w:r>
    </w:p>
    <w:p w14:paraId="6FBF2A2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(10) В случаите на разлики между разчетения брой на учениците, въз основа на които са предвидени средствата по чл.280, ал.3, т.1 от ЗПУО със закона за държавния бюджет на Република България за съответната година и данните по информационната система на Министерството на образованието и науката към l януари на текущата година, се извършват компенсирани промени по съответните бюджети и бюджета на Министерството на образованието и науката за размера на средствата, необходими за отстраняване на тези разлики.</w:t>
      </w:r>
    </w:p>
    <w:p w14:paraId="13C095A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(11) Когато разчетеният брой на учениците е по-висок от броя на учениците по информационната система, до извършването на промените по ал. 10 се заделя като резерв разликата от средствата, формирана по съответния стандарт.</w:t>
      </w:r>
    </w:p>
    <w:p w14:paraId="5E3AC538"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(12) Когато разчетеният брой на учениците е по-нисък от броя на учениците по информационната система, средствата по формулата за съответната дейност се разпределят, като недостигът се разпределя пропорционално на средствата по формула до извършването на промените по ал. 10.</w:t>
      </w:r>
    </w:p>
    <w:p w14:paraId="0FACD81A"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(13) Промени в разпределението на средствата по формула през бюджетната година в резултат от промени в броя на учениците се допускат само в следните случаи:</w:t>
      </w:r>
    </w:p>
    <w:p w14:paraId="74EB205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преместване на ученик между институции, финансирани от един и същ първостепенен разпоредител с бюджет;</w:t>
      </w:r>
    </w:p>
    <w:p w14:paraId="7B4524C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когато в началото на учебната година е необходимо да бъде финансиран по-големият брой на учениците в някои институции, финансирани от един и същ първостепенен разпоредител с бюджет.</w:t>
      </w:r>
    </w:p>
    <w:p w14:paraId="26A047A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(14) Като част от допълнителните компоненти на формулата за съответната дейност задължително се определя добавка за условно постоянни разходи.</w:t>
      </w:r>
    </w:p>
    <w:p w14:paraId="6DE97A0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(15) Министерският съвет определя:</w:t>
      </w:r>
    </w:p>
    <w:p w14:paraId="30FC414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1.минималния размер на добавката за условно постоянни разходи по ал. 14.</w:t>
      </w:r>
    </w:p>
    <w:p w14:paraId="5860304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(16) Министерският съвет може да одобри допълнителни изисквания към формулите по ал.4 и правила за разпределение на средствата по тях, както и допълнителни изисквания, на които да отговарят системите на делегираните бюджети.</w:t>
      </w:r>
    </w:p>
    <w:p w14:paraId="7D281F0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(17) Освен средствата по ал.4 се включват и разходи за сметка на:</w:t>
      </w:r>
    </w:p>
    <w:p w14:paraId="073C361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установеното към края на предходната година превишения на постъпленията над плащанията по бюджета на училището;</w:t>
      </w:r>
    </w:p>
    <w:p w14:paraId="2BF3569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собствените приходи на училището;</w:t>
      </w:r>
    </w:p>
    <w:p w14:paraId="314D909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допълнително финансиране, извън средствата по чл. 280, ал. 3 от ЗПУО, осигурено за сметка на други средства по бюджета на финансиращия орган;</w:t>
      </w:r>
    </w:p>
    <w:p w14:paraId="07B17B8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дължимите към бюджета на училището средства, непроведени от финансиращия орган към края на предходната година.</w:t>
      </w:r>
    </w:p>
    <w:p w14:paraId="3EDCAF2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152. </w:t>
      </w:r>
      <w:r>
        <w:rPr>
          <w:rFonts w:ascii="Times New Roman" w:hAnsi="Times New Roman" w:cs="Times New Roman" w:eastAsia="Times New Roman"/>
          <w:sz w:val="24"/>
          <w:szCs w:val="24"/>
        </w:rPr>
        <w:t>(1) Средствата за подпомагане на равния достъп и за подкрепа за личностно развитие включват:</w:t>
      </w:r>
    </w:p>
    <w:p w14:paraId="33374A9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ученически стипендии;</w:t>
      </w:r>
    </w:p>
    <w:p w14:paraId="6B359F9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транспорт на ученици;</w:t>
      </w:r>
    </w:p>
    <w:p w14:paraId="0338D6D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закупуване на учебници и учебни комплекти за безвъзмездно ползване и за училищната библиотека;</w:t>
      </w:r>
    </w:p>
    <w:p w14:paraId="36971F1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дейности, свързани с общата подкрепа за личностно развитие;</w:t>
      </w:r>
    </w:p>
    <w:p w14:paraId="5E8FC00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дейности, свързани с допълнителната подкрепа за личностно развитие;</w:t>
      </w:r>
    </w:p>
    <w:p w14:paraId="4BC65F6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6.дейности, свързани с ученическия отдих и спорт;</w:t>
      </w:r>
    </w:p>
    <w:p w14:paraId="1447A9B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реализиране на училищни програми за превенция на опадането от училище и за намаляване броя на преждевременно напусналите;</w:t>
      </w:r>
    </w:p>
    <w:p w14:paraId="1C47D35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подкрепа за ученици с изявени дарби;</w:t>
      </w:r>
    </w:p>
    <w:p w14:paraId="0A845B7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други дейности, спомагащи за повишаване на обхвата и равния достъп до образование.</w:t>
      </w:r>
    </w:p>
    <w:p w14:paraId="12B6E04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Условията и редът за разпределение на средствата по ал.1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14:paraId="0CC6755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153. </w:t>
      </w:r>
      <w:r>
        <w:rPr>
          <w:rFonts w:ascii="Times New Roman" w:hAnsi="Times New Roman" w:cs="Times New Roman" w:eastAsia="Times New Roman"/>
          <w:sz w:val="24"/>
          <w:szCs w:val="24"/>
        </w:rPr>
        <w:t>(1) Средствата за развитие на училището включват:</w:t>
      </w:r>
    </w:p>
    <w:p w14:paraId="3490158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разходи за подобряване на материалната база;</w:t>
      </w:r>
    </w:p>
    <w:p w14:paraId="1697634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средства за повишаване на качеството на обучението;</w:t>
      </w:r>
    </w:p>
    <w:p w14:paraId="48C8058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средства за развитие и за подпомагане на педагогическите специалисти по чл. 219, ал.5 от ЗПУО.</w:t>
      </w:r>
    </w:p>
    <w:p w14:paraId="3C885C5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библиотечно-информационно осигуряване;</w:t>
      </w:r>
    </w:p>
    <w:p w14:paraId="564A4E3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други разходи, насочени към подобряване на физическата среда и на образователния процес.</w:t>
      </w:r>
    </w:p>
    <w:p w14:paraId="7BA7760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Условията и редът за разпределение на средствата по ал.1 се определят от</w:t>
      </w:r>
    </w:p>
    <w:p w14:paraId="626914BC" w14:textId="77777777" w:rsidR="00E607B5" w:rsidRDefault="00D91D22">
      <w:pPr>
        <w:spacing w:after="110" w:line="288" w:lineRule="auto"/>
        <w:jc w:val="both"/>
      </w:pPr>
      <w:r>
        <w:rPr>
          <w:rFonts w:ascii="Times New Roman" w:hAnsi="Times New Roman" w:cs="Times New Roman" w:eastAsia="Times New Roman"/>
          <w:sz w:val="24"/>
          <w:szCs w:val="24"/>
        </w:rPr>
        <w:t>Министерския съвет за средствата от държавния бюджет и/или съгласно правилата за финансиране от съответния европейски фонд или програма.</w:t>
      </w:r>
    </w:p>
    <w:p w14:paraId="744D50B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154. </w:t>
      </w:r>
      <w:r>
        <w:rPr>
          <w:rFonts w:ascii="Times New Roman" w:hAnsi="Times New Roman" w:cs="Times New Roman" w:eastAsia="Times New Roman"/>
          <w:sz w:val="24"/>
          <w:szCs w:val="24"/>
        </w:rPr>
        <w:t>(1) Училището прилага система на делегиран бюджет, която дава право на директора на училището:</w:t>
      </w:r>
    </w:p>
    <w:p w14:paraId="551EE70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на второстепенен разпоредител с бюджет;</w:t>
      </w:r>
    </w:p>
    <w:p w14:paraId="1D90FFE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5EB557D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да се разпорежда със средствата на училището;</w:t>
      </w:r>
    </w:p>
    <w:p w14:paraId="6DF8C68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w:t>
      </w:r>
    </w:p>
    <w:p w14:paraId="7BE4EB9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Директорът представя на обществения съвет и пред общото събрание на служителите тримесечни отчети за изпълнението на бюджета на училището, в срок до края на месеца, следващ съответното тримесечие.</w:t>
      </w:r>
    </w:p>
    <w:p w14:paraId="182E71F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154а. </w:t>
      </w:r>
      <w:r>
        <w:rPr>
          <w:rFonts w:ascii="Times New Roman" w:hAnsi="Times New Roman" w:cs="Times New Roman" w:eastAsia="Times New Roman"/>
          <w:sz w:val="24"/>
          <w:szCs w:val="24"/>
        </w:rPr>
        <w:t>(1)Собствените приходи на училището могат да бъдат:</w:t>
      </w:r>
    </w:p>
    <w:p w14:paraId="48D8066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приходите от наем на недвижими имоти и движими вещи;</w:t>
      </w:r>
    </w:p>
    <w:p w14:paraId="227A4AD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приходите от реализация на продукция и услуги от практическо обучение;</w:t>
      </w:r>
    </w:p>
    <w:p w14:paraId="48955D5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3. приходите от дарения;</w:t>
      </w:r>
    </w:p>
    <w:p w14:paraId="252AA08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други приходи, определени с нормативен акт</w:t>
      </w:r>
    </w:p>
    <w:p w14:paraId="6F5D57A5"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t>ГЛАВА VII. НЕПЕДАГОГИЧЕСКИ, ПОМОЩЕН ПЕРСОНАЛ И РАБОТНИЦИ</w:t>
      </w:r>
    </w:p>
    <w:p w14:paraId="6AF857C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155. </w:t>
      </w:r>
      <w:r>
        <w:rPr>
          <w:rFonts w:ascii="Times New Roman" w:hAnsi="Times New Roman" w:cs="Times New Roman" w:eastAsia="Times New Roman"/>
          <w:sz w:val="24"/>
          <w:szCs w:val="24"/>
        </w:rPr>
        <w:t>Осигурява материално-техническите и административните условия за нормалната дейност на училището.</w:t>
      </w:r>
    </w:p>
    <w:p w14:paraId="544BD9BC"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156. </w:t>
      </w:r>
      <w:r>
        <w:rPr>
          <w:rFonts w:ascii="Times New Roman" w:hAnsi="Times New Roman" w:cs="Times New Roman" w:eastAsia="Times New Roman"/>
          <w:sz w:val="24"/>
          <w:szCs w:val="24"/>
        </w:rPr>
        <w:t>Носят съответстващата на длъжността им финансова, материална или друга отговорност според функционалните характеристики</w:t>
      </w:r>
    </w:p>
    <w:p w14:paraId="7CECF1E9"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VIII. МЕДИЦИНСКО ЛИЦЕ</w:t>
      </w:r>
    </w:p>
    <w:p w14:paraId="2909781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157. </w:t>
      </w:r>
      <w:r>
        <w:rPr>
          <w:rFonts w:ascii="Times New Roman" w:hAnsi="Times New Roman" w:cs="Times New Roman" w:eastAsia="Times New Roman"/>
          <w:sz w:val="24"/>
          <w:szCs w:val="24"/>
        </w:rPr>
        <w:t>Учениците от ПГМКР „Св. Никола“ гр. Бургас ползват медицински услуги от медицинска сестра към Дирекция „Здравеопазване“ Община Бургас. Работното време е уговорено с директора на гимназията.</w:t>
      </w:r>
    </w:p>
    <w:p w14:paraId="6B503143" w14:textId="77777777" w:rsidR="00E607B5" w:rsidRDefault="00D91D22">
      <w:pPr>
        <w:spacing w:before="250" w:after="130" w:line="288" w:lineRule="auto"/>
      </w:pPr>
      <w:r>
        <w:rPr>
          <w:rFonts w:ascii="Times New Roman" w:hAnsi="Times New Roman" w:cs="Times New Roman" w:eastAsia="Times New Roman"/>
          <w:b/>
          <w:bCs/>
          <w:color w:val="000000"/>
          <w:sz w:val="24"/>
          <w:szCs w:val="24"/>
        </w:rPr>
        <w:t>Задължения на медицинското лице към началото на учебната година:</w:t>
      </w:r>
    </w:p>
    <w:p w14:paraId="7E7ED8A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Има задължение да опазва живота и здравето на учениците;</w:t>
      </w:r>
    </w:p>
    <w:p w14:paraId="634ADF6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Не накърнява детската психика и спазва етичния кодекс за работа с деца;</w:t>
      </w:r>
    </w:p>
    <w:p w14:paraId="4A685C3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Оказва първа помощ при спешни състояния – преглед, превръзки, лекарства, с лечебна цел, талон до личен лекар и родители;</w:t>
      </w:r>
    </w:p>
    <w:p w14:paraId="20A5700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При необходимост извършва прегледи и/или медицински манипулации за оказване на помощ при ученици с хронични заболявания;</w:t>
      </w:r>
    </w:p>
    <w:p w14:paraId="05C6DD0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В началото на учебната година изготвя дневник на медикамента, където след подадена от родителите и обобщена от класните ръководители информация, вписва всички ученици, които вземат медикаменти – диагноза, вид на медикамента, дозировка;</w:t>
      </w:r>
    </w:p>
    <w:p w14:paraId="39197F3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Приема новопостъпилите ученици, като следи за пълнотата на медицинските им документи;</w:t>
      </w:r>
    </w:p>
    <w:p w14:paraId="2232A45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При възникнали инциденти, застрашаващи живота и здравето на учениците,</w:t>
      </w:r>
    </w:p>
    <w:p w14:paraId="0BD6A5E0" w14:textId="77777777" w:rsidR="00E607B5" w:rsidRDefault="00D91D22">
      <w:pPr>
        <w:spacing w:after="110" w:line="288" w:lineRule="auto"/>
        <w:jc w:val="both"/>
      </w:pPr>
      <w:r>
        <w:rPr>
          <w:rFonts w:ascii="Times New Roman" w:hAnsi="Times New Roman" w:cs="Times New Roman" w:eastAsia="Times New Roman"/>
          <w:sz w:val="24"/>
          <w:szCs w:val="24"/>
        </w:rPr>
        <w:t>своевременно информира ръководството на гимназията и родителите;</w:t>
      </w:r>
    </w:p>
    <w:p w14:paraId="44A62BC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При наличие на остро заразно заболяване информира родител и задържа ученика до идването на родител, медицински екип или освобождава ученика от учебни занятия след разрешение от родител/настойник, за което уведомява класен ръководител.</w:t>
      </w:r>
    </w:p>
    <w:p w14:paraId="35EB8F3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Наблюдава здравословното състояние на учениците и лично информира учителите при възникнали проблеми;</w:t>
      </w:r>
    </w:p>
    <w:p w14:paraId="28E159B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Контролира съвместно със заместник-директора материалната база, дневния режим, условията за отглеждане, възпитание и учебна среда, здравословно хранене;</w:t>
      </w:r>
    </w:p>
    <w:p w14:paraId="683A9DA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Контролира режима в училище – микроклимат, дневен режим и натовареност на учениците, чистота и безопасност в помещенията и двора, лична хигиена на учениците и персонала, следи за спазване на противоепидемичните мерки и съветва ръководството при необходимост от предприемане на нови мерки за безопасност на всички участници в образователния процес;</w:t>
      </w:r>
    </w:p>
    <w:p w14:paraId="2BC040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Провежда противоепидемични мероприятия: - изряден имунизационен статус на учениците - при ОЗБ контрол на карантинните срокове, огнища дезинфекция, проследяване на контактните; - контролира стриктната текуща дезинфекция, периодично и основно почистване на сградата и двора на гимназията;</w:t>
      </w:r>
    </w:p>
    <w:p w14:paraId="096CE25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Периодично (след съгласуване с класни ръководители) провеждане на здравнообразователни беседи с учениците по различни теми;</w:t>
      </w:r>
    </w:p>
    <w:p w14:paraId="3134D5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14. Съгласува с Директора на гимназията заявление за платен и неплатен годишен отпуск, като се предлага заместващо медицинско лице;</w:t>
      </w:r>
    </w:p>
    <w:p w14:paraId="52FC5A9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Усъвършенства дейността си, като системно се запознава с нормативните документи, редовно проследява и прилага новостите и промените свързани с естеството на работата;</w:t>
      </w:r>
    </w:p>
    <w:p w14:paraId="362C499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16. Своевременно повишава квалификацията си чрез участие в различни форуми и семинари, организирани от община Бургас, РЗИ – Бургас, дирекция „Здравеопазване” и др.</w:t>
      </w:r>
    </w:p>
    <w:p w14:paraId="5C11086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 Организира връзките си с Директора, педагогическия колектив и помощния персонал на базата на сътрудничество, взаимопомощ и уважение за осигуряване на безопасни и здравословни условия за възпитание и обучение на учениците.</w:t>
      </w:r>
    </w:p>
    <w:p w14:paraId="147CB86E"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IX. ПРОПУСКАТЕЛЕН РЕЖИМ</w:t>
      </w:r>
    </w:p>
    <w:p w14:paraId="0FBC195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158. </w:t>
      </w:r>
      <w:r>
        <w:rPr>
          <w:rFonts w:ascii="Times New Roman" w:hAnsi="Times New Roman" w:cs="Times New Roman" w:eastAsia="Times New Roman"/>
          <w:sz w:val="24"/>
          <w:szCs w:val="24"/>
        </w:rPr>
        <w:t>Ред за пропускане и престой на служители, граждани и превозни средства се осъществява при следните случаи:</w:t>
      </w:r>
    </w:p>
    <w:p w14:paraId="3E25267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1.Гражданите, посещаващи директора или останалите длъжностни лица по различни поводи, се пропускат след разрешение на лицето, което ще бъде посетено и след представяне на документ за самоличност. В специален „Дневник за посещения“ дежурният охранител записва след сверяване с документ за самоличност трите имена на лицето, датата и годината на раждане, часа на влизане и при кого отива.</w:t>
      </w:r>
    </w:p>
    <w:p w14:paraId="3240EFA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При отказ на лицето да представи документ за самоличност същото не се допуска в сградата на училището. При необходимост охранителят търси съдействие на телефон 112, както и ръководството на охранителната фирма.</w:t>
      </w:r>
    </w:p>
    <w:p w14:paraId="0037C14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Педагогическият персонал в училището се посещава във време, което е извън графика на възложената учителска заетост с изключение на контролните органи, удостоверили това по предвидения от закона ред и в установен график.</w:t>
      </w:r>
    </w:p>
    <w:p w14:paraId="75FD825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Училищната администрация се посещава от граждани в рамките на законоустановеното им работно време и определеното приемно време.</w:t>
      </w:r>
    </w:p>
    <w:p w14:paraId="197D8E5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Директорът се посещава от граждани в рамките на приемното му време.</w:t>
      </w:r>
    </w:p>
    <w:p w14:paraId="00CA359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На посещаващите лица се забранява отклоняване и посещаване на други служебни лица, кабинети и помещения извън заявените такива. След посещението лицата следва незабавно да напуснат сградата.</w:t>
      </w:r>
    </w:p>
    <w:p w14:paraId="6875914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Не се допуска по време на учебни часове и самоподготовка родителите да влизат в училището. Те изчакват завършването на учебния час/самоподготовка в двора на училището като спазват добрия тон на поведение и не пречат на персонала на училището да изпълнява задълженията си. При неспазване на горните изисквания ще се наложи изчакването да става на улицата извън двора.</w:t>
      </w:r>
    </w:p>
    <w:p w14:paraId="015250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Не се разрешава и транзитно преминаване през двора, както и прескачане на заграждението.</w:t>
      </w:r>
    </w:p>
    <w:p w14:paraId="4DE4DE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Не се разрешава влизането в сградата на лица, които носят със себе си обемисти багажи, кашони и други подобни или водят домашни животни.</w:t>
      </w:r>
    </w:p>
    <w:p w14:paraId="603BEAA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За ремонтни дейности или дейности на други институции, провеждащи се на територията на училището, се пропускат лица по списък, утвърден от училищното ръководство, а при необходимост от влизане на МПС това се случва, когато няма деца по двора, само на преден ход и придружаван лично от охранителя.</w:t>
      </w:r>
    </w:p>
    <w:p w14:paraId="75A6A70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За участие на родителски срещи се допускат лица (родители, настойници, близки и др.) по списък, подписан от класния ръководител.</w:t>
      </w:r>
    </w:p>
    <w:p w14:paraId="156333A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12. Не се разрешава оставянето на багаж (чанти, куфари, торби, кашони, пакети, кутии и др.), кореспонденция, апаратура и др. от външни лица на съхранение в помещението за охрана.</w:t>
      </w:r>
    </w:p>
    <w:p w14:paraId="19C2563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13. Влизането в района на училището на външни МПС става само с писмено разрешение от училищното ръководство или със служебен пропуск, издаден от директора на училището, или с личното присъствие на директор, заместник-директор или представител на администрацията, охранител и само на преден ход, докато децата са в часове.</w:t>
      </w:r>
    </w:p>
    <w:p w14:paraId="4F72DBD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lastRenderedPageBreak/>
        <w:t>14. При влизане и излизане в/от района на училището задължително се проверяват документите на водачите на МПС и съответствието на превозваните товари с данните за тях в съпроводителните документи.</w:t>
      </w:r>
    </w:p>
    <w:p w14:paraId="0469A39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15. Не се разрешава преминаването и паркирането на превозни средства върху тревните площи.</w:t>
      </w:r>
    </w:p>
    <w:p w14:paraId="63B5F72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16. Забранява се внасянето и използването на електрически тротинетки на териториата на училището.</w:t>
      </w:r>
    </w:p>
    <w:p w14:paraId="56D7737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17. Абсолютно е забранено разхождането на кучета, тютюнопушенето и употребата на алкохолни напитки на територията на училището.</w:t>
      </w:r>
    </w:p>
    <w:p w14:paraId="2274EC4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18. Не се допуска използването на училищния двор и спортната площадка от граждани. Абсолютно се забранява пушенето и употребата на алкохол в двора и на спортната площадка</w:t>
      </w:r>
    </w:p>
    <w:p w14:paraId="7A99300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159. </w:t>
      </w:r>
      <w:r>
        <w:rPr>
          <w:rFonts w:ascii="Times New Roman" w:hAnsi="Times New Roman" w:cs="Times New Roman" w:eastAsia="Times New Roman"/>
          <w:sz w:val="24"/>
          <w:szCs w:val="24"/>
        </w:rPr>
        <w:t>(1) В сградата и в двора на училището може да се извършва видеонаблюдение с цел опазване на живота и здравето на учениците и на работещите и защита на имуществото.</w:t>
      </w:r>
    </w:p>
    <w:p w14:paraId="61D4DE13"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Местата, в които се извършва видеонаблюдение, се обозначават с указателни табели, поставени на видно място.</w:t>
      </w:r>
    </w:p>
    <w:p w14:paraId="3E58753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Не се извършва видеонаблюдение в класните стаи и в кабинетите по време на учебен час, в съблекалните, в санитарните помещения и в помещенията за почивка на персонала.</w:t>
      </w:r>
    </w:p>
    <w:p w14:paraId="6295918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Записите се съхраняват за срок, определен със заповед на директора, и се обработват при спазване на Регламент (ЕС) 2016/679 и на Закона за защита на личните данни.</w:t>
      </w:r>
    </w:p>
    <w:p w14:paraId="1EFDAE8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(5) Достъп до записите имат директорът и определени от него със заповед лица. Записи се предоставят на компетентните органи по установения от закона ред.</w:t>
      </w:r>
    </w:p>
    <w:p w14:paraId="051C745E"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(6) Учениците, родителите и работещите се уведомяват за извършваното видеонаблюдение при постъпване в училището, съответно при възникване на трудовото правоотношение.</w:t>
      </w:r>
    </w:p>
    <w:p w14:paraId="2FA8E409"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 УЧЕНИЧЕСКО САМОУПРАВЛЕНИЕ</w:t>
      </w:r>
    </w:p>
    <w:p w14:paraId="7D40F55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160. </w:t>
      </w:r>
      <w:r>
        <w:rPr>
          <w:rFonts w:ascii="Times New Roman" w:hAnsi="Times New Roman" w:cs="Times New Roman" w:eastAsia="Times New Roman"/>
          <w:sz w:val="24"/>
          <w:szCs w:val="24"/>
        </w:rPr>
        <w:t>(1) Учениците участват в училищния живот и в организационното развитие на училището чрез форми на ученическо самоуправление на ниво паралелка и на ниво училище съгласно чл. 171, ал. 1, т. 5 от Закона за предучилищното и училищното образование.</w:t>
      </w:r>
    </w:p>
    <w:p w14:paraId="40114D7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Формите на ученическо самоуправление в ПГМКР „Свети Никола“ са ученически съвет на паралелката и Ученически съвет на училището.</w:t>
      </w:r>
    </w:p>
    <w:p w14:paraId="72D6C5D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161. </w:t>
      </w:r>
      <w:r>
        <w:rPr>
          <w:rFonts w:ascii="Times New Roman" w:hAnsi="Times New Roman" w:cs="Times New Roman" w:eastAsia="Times New Roman"/>
          <w:sz w:val="24"/>
          <w:szCs w:val="24"/>
        </w:rPr>
        <w:t>(1) Ученическият съвет на паралелката се избира в началото на всяка учебна година в часа на класа с явно гласуване и се състои от председател и двама членове.</w:t>
      </w:r>
    </w:p>
    <w:p w14:paraId="3470DEF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Ученическият съвет на паралелката:</w:t>
      </w:r>
    </w:p>
    <w:p w14:paraId="692667F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дава мнения и предложения за организацията на учебния процес и за дейностите в часа на класа;</w:t>
      </w:r>
    </w:p>
    <w:p w14:paraId="0170794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участва в изготвянето и приемането на правилата на паралелката;</w:t>
      </w:r>
    </w:p>
    <w:p w14:paraId="52EA6CBE"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съдейства на класния ръководител при организирането на училищни и извънучилищни изяви;</w:t>
      </w:r>
    </w:p>
    <w:p w14:paraId="065A92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подпомага утвърждаването на добър психологически климат и предотвратяването на прояви на тормоз и насилие.</w:t>
      </w:r>
    </w:p>
    <w:p w14:paraId="5BBFEA91"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162. </w:t>
      </w:r>
      <w:r>
        <w:rPr>
          <w:rFonts w:ascii="Times New Roman" w:hAnsi="Times New Roman" w:cs="Times New Roman" w:eastAsia="Times New Roman"/>
          <w:sz w:val="24"/>
          <w:szCs w:val="24"/>
        </w:rPr>
        <w:t>(1) Ученическият съвет на училището се състои от председателите на ученическите съвети на паралелките.</w:t>
      </w:r>
    </w:p>
    <w:p w14:paraId="6C9699C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На първото си заседание Ученическият съвет на училището избира председател, заместник-председател и секретар за срок от една учебна година.</w:t>
      </w:r>
    </w:p>
    <w:p w14:paraId="689791E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Заседанията се провеждат не по-малко от веднъж месечно, извън учебните часове, и се протоколират.</w:t>
      </w:r>
    </w:p>
    <w:p w14:paraId="19C661D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Дейността на Ученическия съвет се подпомага от педагогическия съветник и от определен със заповед на директора педагогически специалист.</w:t>
      </w:r>
    </w:p>
    <w:p w14:paraId="6AA4D4D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163. </w:t>
      </w:r>
      <w:r>
        <w:rPr>
          <w:rFonts w:ascii="Times New Roman" w:hAnsi="Times New Roman" w:cs="Times New Roman" w:eastAsia="Times New Roman"/>
          <w:sz w:val="24"/>
          <w:szCs w:val="24"/>
        </w:rPr>
        <w:t>Ученическият съвет на училището:</w:t>
      </w:r>
    </w:p>
    <w:p w14:paraId="5086247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дава мнения и предложения по въпроси, засягащи училищния живот и училищната общност, включително по училищния учебен план и по избираемите и факултативните учебни часове;</w:t>
      </w:r>
    </w:p>
    <w:p w14:paraId="45325D7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участва с право на съвещателен глас в заседанията на педагогическия съвет, когато се разглеждат въпроси, отнасящи се до учениците, като предварително получава информация по тях;</w:t>
      </w:r>
    </w:p>
    <w:p w14:paraId="3839B0A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има свои представители в заседанията на Обществения съвет при разглеждане на въпроси, свързани с учениците;</w:t>
      </w:r>
    </w:p>
    <w:p w14:paraId="183B80A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предлага на директора дейности по интереси, спортни, културни и професионални изяви;</w:t>
      </w:r>
    </w:p>
    <w:p w14:paraId="3DC3CCD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участва в организирането на тържествата за откриване и закриване на учебната година, на патронния празник и на изпращането на випуска;</w:t>
      </w:r>
    </w:p>
    <w:p w14:paraId="1B96B1E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участва в разработването и в актуализирането на Етичния кодекс на училищната общност и на Програмата за противодействие на тормоза и насилието;</w:t>
      </w:r>
    </w:p>
    <w:p w14:paraId="7F336AD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съдейства за поддържането на реда, чистотата и опазването на материалната база, включително на учебните работилници и на симулаторите;</w:t>
      </w:r>
    </w:p>
    <w:p w14:paraId="7296B35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представя училището в общински, областни и национални форми на ученическо самоуправление.</w:t>
      </w:r>
    </w:p>
    <w:p w14:paraId="1A6AE68D"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164. </w:t>
      </w:r>
      <w:r>
        <w:rPr>
          <w:rFonts w:ascii="Times New Roman" w:hAnsi="Times New Roman" w:cs="Times New Roman" w:eastAsia="Times New Roman"/>
          <w:sz w:val="24"/>
          <w:szCs w:val="24"/>
        </w:rPr>
        <w:t>(1) Директорът осигурява условия за работата на Ученическия съвет – помещение за заседания, време извън учебните часове и достъп до необходимата информация.</w:t>
      </w:r>
    </w:p>
    <w:p w14:paraId="121B6FE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Предложенията на Ученическия съвет се разглеждат от директора в 14-дневен срок, а отговорът се съобщава на председателя на съвета.</w:t>
      </w:r>
    </w:p>
    <w:p w14:paraId="41A027F0"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XI. ПОМОЩНИ И КОНСУЛТАТИВНИ ОРГАНИ</w:t>
      </w:r>
    </w:p>
    <w:p w14:paraId="3828FF2D"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КОМИСИЯ ЗА УПРАВЛЕНИЕ НА КАЧЕСТВОТО</w:t>
      </w:r>
    </w:p>
    <w:p w14:paraId="17D224C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165. </w:t>
      </w:r>
      <w:r>
        <w:rPr>
          <w:rFonts w:ascii="Times New Roman" w:hAnsi="Times New Roman" w:cs="Times New Roman" w:eastAsia="Times New Roman"/>
          <w:sz w:val="24"/>
          <w:szCs w:val="24"/>
        </w:rPr>
        <w:t>(1) Комисията за управление на качеството е постоянен помощен и консултативен орган към директора за оказване на подкрепа при управлението на качеството на образованието и обучението в училището.</w:t>
      </w:r>
    </w:p>
    <w:p w14:paraId="73D9F8C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Комисията се определя със заповед на директора по предложение на педагогическия съвет и се състои от председател и не по-малко от двама членове, с мандат до три години.</w:t>
      </w:r>
    </w:p>
    <w:p w14:paraId="0C29C84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166. </w:t>
      </w:r>
      <w:r>
        <w:rPr>
          <w:rFonts w:ascii="Times New Roman" w:hAnsi="Times New Roman" w:cs="Times New Roman" w:eastAsia="Times New Roman"/>
          <w:sz w:val="24"/>
          <w:szCs w:val="24"/>
        </w:rPr>
        <w:t>Комисията за управление на качеството:</w:t>
      </w:r>
    </w:p>
    <w:p w14:paraId="39F4371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подготвя и предлага на педагогическия съвет мерките за повишаване на качеството на образованието по чл. 269, ал. 1, т. 8 от Закона за предучилищното и училищното образование;</w:t>
      </w:r>
    </w:p>
    <w:p w14:paraId="68F1254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определя и документира процедурите и инструментите за самооценяване – чек-листове, анкети, въпросници и протоколи;</w:t>
      </w:r>
    </w:p>
    <w:p w14:paraId="0630AF34"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събира, класифицира и съхранява надежден и проверим доказателствен материал;</w:t>
      </w:r>
    </w:p>
    <w:p w14:paraId="14BE022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проследява резултатите на учениците от националното външно оценяване, от държавните зрелостни изпити, от държавните изпити за придобиване на професионална квалификация и от изпитите по практика;</w:t>
      </w:r>
    </w:p>
    <w:p w14:paraId="58658F1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проучва удовлетвореността на учениците, на родителите, на педагогическите специалисти и на партньорите по практическото обучение – корабособственици, кораборемонтни и пристанищни предприятия;</w:t>
      </w:r>
    </w:p>
    <w:p w14:paraId="4B2E9DE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оценява равнищата на показателите, изготвя доклад с резултатите от самооценяването и идентифицира областите, които се нуждаят от подобряване;</w:t>
      </w:r>
    </w:p>
    <w:p w14:paraId="566B694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предлага на директора и на педагогическия съвет конкретни мерки и дейности за подобряване на качеството;</w:t>
      </w:r>
    </w:p>
    <w:p w14:paraId="71B28688"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подпомага подготовката на училището за инспектиране по Наредба № 18 от 2021 г. за инспектирането на детските градини и училищата.</w:t>
      </w:r>
    </w:p>
    <w:p w14:paraId="68E0030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167. </w:t>
      </w:r>
      <w:r>
        <w:rPr>
          <w:rFonts w:ascii="Times New Roman" w:hAnsi="Times New Roman" w:cs="Times New Roman" w:eastAsia="Times New Roman"/>
          <w:sz w:val="24"/>
          <w:szCs w:val="24"/>
        </w:rPr>
        <w:t>Докладът с резултатите от самооценяването се обсъжда от педагогическия съвет до края на учебната година и се използва при разработването на годишния план за дейността на училището за следващата учебна година.</w:t>
      </w:r>
    </w:p>
    <w:p w14:paraId="74E0BB24"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 КОМИСИЯ ПО ЕТИКА</w:t>
      </w:r>
    </w:p>
    <w:p w14:paraId="6C785C9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168. </w:t>
      </w:r>
      <w:r>
        <w:rPr>
          <w:rFonts w:ascii="Times New Roman" w:hAnsi="Times New Roman" w:cs="Times New Roman" w:eastAsia="Times New Roman"/>
          <w:sz w:val="24"/>
          <w:szCs w:val="24"/>
        </w:rPr>
        <w:t>(1) Комисията по етика е помощен и консултативен орган към директора, създаден на основание чл. 175 от Закона за предучилищното и училищното образование и Етичния кодекс на училищната общност.</w:t>
      </w:r>
    </w:p>
    <w:p w14:paraId="6085319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Съставът на комисията се предлага от директора, приема се от педагогическия съвет за срок от четири години и се утвърждава със заповед на директора.</w:t>
      </w:r>
    </w:p>
    <w:p w14:paraId="70CD8B1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Комисията се състои от трима членове, които на първото си заседание избират председател.</w:t>
      </w:r>
    </w:p>
    <w:p w14:paraId="185D9B2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lastRenderedPageBreak/>
        <w:t xml:space="preserve">Чл. 169. </w:t>
      </w:r>
      <w:r>
        <w:rPr>
          <w:rFonts w:ascii="Times New Roman" w:hAnsi="Times New Roman" w:cs="Times New Roman" w:eastAsia="Times New Roman"/>
          <w:sz w:val="24"/>
          <w:szCs w:val="24"/>
        </w:rPr>
        <w:t>Предмет на дейността на комисията са междуличностните и междугруповите отношения, възникващи при осъществяването на образователния процес и при изпълнението на служебните задължения, които противоречат на общоприетите и на специфичните за професията етични норми.</w:t>
      </w:r>
    </w:p>
    <w:p w14:paraId="5A1681E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170. </w:t>
      </w:r>
      <w:r>
        <w:rPr>
          <w:rFonts w:ascii="Times New Roman" w:hAnsi="Times New Roman" w:cs="Times New Roman" w:eastAsia="Times New Roman"/>
          <w:sz w:val="24"/>
          <w:szCs w:val="24"/>
        </w:rPr>
        <w:t>(1) Комисията разглежда постъпилите сигнали и жалби и се произнася с мотивирано становище.</w:t>
      </w:r>
    </w:p>
    <w:p w14:paraId="2C819CF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Конкретният ред за подаване и разглеждане на сигналите, сроковете и последиците от становищата на комисията се определят с Етичния кодекс на училищната общност.</w:t>
      </w:r>
    </w:p>
    <w:p w14:paraId="036F456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171. </w:t>
      </w:r>
      <w:r>
        <w:rPr>
          <w:rFonts w:ascii="Times New Roman" w:hAnsi="Times New Roman" w:cs="Times New Roman" w:eastAsia="Times New Roman"/>
          <w:sz w:val="24"/>
          <w:szCs w:val="24"/>
        </w:rPr>
        <w:t>Комисията по етика предприема превантивни и корективни мерки с ученици, педагогически специалисти и служители за спазване на етичните норми и за недопускане на прояви на нетолерантност, дискриминация и накърняване на достойнството.</w:t>
      </w:r>
    </w:p>
    <w:p w14:paraId="5EC5AD65"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III. ПОСТОЯННИ УЧИЛИЩНИ КОМИСИИ</w:t>
      </w:r>
    </w:p>
    <w:p w14:paraId="6099F20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172. </w:t>
      </w:r>
      <w:r>
        <w:rPr>
          <w:rFonts w:ascii="Times New Roman" w:hAnsi="Times New Roman" w:cs="Times New Roman" w:eastAsia="Times New Roman"/>
          <w:sz w:val="24"/>
          <w:szCs w:val="24"/>
        </w:rPr>
        <w:t>(1) Със заповед на директора в началото на всяка учебна година се определят съставите на постоянните училищни комисии, включително:</w:t>
      </w:r>
    </w:p>
    <w:p w14:paraId="0CE5E2F0"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Комисия за противодействие на тормоза и насилието;</w:t>
      </w:r>
    </w:p>
    <w:p w14:paraId="6A3FCB1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Училищна комисия за борба срещу противообществените прояви на малолетните и непълнолетните;</w:t>
      </w:r>
    </w:p>
    <w:p w14:paraId="2C5FB44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Комисия по безопасност на движението по пътищата;</w:t>
      </w:r>
    </w:p>
    <w:p w14:paraId="6E950AF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Комисия по осигуряване на безопасни условия на възпитание, обучение и труд;</w:t>
      </w:r>
    </w:p>
    <w:p w14:paraId="66D1D45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Комисия за защита при бедствия, аварии и катастрофи;</w:t>
      </w:r>
    </w:p>
    <w:p w14:paraId="1ACC9D5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Екип за подкрепа за личностно развитие;</w:t>
      </w:r>
    </w:p>
    <w:p w14:paraId="36BE181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Училищен екип за обхват и задържане на учениците;</w:t>
      </w:r>
    </w:p>
    <w:p w14:paraId="35AEBDE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8. Комисия за квалификационната дейност;</w:t>
      </w:r>
    </w:p>
    <w:p w14:paraId="0BB87D2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9. Комисия за изготвяне на седмичното разписание;</w:t>
      </w:r>
    </w:p>
    <w:p w14:paraId="3FA5C4B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10. Комисия по приема на ученици;</w:t>
      </w:r>
    </w:p>
    <w:p w14:paraId="5577826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11. Постоянно действаща експертна комисия по архивиране на документите.</w:t>
      </w:r>
    </w:p>
    <w:p w14:paraId="64D1B96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Всяка комисия работи по план, който е приложение към годишния план за дейността на училището.</w:t>
      </w:r>
    </w:p>
    <w:p w14:paraId="5CC2690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Комисиите отчитат дейността си пред педагогическия съвет не по-малко от веднъж на учебен срок.</w:t>
      </w:r>
    </w:p>
    <w:p w14:paraId="29450040"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XII. ГРАЖДАНСКО, ЗДРАВНО, ЕКОЛОГИЧНО И ИНТЕРКУЛТУРНО ОБРАЗОВАНИЕ</w:t>
      </w:r>
    </w:p>
    <w:p w14:paraId="572759A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173. </w:t>
      </w:r>
      <w:r>
        <w:rPr>
          <w:rFonts w:ascii="Times New Roman" w:hAnsi="Times New Roman" w:cs="Times New Roman" w:eastAsia="Times New Roman"/>
          <w:sz w:val="24"/>
          <w:szCs w:val="24"/>
        </w:rPr>
        <w:t>Гражданското, здравното, екологичното и интеркултурното образование в ПГМКР „Свети Никола“ се осъществява съгласно Наредба № 13 от 21.09.2016 г. за гражданското, здравното, екологичното и интеркултурното образование (обн. ДВ, бр. 80 от 2016 г., изм. и доп. ДВ, бр. 75 от 2023 г.).</w:t>
      </w:r>
    </w:p>
    <w:p w14:paraId="1BA6998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174. </w:t>
      </w:r>
      <w:r>
        <w:rPr>
          <w:rFonts w:ascii="Times New Roman" w:hAnsi="Times New Roman" w:cs="Times New Roman" w:eastAsia="Times New Roman"/>
          <w:sz w:val="24"/>
          <w:szCs w:val="24"/>
        </w:rPr>
        <w:t>По смисъла на този правилник:</w:t>
      </w:r>
    </w:p>
    <w:p w14:paraId="615BDB2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w:t>
      </w:r>
    </w:p>
    <w:p w14:paraId="1BF3599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здравното образование е насочено към развитие на умения за създаване и поддържане на здравословен начин на живот, включително за безопасност на труда на кораба и в работилницата;</w:t>
      </w:r>
    </w:p>
    <w:p w14:paraId="61C090F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екологичното образование е насочено към формиране на екологична култура, екологично съзнание и екологично поведение;</w:t>
      </w:r>
    </w:p>
    <w:p w14:paraId="3386BD95"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интеркултурното образование е насочено към усвояване на знания за различни измерения на културните идентичности и към формиране на умения за конструктивни взаимодействия в мултикултурна среда.</w:t>
      </w:r>
    </w:p>
    <w:p w14:paraId="5323D32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175. </w:t>
      </w:r>
      <w:r>
        <w:rPr>
          <w:rFonts w:ascii="Times New Roman" w:hAnsi="Times New Roman" w:cs="Times New Roman" w:eastAsia="Times New Roman"/>
          <w:sz w:val="24"/>
          <w:szCs w:val="24"/>
        </w:rPr>
        <w:t>(1) Гражданското, здравното, екологичното и интеркултурното образование се осъществява в:</w:t>
      </w:r>
    </w:p>
    <w:p w14:paraId="2068205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учебните часове по учебните предмети от общообразователната, разширената и професионалната подготовка;</w:t>
      </w:r>
    </w:p>
    <w:p w14:paraId="55AE552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часа на класа, включително чрез ученическото самоуправление;</w:t>
      </w:r>
    </w:p>
    <w:p w14:paraId="1C06341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часа за спортни дейности;</w:t>
      </w:r>
    </w:p>
    <w:p w14:paraId="3509AF5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заниманията по интереси и дейностите извън учебните часове;</w:t>
      </w:r>
    </w:p>
    <w:p w14:paraId="4F98C45F"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общоучилищните и извънучилищните дейности и инициативи.</w:t>
      </w:r>
    </w:p>
    <w:p w14:paraId="32B23E9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Дейностите се планират в годишния план за дейността на училището и в плана на класния ръководител.</w:t>
      </w:r>
    </w:p>
    <w:p w14:paraId="32B23E9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 xml:space="preserve">(3) В процеса на училищното образование може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безопасността на движението по пътищата, както и учебни предмети, които формират национално самочувствие, патриотичен дух и родолюбие в учениците, съгласно чл. 76, ал. 5 от ЗПУО.</w:t>
      </w:r>
    </w:p>
    <w:p w14:paraId="7B17E4AB"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176. </w:t>
      </w:r>
      <w:r>
        <w:rPr>
          <w:rFonts w:ascii="Times New Roman" w:hAnsi="Times New Roman" w:cs="Times New Roman" w:eastAsia="Times New Roman"/>
          <w:sz w:val="24"/>
          <w:szCs w:val="24"/>
        </w:rPr>
        <w:t>В часа на класа се разглеждат теми, определени с рамковите изисквания по Наредба № 13 от 2016 г., както и теми по безопасност на движението по пътищата, действия при бедствия, аварии, катастрофи и пожари, здравно и гражданско образование, безопасност в интернет и противодействие на тормоза и на кибертормоза.</w:t>
      </w:r>
    </w:p>
    <w:p w14:paraId="5EAC6EB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177. </w:t>
      </w:r>
      <w:r>
        <w:rPr>
          <w:rFonts w:ascii="Times New Roman" w:hAnsi="Times New Roman" w:cs="Times New Roman" w:eastAsia="Times New Roman"/>
          <w:sz w:val="24"/>
          <w:szCs w:val="24"/>
        </w:rPr>
        <w:t>Предвид профила на училището екологичното образование включва и теми за опазването на морската среда, за предотвратяването на замърсяването от кораби, за отговорния риболов и за устойчивото използване на морските ресурси.</w:t>
      </w:r>
    </w:p>
    <w:p w14:paraId="181FCF8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178. </w:t>
      </w:r>
      <w:r>
        <w:rPr>
          <w:rFonts w:ascii="Times New Roman" w:hAnsi="Times New Roman" w:cs="Times New Roman" w:eastAsia="Times New Roman"/>
          <w:sz w:val="24"/>
          <w:szCs w:val="24"/>
        </w:rPr>
        <w:t>Училищните политики за подкрепа на гражданското, здравното, екологичното и интеркултурното образование включват: училищните ритуали и празници, ученическото самоуправление, доброволческите инициативи, партньорството с родителите и с местната общност, кариерното ориентиране и професионалните изяви на учениците.</w:t>
      </w:r>
    </w:p>
    <w:p w14:paraId="1769233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179. </w:t>
      </w:r>
      <w:r>
        <w:rPr>
          <w:rFonts w:ascii="Times New Roman" w:hAnsi="Times New Roman" w:cs="Times New Roman" w:eastAsia="Times New Roman"/>
          <w:sz w:val="24"/>
          <w:szCs w:val="24"/>
        </w:rPr>
        <w:t>Резултатите от дейностите се отчитат пред педагогическия съвет в края на учебната година и се отразяват в доклада за изпълнението на годишния план.</w:t>
      </w:r>
    </w:p>
    <w:p w14:paraId="3779DA04"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XIII. УЧЕНИЧЕСКИ ОТДИХ, ТУРИЗЪМ И ОРГАНИЗИРАНИ ПЪТУВАНИЯ</w:t>
      </w:r>
    </w:p>
    <w:p w14:paraId="58AD92C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180. </w:t>
      </w:r>
      <w:r>
        <w:rPr>
          <w:rFonts w:ascii="Times New Roman" w:hAnsi="Times New Roman" w:cs="Times New Roman" w:eastAsia="Times New Roman"/>
          <w:sz w:val="24"/>
          <w:szCs w:val="24"/>
        </w:rPr>
        <w:t>(1) Учениците имат право да ползват организирани форми на отдих и туризъм съобразно своите предпочитания и възможностите на родителите си.</w:t>
      </w:r>
    </w:p>
    <w:p w14:paraId="15E4FFD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Дейностите се планират в годишния план за дейността на училището.</w:t>
      </w:r>
    </w:p>
    <w:p w14:paraId="0D3888C5"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181. </w:t>
      </w:r>
      <w:r>
        <w:rPr>
          <w:rFonts w:ascii="Times New Roman" w:hAnsi="Times New Roman" w:cs="Times New Roman" w:eastAsia="Times New Roman"/>
          <w:sz w:val="24"/>
          <w:szCs w:val="24"/>
        </w:rPr>
        <w:t>Излети, екскурзии с учебна цел, посещения на природни обекти, на обществени, културни и научни институции, на пристанища, кораби и предприятия се организират при следния ред:</w:t>
      </w:r>
    </w:p>
    <w:p w14:paraId="4CE3ABF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учителят организатор внася мотивиран доклад до директора не по-късно от 10 работни дни преди датата, като посочва целта, маршрута, вида на транспорта, времето на провеждане, броя на учениците и придружаващите лица и прилага списък на участниците;</w:t>
      </w:r>
    </w:p>
    <w:p w14:paraId="5549A1C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директорът издава заповед за провеждане на дейността, с която определя ръководителите на групата и техните задължения;</w:t>
      </w:r>
    </w:p>
    <w:p w14:paraId="04D0818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за всеки ученик се осигурява писмено информирано съгласие от родителя;</w:t>
      </w:r>
    </w:p>
    <w:p w14:paraId="4E06B66B"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учениците се инструктират срещу подпис за безопасност и за правилата за движение по пътищата, а при посещение на производствен обект – и за правилата на обекта;</w:t>
      </w:r>
    </w:p>
    <w:p w14:paraId="7291098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документите се представят на заместник-директора по учебната дейност не по-късно от три работни дни преди провеждането.</w:t>
      </w:r>
    </w:p>
    <w:p w14:paraId="4128488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182. </w:t>
      </w:r>
      <w:r>
        <w:rPr>
          <w:rFonts w:ascii="Times New Roman" w:hAnsi="Times New Roman" w:cs="Times New Roman" w:eastAsia="Times New Roman"/>
          <w:sz w:val="24"/>
          <w:szCs w:val="24"/>
        </w:rPr>
        <w:t>Детските и ученическите туристически пътувания с обща цена се организират само чрез регистриран туроператор при условията и по реда на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(приета с ПМС № 365 от 2016 г., обн. ДВ, бр. 103 от 2016 г.), включително със сключен договор и със застраховка на участниците.</w:t>
      </w:r>
    </w:p>
    <w:p w14:paraId="417348D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183. </w:t>
      </w:r>
      <w:r>
        <w:rPr>
          <w:rFonts w:ascii="Times New Roman" w:hAnsi="Times New Roman" w:cs="Times New Roman" w:eastAsia="Times New Roman"/>
          <w:sz w:val="24"/>
          <w:szCs w:val="24"/>
        </w:rPr>
        <w:t>Организирането на пътувания на ученици се съобразява и с чл. 15б от Наредба № 10 от 2016 г. за организация на дейностите в училищното образование.</w:t>
      </w:r>
    </w:p>
    <w:p w14:paraId="7EBF6714"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184. </w:t>
      </w:r>
      <w:r>
        <w:rPr>
          <w:rFonts w:ascii="Times New Roman" w:hAnsi="Times New Roman" w:cs="Times New Roman" w:eastAsia="Times New Roman"/>
          <w:sz w:val="24"/>
          <w:szCs w:val="24"/>
        </w:rPr>
        <w:t>(1) Ръководителите на групата носят лична отговорност за опазването на живота и здравето на учениците от момента на поемането им от сборния пункт, по време на цялата дейност и до връщането им в крайния пункт.</w:t>
      </w:r>
    </w:p>
    <w:p w14:paraId="0FE262D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Броят на ръководителите се определя със заповедта на директора съобразно възрастта на учениците, маршрута и вида на транспорта.</w:t>
      </w:r>
    </w:p>
    <w:p w14:paraId="7AF61C8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185. </w:t>
      </w:r>
      <w:r>
        <w:rPr>
          <w:rFonts w:ascii="Times New Roman" w:hAnsi="Times New Roman" w:cs="Times New Roman" w:eastAsia="Times New Roman"/>
          <w:sz w:val="24"/>
          <w:szCs w:val="24"/>
        </w:rPr>
        <w:t>(1) Документите по организирането и провеждането на дейността се съхраняват до края на учебната година.</w:t>
      </w:r>
    </w:p>
    <w:p w14:paraId="4EB16C1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Учебната практика, производствената практика и производствената плавателна практика не са форми на ученически отдих и туризъм и се провеждат по реда на раздела за практическото обучение от този правилник.</w:t>
      </w:r>
    </w:p>
    <w:p w14:paraId="078D8528"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XIV. ВЗАИМОДЕЙСТВИЕ С РОДИТЕЛИТЕ, ИНСТИТУЦИИТЕ И ВЪНШНАТА СРЕДА</w:t>
      </w:r>
    </w:p>
    <w:p w14:paraId="5B3A033B"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 УЧИЛИЩНО НАСТОЯТЕЛСТВО</w:t>
      </w:r>
    </w:p>
    <w:p w14:paraId="5B9AD502"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186. </w:t>
      </w:r>
      <w:r>
        <w:rPr>
          <w:rFonts w:ascii="Times New Roman" w:hAnsi="Times New Roman" w:cs="Times New Roman" w:eastAsia="Times New Roman"/>
          <w:sz w:val="24"/>
          <w:szCs w:val="24"/>
        </w:rPr>
        <w:t>(1) Училищното настоятелство е независимо доброволно сдружение за подпомагане на дейността на училището, регистрирано по Закона за юридическите лица с нестопанска цел, съгласно чл. 306 от Закона за предучилищното и училищното образование.</w:t>
      </w:r>
    </w:p>
    <w:p w14:paraId="5DEAA11D"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Настоятелството се учредява по инициатива на директора или на родители, учители и общественици.</w:t>
      </w:r>
    </w:p>
    <w:p w14:paraId="0D33CB4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187. </w:t>
      </w:r>
      <w:r>
        <w:rPr>
          <w:rFonts w:ascii="Times New Roman" w:hAnsi="Times New Roman" w:cs="Times New Roman" w:eastAsia="Times New Roman"/>
          <w:sz w:val="24"/>
          <w:szCs w:val="24"/>
        </w:rPr>
        <w:t>Училищното настоятелство:</w:t>
      </w:r>
    </w:p>
    <w:p w14:paraId="17091771"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съдейства за осигуряване на допълнителни финансови и материални средства за училището и контролира целесъобразното им разходване;</w:t>
      </w:r>
    </w:p>
    <w:p w14:paraId="52D4FE9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подпомага изграждането, обновяването и поддържането на материално-техническата база, включително на учебните работилници, кабинети и симулатори;</w:t>
      </w:r>
    </w:p>
    <w:p w14:paraId="503733E7"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съдейства при осигуряването на места за производствена практика и за плавателна практика и при контактите с работодателите от морския бранш;</w:t>
      </w:r>
    </w:p>
    <w:p w14:paraId="70CF1156"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подпомага ученици от уязвими групи и ученици с изявени дарби;</w:t>
      </w:r>
    </w:p>
    <w:p w14:paraId="52D90A1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организира и подпомага обучения на родителите и съвместни инициативи с училищната общност;</w:t>
      </w:r>
    </w:p>
    <w:p w14:paraId="6B64623A"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подпомага дейностите по интереси, спортните и културните изяви на учениците;</w:t>
      </w:r>
    </w:p>
    <w:p w14:paraId="0519376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7. предлага мерки за подобряване на дейността на училището.</w:t>
      </w:r>
    </w:p>
    <w:p w14:paraId="336FD08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188. </w:t>
      </w:r>
      <w:r>
        <w:rPr>
          <w:rFonts w:ascii="Times New Roman" w:hAnsi="Times New Roman" w:cs="Times New Roman" w:eastAsia="Times New Roman"/>
          <w:sz w:val="24"/>
          <w:szCs w:val="24"/>
        </w:rPr>
        <w:t>Директорът подпомага дейността на настоятелството и му предоставя необходимата информация при спазване на изискванията за защита на личните данни.</w:t>
      </w:r>
    </w:p>
    <w:p w14:paraId="639F778C"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t>РАЗДЕЛ II. ВЗАИМОДЕЙСТВИЕ С ИНСТИТУЦИИТЕ И ВЪНШНАТА СРЕДА</w:t>
      </w:r>
    </w:p>
    <w:p w14:paraId="77BA3203"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189. </w:t>
      </w:r>
      <w:r>
        <w:rPr>
          <w:rFonts w:ascii="Times New Roman" w:hAnsi="Times New Roman" w:cs="Times New Roman" w:eastAsia="Times New Roman"/>
          <w:sz w:val="24"/>
          <w:szCs w:val="24"/>
        </w:rPr>
        <w:t>Училището осъществява взаимодействие с Министерството на образованието и науката, Регионално управление на образованието – Бургас, Община Бургас, Изпълнителна агенция „Морска администрация“, ВВМУ „Н. Й. Вапцаров“ – Варна, корабособственици, кораборемонтни и пристанищни предприятия, работодателски организации, дирекция „Социално подпомагане“, Местната комисия за борба срещу противообществените прояви на малолетните и непълнолетните, Областна дирекция на МВР – Бургас и сектор „Пътна полиция“, Регионална здрав</w:t>
      </w:r>
      <w:r>
        <w:rPr>
          <w:rFonts w:ascii="Times New Roman" w:hAnsi="Times New Roman" w:cs="Times New Roman" w:eastAsia="Times New Roman"/>
          <w:sz w:val="24"/>
          <w:szCs w:val="24"/>
        </w:rPr>
        <w:t>на инспекция – Бургас, Български Червен кръст, службата по трудова медицина, центровете за подкрепа за личностно развитие и неправителствени организации.</w:t>
      </w:r>
    </w:p>
    <w:p w14:paraId="3D1D9C78"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190. </w:t>
      </w:r>
      <w:r>
        <w:rPr>
          <w:rFonts w:ascii="Times New Roman" w:hAnsi="Times New Roman" w:cs="Times New Roman" w:eastAsia="Times New Roman"/>
          <w:sz w:val="24"/>
          <w:szCs w:val="24"/>
        </w:rPr>
        <w:t>(1) Всички писма, справки и други документи до институции се извеждат с изходящ номер в дневника за входяща и изходяща кореспонденция, носят подписа на директора и печата на училището.</w:t>
      </w:r>
    </w:p>
    <w:p w14:paraId="34087957"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Договорите с външни лица и организации се подготвят от директора и от главния счетоводител.</w:t>
      </w:r>
    </w:p>
    <w:p w14:paraId="4423DEF7"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191. </w:t>
      </w:r>
      <w:r>
        <w:rPr>
          <w:rFonts w:ascii="Times New Roman" w:hAnsi="Times New Roman" w:cs="Times New Roman" w:eastAsia="Times New Roman"/>
          <w:sz w:val="24"/>
          <w:szCs w:val="24"/>
        </w:rPr>
        <w:t>(1) Педагогическите специалисти и служителите могат да участват в програми и проекти на национални и международни организации и да прилагат придобитите умения в образователния процес.</w:t>
      </w:r>
    </w:p>
    <w:p w14:paraId="2F2D73D6"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lastRenderedPageBreak/>
        <w:t>(2) Съдействието за включване на училището в проекти и програми, които допринасят за неговото развитие и авторитет, се отчита при поощряването на педагогическите специалисти.</w:t>
      </w:r>
    </w:p>
    <w:p w14:paraId="7DC1A4DE"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192. </w:t>
      </w:r>
      <w:r>
        <w:rPr>
          <w:rFonts w:ascii="Times New Roman" w:hAnsi="Times New Roman" w:cs="Times New Roman" w:eastAsia="Times New Roman"/>
          <w:sz w:val="24"/>
          <w:szCs w:val="24"/>
        </w:rPr>
        <w:t>(1) Родителите са равностоен партньор на училището. Техните права, задължения и отговорности са уредени в раздела за родителите от този правилник.</w:t>
      </w:r>
    </w:p>
    <w:p w14:paraId="08DEC77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Формите на взаимодействие с родителите са: родителски срещи по паралелки и общоучилищни родителски срещи, приемно време на класния ръководител и на учителите, индивидуални консултации, електронен дневник, съвместни инициативи и проекти, участие в Обществения съвет и в училищното настоятелство.</w:t>
      </w:r>
    </w:p>
    <w:p w14:paraId="659712F2"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Училището изпраща благодарствени писма до родителите на ученици с високи учебни резултати, с призови места от състезания и олимпиади и с принос за авторитета на училището.</w:t>
      </w:r>
    </w:p>
    <w:p w14:paraId="6FBEAB46" w14:textId="77777777" w:rsidR="00E607B5" w:rsidRDefault="00D91D22">
      <w:pPr>
        <w:pageBreakBefore/>
        <w:pBdr>
          <w:top w:val="single" w:sz="12" w:space="8" w:color="000000"/>
          <w:bottom w:val="double" w:sz="6" w:space="8" w:color="000000"/>
        </w:pBdr>
        <w:spacing w:after="280" w:line="288" w:lineRule="auto"/>
        <w:jc w:val="center"/>
      </w:pPr>
      <w:r>
        <w:rPr>
          <w:rFonts w:ascii="Times New Roman" w:hAnsi="Times New Roman" w:cs="Times New Roman" w:eastAsia="Times New Roman"/>
          <w:b/>
          <w:bCs/>
          <w:color w:val="000000"/>
          <w:sz w:val="26"/>
          <w:szCs w:val="26"/>
        </w:rPr>
        <w:lastRenderedPageBreak/>
        <w:t>ГЛАВА XV. УЧИЛИЩНИ СИМВОЛИ, ПРАЗНИЦИ И РИТУАЛИ</w:t>
      </w:r>
    </w:p>
    <w:p w14:paraId="00BD82B6"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193. </w:t>
      </w:r>
      <w:r>
        <w:rPr>
          <w:rFonts w:ascii="Times New Roman" w:hAnsi="Times New Roman" w:cs="Times New Roman" w:eastAsia="Times New Roman"/>
          <w:sz w:val="24"/>
          <w:szCs w:val="24"/>
        </w:rPr>
        <w:t>(1) ПГМКР „Свети Никола“ има наименование, седалище, официален адрес и печат с наименованието си.</w:t>
      </w:r>
    </w:p>
    <w:p w14:paraId="014C3159"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Печатът е кръгъл и се съхранява от директора или от определено от него със заповед длъжностно лице. Поставя се върху официалните документи, подписани от директора.</w:t>
      </w:r>
    </w:p>
    <w:p w14:paraId="630DE3C5"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Училището има печат с изображение на държавния герб, който се полага върху документите за завършена степен на образование и за придобита професионална квалификация по реда на Наредба № 8 от 2016 г. за информацията и документите за системата на предучилищното и училищното образование.</w:t>
      </w:r>
    </w:p>
    <w:p w14:paraId="26E7EA00"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194. </w:t>
      </w:r>
      <w:r>
        <w:rPr>
          <w:rFonts w:ascii="Times New Roman" w:hAnsi="Times New Roman" w:cs="Times New Roman" w:eastAsia="Times New Roman"/>
          <w:sz w:val="24"/>
          <w:szCs w:val="24"/>
        </w:rPr>
        <w:t>(1) Символи на училището са наименованието, патронът – Свети Никола, покровител на моряците, и логото на училището, което се използва в бланката и в официалната кореспонденция.</w:t>
      </w:r>
    </w:p>
    <w:p w14:paraId="2A08BCA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 решение на педагогическия съвет училището може да въведе и други символи – знаме, химн, униформено облекло и отличителни знаци на учениците.</w:t>
      </w:r>
    </w:p>
    <w:p w14:paraId="2C3ACE94"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Видът, съхранението и редът за използване на символите се определят със заповед на директора.</w:t>
      </w:r>
    </w:p>
    <w:p w14:paraId="6713D12A"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195. </w:t>
      </w:r>
      <w:r>
        <w:rPr>
          <w:rFonts w:ascii="Times New Roman" w:hAnsi="Times New Roman" w:cs="Times New Roman" w:eastAsia="Times New Roman"/>
          <w:sz w:val="24"/>
          <w:szCs w:val="24"/>
        </w:rPr>
        <w:t>(1) Училищни празници са:</w:t>
      </w:r>
    </w:p>
    <w:p w14:paraId="7E4C2A72"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1. 15 септември – тържествено откриване на учебната година;</w:t>
      </w:r>
    </w:p>
    <w:p w14:paraId="4B0550B9"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2. 1 ноември – Ден на народните будители;</w:t>
      </w:r>
    </w:p>
    <w:p w14:paraId="25F6A60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3. 6 декември – Никулден, патронен празник на училището;</w:t>
      </w:r>
    </w:p>
    <w:p w14:paraId="024CCFDD"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4. 24 май – Ден на светите братя Кирил и Методий, на българската азбука, просвета и култура и на славянската книжовност;</w:t>
      </w:r>
    </w:p>
    <w:p w14:paraId="57CEF8EC"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5. тържествено изпращане на випуска и връчване на дипломите и на свидетелствата за професионална квалификация;</w:t>
      </w:r>
    </w:p>
    <w:p w14:paraId="3A3052F3" w14:textId="77777777" w:rsidR="00E607B5" w:rsidRDefault="00D91D22">
      <w:pPr>
        <w:spacing w:after="90" w:line="288" w:lineRule="auto"/>
        <w:ind w:left="480" w:hanging="340"/>
        <w:jc w:val="both"/>
      </w:pPr>
      <w:r>
        <w:rPr>
          <w:rFonts w:ascii="Times New Roman" w:hAnsi="Times New Roman" w:cs="Times New Roman" w:eastAsia="Times New Roman"/>
          <w:sz w:val="24"/>
          <w:szCs w:val="24"/>
        </w:rPr>
        <w:t>6. спортни празници и състезания, включени в годишния план за дейността на училището.</w:t>
      </w:r>
    </w:p>
    <w:p w14:paraId="6AEAFD41"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Когато празникът се пада в неучебен ден, тържеството се провежда в предхождащия го учебен ден.</w:t>
      </w:r>
    </w:p>
    <w:p w14:paraId="5402A3A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(3) Националните празници и годишнините се отбелязват съгласно календарния план на основните училищни дейности.</w:t>
      </w:r>
    </w:p>
    <w:p w14:paraId="044DB71C"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(4) Конкретните дати и формата на провеждане се определят с годишния план и с календарния план на основните училищни дейности.</w:t>
      </w:r>
    </w:p>
    <w:p w14:paraId="3476546F"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196. </w:t>
      </w:r>
      <w:r>
        <w:rPr>
          <w:rFonts w:ascii="Times New Roman" w:hAnsi="Times New Roman" w:cs="Times New Roman" w:eastAsia="Times New Roman"/>
          <w:sz w:val="24"/>
          <w:szCs w:val="24"/>
        </w:rPr>
        <w:t>(1) Училищни ритуали са тържественото откриване и закриване на учебната година, издигането на националното знаме и изпълнението на химна на Република България при официалните тържества и тържественото връчване на дипломите и на свидетелствата за професионална квалификация.</w:t>
      </w:r>
    </w:p>
    <w:p w14:paraId="3A92070F"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С решение на педагогическия съвет може да се въведе и ритуал по посвещаване на новоприетите ученици в морската професия.</w:t>
      </w:r>
    </w:p>
    <w:p w14:paraId="0F259109" w14:textId="77777777" w:rsidR="00E607B5" w:rsidRDefault="00D91D22">
      <w:pPr>
        <w:spacing w:after="110" w:line="288" w:lineRule="auto"/>
        <w:ind w:left="480" w:hanging="480"/>
        <w:jc w:val="both"/>
      </w:pPr>
      <w:r>
        <w:rPr>
          <w:rFonts w:ascii="Times New Roman" w:hAnsi="Times New Roman" w:cs="Times New Roman" w:eastAsia="Times New Roman"/>
          <w:b/>
          <w:bCs/>
          <w:color w:val="000000"/>
          <w:sz w:val="24"/>
          <w:szCs w:val="24"/>
        </w:rPr>
        <w:t xml:space="preserve">Чл. 197. </w:t>
      </w:r>
      <w:r>
        <w:rPr>
          <w:rFonts w:ascii="Times New Roman" w:hAnsi="Times New Roman" w:cs="Times New Roman" w:eastAsia="Times New Roman"/>
          <w:sz w:val="24"/>
          <w:szCs w:val="24"/>
        </w:rPr>
        <w:t>(1) Училището води летописна книга съгласно Наредба № 8 от 2016 г. за информацията и документите за системата на предучилищното и училищното образование.</w:t>
      </w:r>
    </w:p>
    <w:p w14:paraId="2F39BDCB" w14:textId="77777777" w:rsidR="00E607B5" w:rsidRDefault="00D91D22">
      <w:pPr>
        <w:spacing w:after="85" w:line="284" w:lineRule="auto"/>
        <w:ind w:left="820" w:hanging="340"/>
        <w:jc w:val="both"/>
      </w:pPr>
      <w:r>
        <w:rPr>
          <w:rFonts w:ascii="Times New Roman" w:hAnsi="Times New Roman" w:cs="Times New Roman" w:eastAsia="Times New Roman"/>
          <w:sz w:val="24"/>
          <w:szCs w:val="24"/>
        </w:rPr>
        <w:t>(2) Училището поддържа интернет страница, на която публикува правилника за дейността, стратегията за развитие, годишния план, училищните учебни планове и другите документи с обществено значение.</w:t>
      </w:r>
    </w:p>
    <w:p w14:paraId="5532DF13" w14:textId="77777777" w:rsidR="00E607B5" w:rsidRDefault="00D91D22">
      <w:pPr>
        <w:pBdr>
          <w:bottom w:val="single" w:sz="8" w:space="6" w:color="000000"/>
        </w:pBdr>
        <w:spacing w:before="340" w:after="170" w:line="288" w:lineRule="auto"/>
      </w:pPr>
      <w:r>
        <w:rPr>
          <w:rFonts w:ascii="Times New Roman" w:hAnsi="Times New Roman" w:cs="Times New Roman" w:eastAsia="Times New Roman"/>
          <w:b/>
          <w:bCs/>
          <w:color w:val="000000"/>
          <w:sz w:val="26"/>
          <w:szCs w:val="26"/>
        </w:rPr>
        <w:lastRenderedPageBreak/>
        <w:t>ПРЕХОДНИ И ЗАКЛЮЧИТЕЛНИ РАЗПОРЕДБИ</w:t>
      </w:r>
    </w:p>
    <w:p w14:paraId="1BA4BCF0" w14:textId="77777777" w:rsidR="00E607B5" w:rsidRDefault="00D91D22">
      <w:pPr>
        <w:spacing w:after="110" w:line="288" w:lineRule="auto"/>
        <w:jc w:val="both"/>
      </w:pPr>
      <w:r>
        <w:rPr>
          <w:rFonts w:ascii="Times New Roman" w:hAnsi="Times New Roman" w:cs="Times New Roman" w:eastAsia="Times New Roman"/>
          <w:sz w:val="24"/>
          <w:szCs w:val="24"/>
        </w:rPr>
        <w:t>§ 1. Настоящият правилник може да бъде допълнен и изменен по решение на ПС при ПГМКР „Свети Никола“ гр. Бургас, след направени мотивирани предложения на ученици, учители и родители.</w:t>
      </w:r>
    </w:p>
    <w:p w14:paraId="19F0FF48" w14:textId="77777777" w:rsidR="00E607B5" w:rsidRDefault="00D91D22">
      <w:pPr>
        <w:spacing w:after="110" w:line="288" w:lineRule="auto"/>
        <w:jc w:val="both"/>
      </w:pPr>
      <w:r>
        <w:rPr>
          <w:rFonts w:ascii="Times New Roman" w:hAnsi="Times New Roman" w:cs="Times New Roman" w:eastAsia="Times New Roman"/>
          <w:sz w:val="24"/>
          <w:szCs w:val="24"/>
        </w:rPr>
        <w:t>§ 2. Правилникът е изготвен на основание ЗПУО, съответните Наредби и нормативни актове.</w:t>
      </w:r>
    </w:p>
    <w:p w14:paraId="4D7E3A8F" w14:textId="77777777" w:rsidR="00E607B5" w:rsidRDefault="00D91D22">
      <w:pPr>
        <w:spacing w:after="110" w:line="288" w:lineRule="auto"/>
        <w:jc w:val="both"/>
      </w:pPr>
      <w:r>
        <w:rPr>
          <w:rFonts w:ascii="Times New Roman" w:hAnsi="Times New Roman" w:cs="Times New Roman" w:eastAsia="Times New Roman"/>
          <w:sz w:val="24"/>
          <w:szCs w:val="24"/>
        </w:rPr>
        <w:t>§ 3. Настоящият правилник е отворен и подлежи на актуализация през цялата учебна година.</w:t>
      </w:r>
    </w:p>
    <w:p w14:paraId="7E994BC6" w14:textId="77777777" w:rsidR="00E607B5" w:rsidRDefault="00D91D22">
      <w:pPr>
        <w:spacing w:after="110" w:line="288" w:lineRule="auto"/>
        <w:jc w:val="both"/>
      </w:pPr>
      <w:r>
        <w:rPr>
          <w:rFonts w:ascii="Times New Roman" w:hAnsi="Times New Roman" w:cs="Times New Roman" w:eastAsia="Times New Roman"/>
          <w:sz w:val="24"/>
          <w:szCs w:val="24"/>
        </w:rPr>
        <w:t>§ 4. Правилникът е приет от педагогическия съвет на основание чл. 28, ал. 1, т. 2 и чл. 263, ал. 1, т. 2 от Закона за предучилищното и училищното образование.</w:t>
      </w:r>
    </w:p>
    <w:p w14:paraId="59FCE43D" w14:textId="77777777" w:rsidR="00E607B5" w:rsidRDefault="00D91D22">
      <w:pPr>
        <w:spacing w:after="110" w:line="288" w:lineRule="auto"/>
        <w:jc w:val="both"/>
      </w:pPr>
      <w:r>
        <w:rPr>
          <w:rFonts w:ascii="Times New Roman" w:hAnsi="Times New Roman" w:cs="Times New Roman" w:eastAsia="Times New Roman"/>
          <w:sz w:val="24"/>
          <w:szCs w:val="24"/>
        </w:rPr>
        <w:t>§ 5. Правилникът влиза в сила от 15.09.2026 г. и отменя Правилника за дейността на училището за учебната 2025/2026 година.</w:t>
      </w:r>
    </w:p>
    <w:p w14:paraId="55CCD4FF" w14:textId="77777777" w:rsidR="00E607B5" w:rsidRDefault="00D91D22">
      <w:pPr>
        <w:spacing w:after="110" w:line="288" w:lineRule="auto"/>
        <w:jc w:val="both"/>
      </w:pPr>
      <w:r>
        <w:rPr>
          <w:rFonts w:ascii="Times New Roman" w:hAnsi="Times New Roman" w:cs="Times New Roman" w:eastAsia="Times New Roman"/>
          <w:sz w:val="24"/>
          <w:szCs w:val="24"/>
        </w:rPr>
        <w:t>§ 6. Неразделна част от настоящия правилник са Приложение А, Приложение Б, Приложение В и Приложение Г.</w:t>
      </w:r>
    </w:p>
    <w:p w14:paraId="2E141680" w14:textId="77777777" w:rsidR="00E607B5" w:rsidRDefault="00D91D22">
      <w:pPr>
        <w:spacing w:after="110" w:line="288" w:lineRule="auto"/>
        <w:jc w:val="both"/>
      </w:pPr>
      <w:r>
        <w:rPr>
          <w:rFonts w:ascii="Times New Roman" w:hAnsi="Times New Roman" w:cs="Times New Roman" w:eastAsia="Times New Roman"/>
          <w:sz w:val="24"/>
          <w:szCs w:val="24"/>
        </w:rPr>
        <w:t>§ 7. Неразделна част от правилника са и формулярите и образците на документи – Приложение № 1 – Приложение № 96, утвърдени със заповед на директора на основание чл. 258, ал. 1 от ЗПУО.</w:t>
      </w:r>
    </w:p>
    <w:p w14:paraId="53AFFA80" w14:textId="77777777" w:rsidR="00E607B5" w:rsidRDefault="00D91D22">
      <w:pPr>
        <w:spacing w:after="110" w:line="288" w:lineRule="auto"/>
        <w:jc w:val="both"/>
      </w:pPr>
      <w:r>
        <w:rPr>
          <w:rFonts w:ascii="Times New Roman" w:hAnsi="Times New Roman" w:cs="Times New Roman" w:eastAsia="Times New Roman"/>
          <w:sz w:val="24"/>
          <w:szCs w:val="24"/>
        </w:rPr>
        <w:t>§ 8. Правилникът се публикува на интернет страницата на училището и се поставя на видно място в училищната сграда. Класните ръководители запознават срещу подпис учениците и родителите с него в началото на учебната година.</w:t>
      </w:r>
    </w:p>
    <w:p w14:paraId="2129DDB7" w14:textId="77777777" w:rsidR="00E607B5" w:rsidRDefault="00E607B5">
      <w:pPr>
        <w:spacing w:after="420" w:line="288" w:lineRule="auto"/>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77"/>
        <w:gridCol w:w="4678"/>
      </w:tblGrid>
      <w:tr w:rsidR="00E607B5" w14:paraId="058EBE57" w14:textId="77777777">
        <w:tblPrEx>
          <w:tblCellMar>
            <w:top w:w="0" w:type="dxa"/>
            <w:bottom w:w="0" w:type="dxa"/>
          </w:tblCellMar>
        </w:tblPrEx>
        <w:tc>
          <w:tcPr>
            <w:tcW w:w="4677" w:type="dxa"/>
            <w:shd w:val="clear" w:color="auto" w:fill="E8E8E8"/>
            <w:tcMar>
              <w:top w:w="140" w:type="dxa"/>
              <w:left w:w="110" w:type="dxa"/>
              <w:bottom w:w="140" w:type="dxa"/>
              <w:right w:w="110" w:type="dxa"/>
            </w:tcMar>
          </w:tcPr>
          <w:p w14:paraId="5E2B6775" w14:textId="77777777" w:rsidR="00E607B5" w:rsidRDefault="00D91D22">
            <w:pPr>
              <w:spacing w:line="280" w:lineRule="auto"/>
              <w:jc w:val="center"/>
            </w:pPr>
            <w:r>
              <w:rPr>
                <w:rFonts w:ascii="Times New Roman" w:hAnsi="Times New Roman" w:cs="Times New Roman" w:eastAsia="Times New Roman"/>
                <w:b/>
                <w:bCs/>
                <w:color w:val="595959"/>
                <w:sz w:val="18"/>
                <w:szCs w:val="18"/>
              </w:rPr>
              <w:t>ПРИЕТ ОТ ПЕДАГОГИЧЕСКИЯ СЪВЕТ</w:t>
            </w:r>
          </w:p>
          <w:p w14:paraId="422CD343" w14:textId="77777777" w:rsidR="00E607B5" w:rsidRDefault="00D91D22">
            <w:pPr>
              <w:spacing w:line="280" w:lineRule="auto"/>
              <w:jc w:val="center"/>
            </w:pPr>
            <w:r>
              <w:rPr>
                <w:rFonts w:ascii="Times New Roman" w:hAnsi="Times New Roman" w:cs="Times New Roman" w:eastAsia="Times New Roman"/>
                <w:color w:val="000000"/>
                <w:sz w:val="19"/>
                <w:szCs w:val="19"/>
              </w:rPr>
              <w:t>Протокол № ......... / .........09.2026 г.</w:t>
            </w:r>
          </w:p>
        </w:tc>
        <w:tc>
          <w:tcPr>
            <w:tcW w:w="4678" w:type="dxa"/>
            <w:shd w:val="clear" w:color="auto" w:fill="E8E8E8"/>
            <w:tcMar>
              <w:top w:w="140" w:type="dxa"/>
              <w:left w:w="110" w:type="dxa"/>
              <w:bottom w:w="140" w:type="dxa"/>
              <w:right w:w="110" w:type="dxa"/>
            </w:tcMar>
          </w:tcPr>
          <w:p w14:paraId="4CB1906C" w14:textId="77777777" w:rsidR="00E607B5" w:rsidRDefault="00D91D22">
            <w:pPr>
              <w:spacing w:line="280" w:lineRule="auto"/>
              <w:jc w:val="center"/>
            </w:pPr>
            <w:r>
              <w:rPr>
                <w:rFonts w:ascii="Times New Roman" w:hAnsi="Times New Roman" w:cs="Times New Roman" w:eastAsia="Times New Roman"/>
                <w:b/>
                <w:bCs/>
                <w:color w:val="595959"/>
                <w:sz w:val="18"/>
                <w:szCs w:val="18"/>
              </w:rPr>
              <w:t>УТВЪРДИЛ, ДИРЕКТОР</w:t>
            </w:r>
          </w:p>
          <w:p w14:paraId="52FE6C54" w14:textId="77777777" w:rsidR="00E607B5" w:rsidRDefault="00D91D22">
            <w:pPr>
              <w:spacing w:line="280" w:lineRule="auto"/>
              <w:jc w:val="center"/>
            </w:pPr>
            <w:r>
              <w:rPr>
                <w:rFonts w:ascii="Times New Roman" w:hAnsi="Times New Roman" w:cs="Times New Roman" w:eastAsia="Times New Roman"/>
                <w:color w:val="000000"/>
                <w:sz w:val="19"/>
                <w:szCs w:val="19"/>
              </w:rPr>
              <w:t>инж. Христина Жабова</w:t>
            </w:r>
          </w:p>
        </w:tc>
      </w:tr>
    </w:tbl>
    <w:p w14:paraId="5028D1B1" w14:textId="77777777" w:rsidR="00E607B5" w:rsidRDefault="00D91D22">
      <w:pPr>
        <w:pageBreakBefore/>
        <w:pBdr>
          <w:bottom w:val="single" w:sz="8" w:space="6" w:color="000000"/>
        </w:pBdr>
        <w:spacing w:before="340" w:after="170" w:line="288" w:lineRule="auto"/>
        <w:jc w:val="center"/>
      </w:pPr>
      <w:r>
        <w:rPr>
          <w:rFonts w:ascii="Times New Roman" w:hAnsi="Times New Roman" w:cs="Times New Roman" w:eastAsia="Times New Roman"/>
          <w:b/>
          <w:bCs/>
          <w:color w:val="000000"/>
          <w:sz w:val="26"/>
          <w:szCs w:val="26"/>
        </w:rPr>
        <w:lastRenderedPageBreak/>
        <w:t>ПРИЛОЖЕНИЯ КЪМ ПРАВИЛНИКА</w:t>
      </w:r>
    </w:p>
    <w:p w14:paraId="49015515" w14:textId="77777777" w:rsidR="00E607B5" w:rsidRDefault="00D91D22">
      <w:pPr>
        <w:pBdr>
          <w:bottom w:val="single" w:sz="8" w:space="6" w:color="000000"/>
        </w:pBdr>
        <w:spacing w:before="340" w:after="170" w:line="288" w:lineRule="auto"/>
        <w:jc w:val="right"/>
      </w:pPr>
      <w:r>
        <w:rPr>
          <w:rFonts w:ascii="Times New Roman" w:hAnsi="Times New Roman" w:cs="Times New Roman" w:eastAsia="Times New Roman"/>
          <w:bCs/>
          <w:color w:val="000000"/>
          <w:sz w:val="24"/>
          <w:szCs w:val="24"/>
        </w:rPr>
        <w:t>Приложение А към § 6</w:t>
      </w:r>
    </w:p>
    <w:p w14:paraId="5329E20A" w14:textId="77777777" w:rsidR="00E607B5" w:rsidRDefault="00D91D22">
      <w:pPr>
        <w:pBdr>
          <w:bottom w:val="single" w:sz="8" w:space="6" w:color="000000"/>
        </w:pBdr>
        <w:spacing w:before="340" w:after="170" w:line="288" w:lineRule="auto"/>
        <w:jc w:val="center"/>
      </w:pPr>
      <w:r>
        <w:rPr>
          <w:rFonts w:ascii="Times New Roman" w:hAnsi="Times New Roman" w:cs="Times New Roman" w:eastAsia="Times New Roman"/>
          <w:b/>
          <w:bCs/>
          <w:color w:val="000000"/>
          <w:sz w:val="26"/>
          <w:szCs w:val="26"/>
        </w:rPr>
        <w:t>ГРАФИК ЗА КОНСУЛТАЦИИ С УЧЕНИЦИТЕ И ПРИЕМНО ВРЕМЕ ЗА РОДИТЕЛИТЕ</w:t>
      </w:r>
    </w:p>
    <w:p w14:paraId="08D18A8E" w14:textId="77777777" w:rsidR="00E607B5" w:rsidRDefault="00D91D22">
      <w:pPr>
        <w:spacing w:after="110" w:line="288" w:lineRule="auto"/>
        <w:jc w:val="both"/>
      </w:pPr>
      <w:r>
        <w:rPr>
          <w:rFonts w:ascii="Times New Roman" w:hAnsi="Times New Roman" w:cs="Times New Roman" w:eastAsia="Times New Roman"/>
          <w:sz w:val="24"/>
          <w:szCs w:val="24"/>
        </w:rPr>
        <w:t>1. Консултации с ученици. Всеки учител определя по един учебен час седмично за консултиране на ученици по съответния учебен предмет съгласно график, утвърден със заповед на директора в началото на всеки учебен срок. Графикът се публикува в електронния дневник и на интернет страницата на училището.</w:t>
      </w:r>
    </w:p>
    <w:p w14:paraId="69BD12CB" w14:textId="77777777" w:rsidR="00E607B5" w:rsidRDefault="00D91D22">
      <w:pPr>
        <w:spacing w:after="110" w:line="288" w:lineRule="auto"/>
        <w:jc w:val="both"/>
      </w:pPr>
      <w:r>
        <w:rPr>
          <w:rFonts w:ascii="Times New Roman" w:hAnsi="Times New Roman" w:cs="Times New Roman" w:eastAsia="Times New Roman"/>
          <w:sz w:val="24"/>
          <w:szCs w:val="24"/>
        </w:rPr>
        <w:t>2. Консултациите по т. 1 са достъпни и за учениците от самостоятелна и от задочна форма на обучение, както и за учениците, които отсъстват от последния учебен час поради обективни затруднения, свързани с транспортната схема (чл. 74 от правилника).</w:t>
      </w:r>
    </w:p>
    <w:p w14:paraId="1586F234" w14:textId="77777777" w:rsidR="00E607B5" w:rsidRDefault="00D91D22">
      <w:pPr>
        <w:spacing w:after="110" w:line="288" w:lineRule="auto"/>
        <w:jc w:val="both"/>
      </w:pPr>
      <w:r>
        <w:rPr>
          <w:rFonts w:ascii="Times New Roman" w:hAnsi="Times New Roman" w:cs="Times New Roman" w:eastAsia="Times New Roman"/>
          <w:sz w:val="24"/>
          <w:szCs w:val="24"/>
        </w:rPr>
        <w:t>3. Час на класния ръководител и консултиране на родители. Всеки класен ръководител провежда седмично един час за приемане на родители и консултации по предварително обявен график в електронния дневник.</w:t>
      </w:r>
    </w:p>
    <w:p w14:paraId="7506836A" w14:textId="77777777" w:rsidR="00E607B5" w:rsidRDefault="00D91D22">
      <w:pPr>
        <w:spacing w:after="110" w:line="288" w:lineRule="auto"/>
        <w:jc w:val="both"/>
      </w:pPr>
      <w:r>
        <w:rPr>
          <w:rFonts w:ascii="Times New Roman" w:hAnsi="Times New Roman" w:cs="Times New Roman" w:eastAsia="Times New Roman"/>
          <w:sz w:val="24"/>
          <w:szCs w:val="24"/>
        </w:rPr>
        <w:t>4. Приемно време на директора и на заместник-директорите. Приемните часове се утвърждават със заповед на директора и се публикуват на официалната интернет страница на училището и на информационното табло във фоайето.</w:t>
      </w:r>
    </w:p>
    <w:p w14:paraId="15EC6123" w14:textId="77777777" w:rsidR="00E607B5" w:rsidRDefault="00D91D22">
      <w:pPr>
        <w:spacing w:after="110" w:line="288" w:lineRule="auto"/>
        <w:jc w:val="both"/>
      </w:pPr>
      <w:r>
        <w:rPr>
          <w:rFonts w:ascii="Times New Roman" w:hAnsi="Times New Roman" w:cs="Times New Roman" w:eastAsia="Times New Roman"/>
          <w:sz w:val="24"/>
          <w:szCs w:val="24"/>
        </w:rPr>
        <w:t>5. Извън обявените часове родителите се приемат след предварителна уговорка с класния ръководител или със съответния педагогически специалист.</w:t>
      </w:r>
    </w:p>
    <w:p w14:paraId="28573749" w14:textId="77777777" w:rsidR="00E607B5" w:rsidRDefault="00D91D22">
      <w:pPr>
        <w:pageBreakBefore/>
        <w:pBdr>
          <w:bottom w:val="single" w:sz="8" w:space="6" w:color="000000"/>
        </w:pBdr>
        <w:spacing w:before="340" w:after="170" w:line="288" w:lineRule="auto"/>
        <w:jc w:val="right"/>
      </w:pPr>
      <w:r>
        <w:rPr>
          <w:rFonts w:ascii="Times New Roman" w:hAnsi="Times New Roman" w:cs="Times New Roman" w:eastAsia="Times New Roman"/>
          <w:bCs/>
          <w:color w:val="000000"/>
          <w:sz w:val="24"/>
          <w:szCs w:val="24"/>
        </w:rPr>
        <w:lastRenderedPageBreak/>
        <w:t>Приложение Б към § 6</w:t>
      </w:r>
    </w:p>
    <w:p w14:paraId="34F0AE82" w14:textId="77777777" w:rsidR="00E607B5" w:rsidRDefault="00D91D22">
      <w:pPr>
        <w:pBdr>
          <w:bottom w:val="single" w:sz="8" w:space="6" w:color="000000"/>
        </w:pBdr>
        <w:spacing w:before="340" w:after="170" w:line="288" w:lineRule="auto"/>
        <w:jc w:val="center"/>
      </w:pPr>
      <w:r>
        <w:rPr>
          <w:rFonts w:ascii="Times New Roman" w:hAnsi="Times New Roman" w:cs="Times New Roman" w:eastAsia="Times New Roman"/>
          <w:b/>
          <w:bCs/>
          <w:color w:val="000000"/>
          <w:sz w:val="26"/>
          <w:szCs w:val="26"/>
        </w:rPr>
        <w:t>ПРАВИЛА ЗА БЕЗОПАСНО ПОЛЗВАНЕ НА ОРГАНИЗИРАНИЯ УЧИЛИЩЕН ТРАНСПОРТ</w:t>
      </w:r>
    </w:p>
    <w:p w14:paraId="1063738B" w14:textId="77777777" w:rsidR="00E607B5" w:rsidRDefault="00D91D22">
      <w:pPr>
        <w:spacing w:after="110" w:line="288" w:lineRule="auto"/>
        <w:jc w:val="both"/>
      </w:pPr>
      <w:r>
        <w:rPr>
          <w:rFonts w:ascii="Times New Roman" w:hAnsi="Times New Roman" w:cs="Times New Roman" w:eastAsia="Times New Roman"/>
          <w:sz w:val="24"/>
          <w:szCs w:val="24"/>
        </w:rPr>
        <w:t>1. Организация. За учениците на ПГМКР „Свети Никола“ е осигурен организиран превоз в градски условия, който се финансира от гимназията въз основа на сключен договор с превозвач. Превозът е безплатен за учениците на гимназията.</w:t>
      </w:r>
    </w:p>
    <w:p w14:paraId="52544575" w14:textId="77777777" w:rsidR="00E607B5" w:rsidRDefault="00D91D22">
      <w:pPr>
        <w:spacing w:after="110" w:line="288" w:lineRule="auto"/>
        <w:jc w:val="both"/>
      </w:pPr>
      <w:r>
        <w:rPr>
          <w:rFonts w:ascii="Times New Roman" w:hAnsi="Times New Roman" w:cs="Times New Roman" w:eastAsia="Times New Roman"/>
          <w:sz w:val="24"/>
          <w:szCs w:val="24"/>
        </w:rPr>
        <w:t>2. Задължения на учениците при ползване на организирания превоз:</w:t>
      </w:r>
    </w:p>
    <w:p w14:paraId="05F9688F" w14:textId="77777777" w:rsidR="00E607B5" w:rsidRDefault="00D91D22">
      <w:pPr>
        <w:spacing w:after="110" w:line="288" w:lineRule="auto"/>
        <w:jc w:val="both"/>
      </w:pPr>
      <w:r>
        <w:rPr>
          <w:rFonts w:ascii="Times New Roman" w:hAnsi="Times New Roman" w:cs="Times New Roman" w:eastAsia="Times New Roman"/>
          <w:sz w:val="24"/>
          <w:szCs w:val="24"/>
        </w:rPr>
        <w:t>2.1. Учениците се качват и слизат организирано и спазват правилата за пътуване в обществения градски транспорт;</w:t>
      </w:r>
    </w:p>
    <w:p w14:paraId="4C2CDB43" w14:textId="77777777" w:rsidR="00E607B5" w:rsidRDefault="00D91D22">
      <w:pPr>
        <w:spacing w:after="110" w:line="288" w:lineRule="auto"/>
        <w:jc w:val="both"/>
      </w:pPr>
      <w:r>
        <w:rPr>
          <w:rFonts w:ascii="Times New Roman" w:hAnsi="Times New Roman" w:cs="Times New Roman" w:eastAsia="Times New Roman"/>
          <w:sz w:val="24"/>
          <w:szCs w:val="24"/>
        </w:rPr>
        <w:t>2.2. Забранява се смущаването на водача, преченето на останалите пътници, както и замърсяването или увреждането на превозното средство;</w:t>
      </w:r>
    </w:p>
    <w:p w14:paraId="6FE484B6" w14:textId="77777777" w:rsidR="00E607B5" w:rsidRDefault="00D91D22">
      <w:pPr>
        <w:spacing w:after="110" w:line="288" w:lineRule="auto"/>
        <w:jc w:val="both"/>
      </w:pPr>
      <w:r>
        <w:rPr>
          <w:rFonts w:ascii="Times New Roman" w:hAnsi="Times New Roman" w:cs="Times New Roman" w:eastAsia="Times New Roman"/>
          <w:sz w:val="24"/>
          <w:szCs w:val="24"/>
        </w:rPr>
        <w:t>2.3. Учениците спазват указанията на придружителя или на учителя, отговарящ за организацията на придвижването, когато такъв е определен със заповед на директора;</w:t>
      </w:r>
    </w:p>
    <w:p w14:paraId="2CC41F1F" w14:textId="77777777" w:rsidR="00E607B5" w:rsidRDefault="00D91D22">
      <w:pPr>
        <w:spacing w:after="110" w:line="288" w:lineRule="auto"/>
        <w:jc w:val="both"/>
      </w:pPr>
      <w:r>
        <w:rPr>
          <w:rFonts w:ascii="Times New Roman" w:hAnsi="Times New Roman" w:cs="Times New Roman" w:eastAsia="Times New Roman"/>
          <w:sz w:val="24"/>
          <w:szCs w:val="24"/>
        </w:rPr>
        <w:t>2.4. Учениците пазят и представят при поискване документа, удостоверяващ правото им да ползват организирания превоз.</w:t>
      </w:r>
    </w:p>
    <w:p w14:paraId="7AEABC67" w14:textId="77777777" w:rsidR="00E607B5" w:rsidRDefault="00D91D22">
      <w:pPr>
        <w:spacing w:after="110" w:line="288" w:lineRule="auto"/>
        <w:jc w:val="both"/>
      </w:pPr>
      <w:r>
        <w:rPr>
          <w:rFonts w:ascii="Times New Roman" w:hAnsi="Times New Roman" w:cs="Times New Roman" w:eastAsia="Times New Roman"/>
          <w:sz w:val="24"/>
          <w:szCs w:val="24"/>
        </w:rPr>
        <w:t>3. Отговорност. Причинените от ученик щети на превозното средство се възстановяват от родителя или настойника. При системни нарушения на настоящите правила класният ръководител уведомява родителя и се прилагат дейностите по чл. 38 от правилника.</w:t>
      </w:r>
    </w:p>
    <w:p w14:paraId="1A4ABAF3" w14:textId="77777777" w:rsidR="00E607B5" w:rsidRDefault="00D91D22">
      <w:pPr>
        <w:spacing w:after="110" w:line="288" w:lineRule="auto"/>
        <w:jc w:val="both"/>
      </w:pPr>
      <w:r>
        <w:rPr>
          <w:rFonts w:ascii="Times New Roman" w:hAnsi="Times New Roman" w:cs="Times New Roman" w:eastAsia="Times New Roman"/>
          <w:sz w:val="24"/>
          <w:szCs w:val="24"/>
        </w:rPr>
        <w:t>4. Безопасност. Преди началото на учебната година класните ръководители провеждат инструктаж по безопасност на движението по пътищата, който се удостоверява с подпис на ученика в книгата за инструктаж.</w:t>
      </w:r>
    </w:p>
    <w:p w14:paraId="3FF2B5BF" w14:textId="77777777" w:rsidR="00E607B5" w:rsidRDefault="00D91D22">
      <w:pPr>
        <w:pageBreakBefore/>
        <w:pBdr>
          <w:bottom w:val="single" w:sz="8" w:space="6" w:color="000000"/>
        </w:pBdr>
        <w:spacing w:before="340" w:after="170" w:line="288" w:lineRule="auto"/>
        <w:jc w:val="right"/>
      </w:pPr>
      <w:r>
        <w:rPr>
          <w:rFonts w:ascii="Times New Roman" w:hAnsi="Times New Roman" w:cs="Times New Roman" w:eastAsia="Times New Roman"/>
          <w:bCs/>
          <w:color w:val="000000"/>
          <w:sz w:val="24"/>
          <w:szCs w:val="24"/>
        </w:rPr>
        <w:lastRenderedPageBreak/>
        <w:t>Приложение В към § 6</w:t>
      </w:r>
    </w:p>
    <w:p w14:paraId="5D334670" w14:textId="77777777" w:rsidR="00E607B5" w:rsidRDefault="00D91D22">
      <w:pPr>
        <w:pBdr>
          <w:bottom w:val="single" w:sz="8" w:space="6" w:color="000000"/>
        </w:pBdr>
        <w:spacing w:before="340" w:after="170" w:line="288" w:lineRule="auto"/>
        <w:jc w:val="center"/>
      </w:pPr>
      <w:r>
        <w:rPr>
          <w:rFonts w:ascii="Times New Roman" w:hAnsi="Times New Roman" w:cs="Times New Roman" w:eastAsia="Times New Roman"/>
          <w:b/>
          <w:bCs/>
          <w:color w:val="000000"/>
          <w:sz w:val="26"/>
          <w:szCs w:val="26"/>
        </w:rPr>
        <w:t>ВЪТРЕШНИ ПРАВИЛА ЗА УСЛОВИЯТА И РЕДА ЗА ОТПУСКАНЕ НА СТИПЕНДИИ</w:t>
      </w:r>
    </w:p>
    <w:p w14:paraId="13221FAA" w14:textId="77777777" w:rsidR="00E607B5" w:rsidRDefault="00D91D22">
      <w:pPr>
        <w:spacing w:after="110" w:line="288" w:lineRule="auto"/>
        <w:jc w:val="both"/>
      </w:pPr>
      <w:r>
        <w:rPr>
          <w:rFonts w:ascii="Times New Roman" w:hAnsi="Times New Roman" w:cs="Times New Roman" w:eastAsia="Times New Roman"/>
          <w:sz w:val="24"/>
          <w:szCs w:val="24"/>
        </w:rPr>
        <w:t>1. Правно основание. Стипендиите се отпускат в съответствие с Постановление № 328 на Министерския съвет от 21.12.2017 г. за условията и реда за получаване на стипендии от учениците след завършено основно образование.</w:t>
      </w:r>
    </w:p>
    <w:p w14:paraId="1F258298" w14:textId="77777777" w:rsidR="00E607B5" w:rsidRDefault="00D91D22">
      <w:pPr>
        <w:spacing w:after="110" w:line="288" w:lineRule="auto"/>
        <w:jc w:val="both"/>
      </w:pPr>
      <w:r>
        <w:rPr>
          <w:rFonts w:ascii="Times New Roman" w:hAnsi="Times New Roman" w:cs="Times New Roman" w:eastAsia="Times New Roman"/>
          <w:sz w:val="24"/>
          <w:szCs w:val="24"/>
        </w:rPr>
        <w:t>2. Месечни стипендии (чл. 4 от ПМС № 328):</w:t>
      </w:r>
    </w:p>
    <w:p w14:paraId="7D0FBFC8" w14:textId="77777777" w:rsidR="00E607B5" w:rsidRDefault="00D91D22">
      <w:pPr>
        <w:spacing w:after="110" w:line="288" w:lineRule="auto"/>
        <w:jc w:val="both"/>
      </w:pPr>
      <w:r>
        <w:rPr>
          <w:rFonts w:ascii="Times New Roman" w:hAnsi="Times New Roman" w:cs="Times New Roman" w:eastAsia="Times New Roman"/>
          <w:sz w:val="24"/>
          <w:szCs w:val="24"/>
        </w:rPr>
        <w:t>2.1. за постигнати образователни резултати (чл. 4, ал. 1, т. 1);</w:t>
      </w:r>
    </w:p>
    <w:p w14:paraId="603D4F32" w14:textId="77777777" w:rsidR="00E607B5" w:rsidRDefault="00D91D22">
      <w:pPr>
        <w:spacing w:after="110" w:line="288" w:lineRule="auto"/>
        <w:jc w:val="both"/>
      </w:pPr>
      <w:r>
        <w:rPr>
          <w:rFonts w:ascii="Times New Roman" w:hAnsi="Times New Roman" w:cs="Times New Roman" w:eastAsia="Times New Roman"/>
          <w:sz w:val="24"/>
          <w:szCs w:val="24"/>
        </w:rPr>
        <w:t>2.2. за подпомагане на достъпа до образование и предотвратяване на отпадането (чл. 4, ал. 1, т. 2);</w:t>
      </w:r>
    </w:p>
    <w:p w14:paraId="2B140E9A" w14:textId="77777777" w:rsidR="00E607B5" w:rsidRDefault="00D91D22">
      <w:pPr>
        <w:spacing w:after="110" w:line="288" w:lineRule="auto"/>
        <w:jc w:val="both"/>
      </w:pPr>
      <w:r>
        <w:rPr>
          <w:rFonts w:ascii="Times New Roman" w:hAnsi="Times New Roman" w:cs="Times New Roman" w:eastAsia="Times New Roman"/>
          <w:sz w:val="24"/>
          <w:szCs w:val="24"/>
        </w:rPr>
        <w:t>2.3. за подпомагане на ученици с трайни увреждания (чл. 4, ал. 1, т. 3);</w:t>
      </w:r>
    </w:p>
    <w:p w14:paraId="3B80F0D4" w14:textId="77777777" w:rsidR="00E607B5" w:rsidRDefault="00D91D22">
      <w:pPr>
        <w:spacing w:after="110" w:line="288" w:lineRule="auto"/>
        <w:jc w:val="both"/>
      </w:pPr>
      <w:r>
        <w:rPr>
          <w:rFonts w:ascii="Times New Roman" w:hAnsi="Times New Roman" w:cs="Times New Roman" w:eastAsia="Times New Roman"/>
          <w:sz w:val="24"/>
          <w:szCs w:val="24"/>
        </w:rPr>
        <w:t>2.4. за ученици без родители (чл. 4, ал. 1, т. 4);</w:t>
      </w:r>
    </w:p>
    <w:p w14:paraId="5CA3C869" w14:textId="77777777" w:rsidR="00E607B5" w:rsidRDefault="00D91D22">
      <w:pPr>
        <w:spacing w:after="110" w:line="288" w:lineRule="auto"/>
        <w:jc w:val="both"/>
      </w:pPr>
      <w:r>
        <w:rPr>
          <w:rFonts w:ascii="Times New Roman" w:hAnsi="Times New Roman" w:cs="Times New Roman" w:eastAsia="Times New Roman"/>
          <w:sz w:val="24"/>
          <w:szCs w:val="24"/>
        </w:rPr>
        <w:t>2.5. за ученици само с един родител (чл. 4, ал. 2) – по предложение на комисията по чл. 8 от ПМС № 328.</w:t>
      </w:r>
    </w:p>
    <w:p w14:paraId="124C445B" w14:textId="77777777" w:rsidR="00E607B5" w:rsidRDefault="00D91D22">
      <w:pPr>
        <w:spacing w:after="110" w:line="288" w:lineRule="auto"/>
        <w:jc w:val="both"/>
      </w:pPr>
      <w:r>
        <w:rPr>
          <w:rFonts w:ascii="Times New Roman" w:hAnsi="Times New Roman" w:cs="Times New Roman" w:eastAsia="Times New Roman"/>
          <w:sz w:val="24"/>
          <w:szCs w:val="24"/>
        </w:rPr>
        <w:t>3. Класиране. За стипендиите по т. 2.1 и по т. 2.2 се извършва отделно класиране за всеки вид. За стипендиите по т. 2.3, т. 2.4 и т. 2.5 класиране не се извършва.</w:t>
      </w:r>
    </w:p>
    <w:p w14:paraId="12E7133B" w14:textId="77777777" w:rsidR="00E607B5" w:rsidRDefault="00D91D22">
      <w:pPr>
        <w:spacing w:after="110" w:line="288" w:lineRule="auto"/>
        <w:jc w:val="both"/>
      </w:pPr>
      <w:r>
        <w:rPr>
          <w:rFonts w:ascii="Times New Roman" w:hAnsi="Times New Roman" w:cs="Times New Roman" w:eastAsia="Times New Roman"/>
          <w:sz w:val="24"/>
          <w:szCs w:val="24"/>
        </w:rPr>
        <w:t>4. Еднократни стипендии (чл. 5 от ПМС № 328):</w:t>
      </w:r>
    </w:p>
    <w:p w14:paraId="45D96C71" w14:textId="77777777" w:rsidR="00E607B5" w:rsidRDefault="00D91D22">
      <w:pPr>
        <w:spacing w:after="110" w:line="288" w:lineRule="auto"/>
        <w:jc w:val="both"/>
      </w:pPr>
      <w:r>
        <w:rPr>
          <w:rFonts w:ascii="Times New Roman" w:hAnsi="Times New Roman" w:cs="Times New Roman" w:eastAsia="Times New Roman"/>
          <w:sz w:val="24"/>
          <w:szCs w:val="24"/>
        </w:rPr>
        <w:t>4.1. за преодоляване от ученика на еднократни социални обстоятелства, свързани с достъпа му до образование (чл. 5, ал. 1, т. 1);</w:t>
      </w:r>
    </w:p>
    <w:p w14:paraId="4121F2C2" w14:textId="77777777" w:rsidR="00E607B5" w:rsidRDefault="00D91D22">
      <w:pPr>
        <w:spacing w:after="110" w:line="288" w:lineRule="auto"/>
        <w:jc w:val="both"/>
      </w:pPr>
      <w:r>
        <w:rPr>
          <w:rFonts w:ascii="Times New Roman" w:hAnsi="Times New Roman" w:cs="Times New Roman" w:eastAsia="Times New Roman"/>
          <w:sz w:val="24"/>
          <w:szCs w:val="24"/>
        </w:rPr>
        <w:t>4.2. за постигнати високи резултати от ученика в учебната дейност или в дейности в областта на науките, технологиите, изкуствата и спорта (чл. 5, ал. 1, т. 2), включително за принос към изграждането и техническата поддръжка на STEM центъра, на симулаторите и тренажорите и на училищната материално-техническа база;</w:t>
      </w:r>
    </w:p>
    <w:p w14:paraId="4E6ACFCC" w14:textId="77777777" w:rsidR="00E607B5" w:rsidRDefault="00D91D22">
      <w:pPr>
        <w:spacing w:after="110" w:line="288" w:lineRule="auto"/>
        <w:jc w:val="both"/>
      </w:pPr>
      <w:r>
        <w:rPr>
          <w:rFonts w:ascii="Times New Roman" w:hAnsi="Times New Roman" w:cs="Times New Roman" w:eastAsia="Times New Roman"/>
          <w:sz w:val="24"/>
          <w:szCs w:val="24"/>
        </w:rPr>
        <w:t>4.3. За един и същ ученик еднократна стипендия може да се отпуска само веднъж в рамките на един учебен срок (чл. 5, ал. 2). Средствата за еднократни стипендии не могат да надвишават 10 на сто от средствата, определени за стипендии по бюджета на училището (чл. 5, ал. 3). За еднократните стипендии не се извършва класиране.</w:t>
      </w:r>
    </w:p>
    <w:p w14:paraId="72B29E59" w14:textId="77777777" w:rsidR="00E607B5" w:rsidRDefault="00D91D22">
      <w:pPr>
        <w:spacing w:after="110" w:line="288" w:lineRule="auto"/>
        <w:jc w:val="both"/>
      </w:pPr>
      <w:r>
        <w:rPr>
          <w:rFonts w:ascii="Times New Roman" w:hAnsi="Times New Roman" w:cs="Times New Roman" w:eastAsia="Times New Roman"/>
          <w:sz w:val="24"/>
          <w:szCs w:val="24"/>
        </w:rPr>
        <w:t>5. Целеви стипендии (чл. 6 от ПМС № 328). Училището може да определи част от средствата за стипендии по чл. 4, ал. 1, т. 2 и по чл. 5, ал. 1 да се предоставят целево на ученика за покриване на конкретни разходи, свързани с обучението му. Разходите се доказват с разходооправдателни и с други документи. Когато стипендията не е използвана по предназначение или не е представен документ, получената сума се възстановява на училището от ученика или от неговия законен представител.</w:t>
      </w:r>
    </w:p>
    <w:p w14:paraId="4971A2FC" w14:textId="77777777" w:rsidR="00E607B5" w:rsidRDefault="00D91D22">
      <w:pPr>
        <w:spacing w:after="110" w:line="288" w:lineRule="auto"/>
        <w:jc w:val="both"/>
      </w:pPr>
      <w:r>
        <w:rPr>
          <w:rFonts w:ascii="Times New Roman" w:hAnsi="Times New Roman" w:cs="Times New Roman" w:eastAsia="Times New Roman"/>
          <w:sz w:val="24"/>
          <w:szCs w:val="24"/>
        </w:rPr>
        <w:t>6. Ограничение. Ученикът може да кандидатства за повече от един вид месечна стипендия, но получава по избор, въз основа на писмено заявление, само една от тях (чл. 7, ал. 1 от ПМС № 328).</w:t>
      </w:r>
    </w:p>
    <w:p w14:paraId="278671B1" w14:textId="77777777" w:rsidR="00E607B5" w:rsidRDefault="00D91D22">
      <w:pPr>
        <w:spacing w:after="110" w:line="288" w:lineRule="auto"/>
        <w:jc w:val="both"/>
      </w:pPr>
      <w:r>
        <w:rPr>
          <w:rFonts w:ascii="Times New Roman" w:hAnsi="Times New Roman" w:cs="Times New Roman" w:eastAsia="Times New Roman"/>
          <w:sz w:val="24"/>
          <w:szCs w:val="24"/>
        </w:rPr>
        <w:t>7. Допълнителен критерий при класиране. При равен успех и равни други условия предимство при класиране за месечни стипендии има ученик с доказано активно участие и съдействие за поддръжката на STEM центъра, на симулаторите и тренажорите и на училищната материална база.</w:t>
      </w:r>
    </w:p>
    <w:p w14:paraId="6BC46C77" w14:textId="77777777" w:rsidR="00E607B5" w:rsidRDefault="00D91D22">
      <w:pPr>
        <w:spacing w:after="110" w:line="288" w:lineRule="auto"/>
        <w:jc w:val="both"/>
      </w:pPr>
      <w:r>
        <w:rPr>
          <w:rFonts w:ascii="Times New Roman" w:hAnsi="Times New Roman" w:cs="Times New Roman" w:eastAsia="Times New Roman"/>
          <w:sz w:val="24"/>
          <w:szCs w:val="24"/>
        </w:rPr>
        <w:t>8. Процедура. Заявленията-декларации и мотивираните предложения се разглеждат от училищната комисия за стипендии по чл. 8 от ПМС № 328, назначена със заповед на директора. Комисията изготвя протокол с класиране, който се утвърждава от директора. Критериите, размерите, документите и сроковете за всеки учебен срок се утвърждават със заповед на директора и се обявяват на интернет страницата на училището и на информационното табло.</w:t>
      </w:r>
    </w:p>
    <w:p w14:paraId="6981F0E9" w14:textId="77777777" w:rsidR="00E607B5" w:rsidRDefault="00D91D22">
      <w:pPr>
        <w:spacing w:after="110" w:line="288" w:lineRule="auto"/>
        <w:jc w:val="both"/>
      </w:pPr>
      <w:r>
        <w:rPr>
          <w:rFonts w:ascii="Times New Roman" w:hAnsi="Times New Roman" w:cs="Times New Roman" w:eastAsia="Times New Roman"/>
          <w:sz w:val="24"/>
          <w:szCs w:val="24"/>
        </w:rPr>
        <w:lastRenderedPageBreak/>
        <w:t>9. Всички размери на стипендиите се определят и изплащат в евро съгласно действащото законодателство след въвеждането на еврото в Република България от 01.01.2026 г.</w:t>
      </w:r>
    </w:p>
    <w:p w14:paraId="39041933" w14:textId="77777777" w:rsidR="00E607B5" w:rsidRDefault="00D91D22">
      <w:pPr>
        <w:pageBreakBefore/>
        <w:pBdr>
          <w:bottom w:val="single" w:sz="8" w:space="6" w:color="000000"/>
        </w:pBdr>
        <w:spacing w:before="340" w:after="170" w:line="288" w:lineRule="auto"/>
        <w:jc w:val="right"/>
      </w:pPr>
      <w:r>
        <w:rPr>
          <w:rFonts w:ascii="Times New Roman" w:hAnsi="Times New Roman" w:cs="Times New Roman" w:eastAsia="Times New Roman"/>
          <w:bCs/>
          <w:color w:val="000000"/>
          <w:sz w:val="24"/>
          <w:szCs w:val="24"/>
        </w:rPr>
        <w:lastRenderedPageBreak/>
        <w:t>Приложение Г към § 6</w:t>
      </w:r>
    </w:p>
    <w:p w14:paraId="6D478B59" w14:textId="77777777" w:rsidR="00E607B5" w:rsidRDefault="00D91D22">
      <w:pPr>
        <w:pBdr>
          <w:bottom w:val="single" w:sz="8" w:space="6" w:color="000000"/>
        </w:pBdr>
        <w:spacing w:before="340" w:after="170" w:line="288" w:lineRule="auto"/>
        <w:jc w:val="center"/>
      </w:pPr>
      <w:r>
        <w:rPr>
          <w:rFonts w:ascii="Times New Roman" w:hAnsi="Times New Roman" w:cs="Times New Roman" w:eastAsia="Times New Roman"/>
          <w:b/>
          <w:bCs/>
          <w:color w:val="000000"/>
          <w:sz w:val="26"/>
          <w:szCs w:val="26"/>
        </w:rPr>
        <w:t>ЕТИЧЕН КОДЕКС НА УЧИЛИЩНАТА ОБЩНОСТ – ОСНОВНИ ПОЛОЖЕНИЯ</w:t>
      </w:r>
    </w:p>
    <w:p w14:paraId="6CB9BCA8" w14:textId="77777777" w:rsidR="00E607B5" w:rsidRDefault="00D91D22">
      <w:pPr>
        <w:spacing w:after="110" w:line="288" w:lineRule="auto"/>
        <w:jc w:val="both"/>
      </w:pPr>
      <w:r>
        <w:rPr>
          <w:rFonts w:ascii="Times New Roman" w:hAnsi="Times New Roman" w:cs="Times New Roman" w:eastAsia="Times New Roman"/>
          <w:sz w:val="24"/>
          <w:szCs w:val="24"/>
        </w:rPr>
        <w:t>1. Настоящото приложение съдържа основните положения на Етичния кодекс на училищната общност. Пълният текст на кодекса се приема и изменя по реда на чл. 28 от правилника – от представители на педагогическия съвет, обществения съвет, настоятелството и ученическото самоуправление, поставя се на видно място в училищната сграда и се публикува на интернет страницата на училището.</w:t>
      </w:r>
    </w:p>
    <w:p w14:paraId="2C876574" w14:textId="77777777" w:rsidR="00E607B5" w:rsidRDefault="00D91D22">
      <w:pPr>
        <w:spacing w:after="110" w:line="288" w:lineRule="auto"/>
        <w:jc w:val="both"/>
      </w:pPr>
      <w:r>
        <w:rPr>
          <w:rFonts w:ascii="Times New Roman" w:hAnsi="Times New Roman" w:cs="Times New Roman" w:eastAsia="Times New Roman"/>
          <w:sz w:val="24"/>
          <w:szCs w:val="24"/>
        </w:rPr>
        <w:t>2. Цел. Етичният кодекс определя основните морални норми, ценности и правила за поведение на педагогическите специалисти, непедагогическия персонал, учениците и родителите в ПГМКР „Свети Никола“ – гр. Бургас.</w:t>
      </w:r>
    </w:p>
    <w:p w14:paraId="614BE6AF" w14:textId="77777777" w:rsidR="00E607B5" w:rsidRDefault="00D91D22">
      <w:pPr>
        <w:spacing w:after="110" w:line="288" w:lineRule="auto"/>
        <w:jc w:val="both"/>
      </w:pPr>
      <w:r>
        <w:rPr>
          <w:rFonts w:ascii="Times New Roman" w:hAnsi="Times New Roman" w:cs="Times New Roman" w:eastAsia="Times New Roman"/>
          <w:sz w:val="24"/>
          <w:szCs w:val="24"/>
        </w:rPr>
        <w:t>3. Основни принципи:</w:t>
      </w:r>
    </w:p>
    <w:p w14:paraId="37DDB5B8" w14:textId="77777777" w:rsidR="00E607B5" w:rsidRDefault="00D91D22">
      <w:pPr>
        <w:spacing w:after="110" w:line="288" w:lineRule="auto"/>
        <w:jc w:val="both"/>
      </w:pPr>
      <w:r>
        <w:rPr>
          <w:rFonts w:ascii="Times New Roman" w:hAnsi="Times New Roman" w:cs="Times New Roman" w:eastAsia="Times New Roman"/>
          <w:sz w:val="24"/>
          <w:szCs w:val="24"/>
        </w:rPr>
        <w:t>3.1. Взаимно уважение, толерантност и недопускане на дискриминация, основана на пол, раса, народност, етническа принадлежност, религия, увреждане или социален произход;</w:t>
      </w:r>
    </w:p>
    <w:p w14:paraId="4F912E22" w14:textId="77777777" w:rsidR="00E607B5" w:rsidRDefault="00D91D22">
      <w:pPr>
        <w:spacing w:after="110" w:line="288" w:lineRule="auto"/>
        <w:jc w:val="both"/>
      </w:pPr>
      <w:r>
        <w:rPr>
          <w:rFonts w:ascii="Times New Roman" w:hAnsi="Times New Roman" w:cs="Times New Roman" w:eastAsia="Times New Roman"/>
          <w:sz w:val="24"/>
          <w:szCs w:val="24"/>
        </w:rPr>
        <w:t>3.2. Професионализъм, почтеност и лоялност към гимназията и към морската професия;</w:t>
      </w:r>
    </w:p>
    <w:p w14:paraId="0FA3A379" w14:textId="77777777" w:rsidR="00E607B5" w:rsidRDefault="00D91D22">
      <w:pPr>
        <w:spacing w:after="110" w:line="288" w:lineRule="auto"/>
        <w:jc w:val="both"/>
      </w:pPr>
      <w:r>
        <w:rPr>
          <w:rFonts w:ascii="Times New Roman" w:hAnsi="Times New Roman" w:cs="Times New Roman" w:eastAsia="Times New Roman"/>
          <w:sz w:val="24"/>
          <w:szCs w:val="24"/>
        </w:rPr>
        <w:t>3.3. Нулева толерантност към физическото и психическото насилие, тормоза и кибертормоза, както и към употребата на тютюневи изделия, алкохол и психоактивни вещества;</w:t>
      </w:r>
    </w:p>
    <w:p w14:paraId="13C319A0" w14:textId="77777777" w:rsidR="00E607B5" w:rsidRDefault="00D91D22">
      <w:pPr>
        <w:spacing w:after="110" w:line="288" w:lineRule="auto"/>
        <w:jc w:val="both"/>
      </w:pPr>
      <w:r>
        <w:rPr>
          <w:rFonts w:ascii="Times New Roman" w:hAnsi="Times New Roman" w:cs="Times New Roman" w:eastAsia="Times New Roman"/>
          <w:sz w:val="24"/>
          <w:szCs w:val="24"/>
        </w:rPr>
        <w:t>3.4. Зачитане на личното достойнство и защита на личните данни на всички участници в образователния процес съгласно Регламент (ЕС) 2016/679;</w:t>
      </w:r>
    </w:p>
    <w:p w14:paraId="3EBAB93C" w14:textId="77777777" w:rsidR="00E607B5" w:rsidRDefault="00D91D22">
      <w:pPr>
        <w:spacing w:after="110" w:line="288" w:lineRule="auto"/>
        <w:jc w:val="both"/>
      </w:pPr>
      <w:r>
        <w:rPr>
          <w:rFonts w:ascii="Times New Roman" w:hAnsi="Times New Roman" w:cs="Times New Roman" w:eastAsia="Times New Roman"/>
          <w:sz w:val="24"/>
          <w:szCs w:val="24"/>
        </w:rPr>
        <w:t>3.5. Поддържане на добрия престиж и авторитет на ПГМКР „Свети Никола“ – гр. Бургас в училището, извън него и в дигиталната среда;</w:t>
      </w:r>
    </w:p>
    <w:p w14:paraId="1C610FC9" w14:textId="77777777" w:rsidR="00E607B5" w:rsidRDefault="00D91D22">
      <w:pPr>
        <w:spacing w:after="110" w:line="288" w:lineRule="auto"/>
        <w:jc w:val="both"/>
      </w:pPr>
      <w:r>
        <w:rPr>
          <w:rFonts w:ascii="Times New Roman" w:hAnsi="Times New Roman" w:cs="Times New Roman" w:eastAsia="Times New Roman"/>
          <w:sz w:val="24"/>
          <w:szCs w:val="24"/>
        </w:rPr>
        <w:t>3.6. Отговорно и безопасно поведение при работа със специализирана морска техника, тренажори, симулатори и STEM оборудване.</w:t>
      </w:r>
    </w:p>
    <w:p w14:paraId="52A75574" w14:textId="49A705A6" w:rsidR="00BC4E80" w:rsidRDefault="00D91D22">
      <w:pPr>
        <w:spacing w:after="110" w:line="288" w:lineRule="auto"/>
        <w:jc w:val="both"/>
      </w:pPr>
      <w:r>
        <w:rPr>
          <w:rFonts w:ascii="Times New Roman" w:hAnsi="Times New Roman" w:cs="Times New Roman" w:eastAsia="Times New Roman"/>
          <w:sz w:val="24"/>
          <w:szCs w:val="24"/>
        </w:rPr>
        <w:t>4. Спазването на Етичния кодекс е задължително за всички членове на училищната общност. Сигналите за нарушения се разглеждат от Комисията по етика по реда на Глава XI, Раздел II от правилника.</w:t>
      </w:r>
    </w:p>
    <w:p w14:paraId="27908933" w14:textId="77777777" w:rsidR="00BC4E80" w:rsidRDefault="00BC4E80">
      <w:r>
        <w:rPr>
          <w:rFonts w:ascii="Times New Roman" w:hAnsi="Times New Roman" w:cs="Times New Roman" w:eastAsia="Times New Roman"/>
          <w:sz w:val="24"/>
          <w:szCs w:val="24"/>
        </w:rPr>
        <w:br w:type="page"/>
      </w:r>
    </w:p>
    <w:p w14:paraId="19E36639" w14:textId="77777777" w:rsidR="00BC4E80" w:rsidRDefault="00BC4E80">
      <w:pPr>
        <w:spacing w:after="340"/>
        <w:ind w:left="0" w:right="0"/>
        <w:jc w:val="center"/>
      </w:pPr>
      <w:r>
        <w:rPr>
          <w:rFonts w:ascii="Times New Roman" w:hAnsi="Times New Roman" w:cs="Times New Roman" w:eastAsia="Times New Roman"/>
          <w:noProof/>
          <w:sz w:val="24"/>
          <w:szCs w:val="24"/>
        </w:rPr>
        <w:lastRenderedPageBreak/>
        <w:drawing>
          <wp:inline distT="0" distB="0" distL="0" distR="0" wp14:anchorId="551F5495" wp14:editId="2DFCB318">
            <wp:extent cx="6483600" cy="1175152"/>
            <wp:effectExtent l="0" t="0" r="0" b="0"/>
            <wp:docPr id="52575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3D55A58" w14:textId="77777777" w:rsidR="00BC4E80" w:rsidRDefault="00BC4E80">
      <w:pPr>
        <w:spacing w:after="800"/>
      </w:pPr>
    </w:p>
    <w:p w14:paraId="6AF7C04D" w14:textId="77777777" w:rsidR="00BC4E80" w:rsidRDefault="00BC4E80">
      <w:pPr>
        <w:spacing w:after="160"/>
        <w:jc w:val="center"/>
      </w:pPr>
      <w:r>
        <w:rPr>
          <w:rFonts w:ascii="Times New Roman" w:hAnsi="Times New Roman" w:cs="Times New Roman" w:eastAsia="Times New Roman"/>
          <w:b/>
          <w:sz w:val="44"/>
        </w:rPr>
        <w:t>ПРИЛОЖЕНИЯ</w:t>
      </w:r>
    </w:p>
    <w:p w14:paraId="3D993E1D" w14:textId="77777777" w:rsidR="00BC4E80" w:rsidRDefault="00BC4E80">
      <w:pPr>
        <w:spacing w:after="120"/>
        <w:jc w:val="center"/>
      </w:pPr>
      <w:r>
        <w:rPr>
          <w:rFonts w:ascii="Times New Roman" w:hAnsi="Times New Roman" w:cs="Times New Roman" w:eastAsia="Times New Roman"/>
          <w:b/>
          <w:sz w:val="32"/>
        </w:rPr>
        <w:t>КЪМ ПРАВИЛНИКА ЗА ДЕЙНОСТТА НА УЧИЛИЩЕТО</w:t>
      </w:r>
    </w:p>
    <w:p w14:paraId="3AF0A6FE" w14:textId="77777777" w:rsidR="00BC4E80" w:rsidRDefault="00BC4E80">
      <w:pPr>
        <w:spacing w:after="600"/>
        <w:jc w:val="center"/>
      </w:pPr>
      <w:r>
        <w:rPr>
          <w:rFonts w:ascii="Times New Roman" w:hAnsi="Times New Roman" w:cs="Times New Roman" w:eastAsia="Times New Roman"/>
          <w:b/>
          <w:sz w:val="28"/>
        </w:rPr>
        <w:t>ФОРМУЛЯРИ И ОБРАЗЦИ НА ДОКУМЕНТИ</w:t>
      </w:r>
    </w:p>
    <w:p w14:paraId="3D432A8D" w14:textId="77777777" w:rsidR="00BC4E80" w:rsidRDefault="00BC4E80">
      <w:pPr>
        <w:spacing w:after="1200"/>
        <w:jc w:val="center"/>
      </w:pPr>
      <w:r>
        <w:rPr>
          <w:rFonts w:ascii="Times New Roman" w:hAnsi="Times New Roman" w:cs="Times New Roman" w:eastAsia="Times New Roman"/>
          <w:b/>
          <w:sz w:val="28"/>
        </w:rPr>
        <w:t>учебна 2026 / 2027 година</w:t>
      </w:r>
    </w:p>
    <w:p w14:paraId="54C4399D" w14:textId="77777777" w:rsidR="00BC4E80" w:rsidRDefault="00BC4E80">
      <w:pPr>
        <w:spacing w:after="160"/>
        <w:jc w:val="center"/>
      </w:pPr>
      <w:r>
        <w:rPr>
          <w:rFonts w:ascii="Times New Roman" w:hAnsi="Times New Roman" w:cs="Times New Roman" w:eastAsia="Times New Roman"/>
          <w:sz w:val="24"/>
        </w:rPr>
        <w:t>Приложения № 1 – № 96</w:t>
      </w:r>
    </w:p>
    <w:p w14:paraId="06E32670" w14:textId="77777777" w:rsidR="00BC4E80" w:rsidRDefault="00BC4E80">
      <w:pPr>
        <w:spacing w:after="120"/>
        <w:jc w:val="center"/>
      </w:pPr>
      <w:r>
        <w:rPr>
          <w:rFonts w:ascii="Times New Roman" w:hAnsi="Times New Roman" w:cs="Times New Roman" w:eastAsia="Times New Roman"/>
          <w:sz w:val="24"/>
        </w:rPr>
        <w:t>Утвърдени със заповед № ……………………………… / …………………………… г. на директора</w:t>
      </w:r>
    </w:p>
    <w:p w14:paraId="53464777" w14:textId="77777777" w:rsidR="00BC4E80" w:rsidRDefault="00BC4E80">
      <w:pPr>
        <w:jc w:val="center"/>
      </w:pPr>
      <w:r>
        <w:rPr>
          <w:rFonts w:ascii="Times New Roman" w:hAnsi="Times New Roman" w:cs="Times New Roman" w:eastAsia="Times New Roman"/>
          <w:i/>
        </w:rPr>
        <w:t>на основание чл. 258, ал. 1 от ЗПУО и § 7 от Преходните и заключителните</w:t>
      </w:r>
    </w:p>
    <w:p w14:paraId="4A308396" w14:textId="77777777" w:rsidR="00BC4E80" w:rsidRDefault="00BC4E80">
      <w:pPr>
        <w:jc w:val="center"/>
      </w:pPr>
      <w:r>
        <w:rPr>
          <w:rFonts w:ascii="Times New Roman" w:hAnsi="Times New Roman" w:cs="Times New Roman" w:eastAsia="Times New Roman"/>
          <w:i/>
        </w:rPr>
        <w:t>разпоредби на Правилника за дейността на училището</w:t>
      </w:r>
    </w:p>
    <w:p w14:paraId="4234E5C9" w14:textId="77777777" w:rsidR="00BC4E80" w:rsidRDefault="00BC4E80">
      <w:r>
        <w:rPr>
          <w:rFonts w:ascii="Times New Roman" w:hAnsi="Times New Roman" w:cs="Times New Roman" w:eastAsia="Times New Roman"/>
        </w:rPr>
        <w:br w:type="page"/>
      </w:r>
    </w:p>
    <w:p w14:paraId="02603720" w14:textId="77777777" w:rsidR="00BC4E80" w:rsidRDefault="00BC4E80">
      <w:pPr>
        <w:spacing w:after="240"/>
        <w:jc w:val="center"/>
      </w:pPr>
      <w:r>
        <w:rPr>
          <w:rFonts w:ascii="Times New Roman" w:hAnsi="Times New Roman" w:cs="Times New Roman" w:eastAsia="Times New Roman"/>
          <w:b/>
          <w:sz w:val="28"/>
        </w:rPr>
        <w:lastRenderedPageBreak/>
        <w:t>С Ъ Д Ъ Р Ж А Н И Е</w:t>
      </w:r>
    </w:p>
    <w:p w14:paraId="402F77B4" w14:textId="77777777" w:rsidR="00BC4E80" w:rsidRDefault="00BC4E80">
      <w:pPr>
        <w:tabs>
          <w:tab w:val="right" w:pos="9354"/>
        </w:tabs>
        <w:spacing w:after="120"/>
      </w:pPr>
      <w:r>
        <w:rPr>
          <w:rFonts w:ascii="Times New Roman" w:hAnsi="Times New Roman" w:cs="Times New Roman" w:eastAsia="Times New Roman"/>
          <w:b/>
        </w:rPr>
        <w:t>РАЗДЕЛ I. САНКЦИИ И МЕРКИ ПО ЧЛ. 199 ОТ ЗПУО</w:t>
      </w:r>
      <w:r>
        <w:rPr>
          <w:rFonts w:ascii="Times New Roman" w:hAnsi="Times New Roman" w:cs="Times New Roman" w:eastAsia="Times New Roman"/>
          <w:b/>
        </w:rPr>
        <w:tab/>
        <w:t>№ 1 – № 15</w:t>
      </w:r>
    </w:p>
    <w:p w14:paraId="78100D41" w14:textId="77777777" w:rsidR="00BC4E80" w:rsidRDefault="00BC4E80">
      <w:pPr>
        <w:tabs>
          <w:tab w:val="right" w:pos="9354"/>
        </w:tabs>
        <w:spacing w:after="120"/>
      </w:pPr>
      <w:r>
        <w:rPr>
          <w:rFonts w:ascii="Times New Roman" w:hAnsi="Times New Roman" w:cs="Times New Roman" w:eastAsia="Times New Roman"/>
          <w:b/>
        </w:rPr>
        <w:t>РАЗДЕЛ II. ОТСЪСТВИЯ И ЗАКЪСНЕНИЯ</w:t>
      </w:r>
      <w:r>
        <w:rPr>
          <w:rFonts w:ascii="Times New Roman" w:hAnsi="Times New Roman" w:cs="Times New Roman" w:eastAsia="Times New Roman"/>
          <w:b/>
        </w:rPr>
        <w:tab/>
        <w:t>№ 16 – № 21</w:t>
      </w:r>
    </w:p>
    <w:p w14:paraId="1AD977CB" w14:textId="77777777" w:rsidR="00BC4E80" w:rsidRDefault="00BC4E80">
      <w:pPr>
        <w:tabs>
          <w:tab w:val="right" w:pos="9354"/>
        </w:tabs>
        <w:spacing w:after="120"/>
      </w:pPr>
      <w:r>
        <w:rPr>
          <w:rFonts w:ascii="Times New Roman" w:hAnsi="Times New Roman" w:cs="Times New Roman" w:eastAsia="Times New Roman"/>
          <w:b/>
        </w:rPr>
        <w:t>РАЗДЕЛ III. ПРИЕМАНЕ, ПРЕМЕСТВАНЕ И ФОРМИ НА ОБУЧЕНИЕ</w:t>
      </w:r>
      <w:r>
        <w:rPr>
          <w:rFonts w:ascii="Times New Roman" w:hAnsi="Times New Roman" w:cs="Times New Roman" w:eastAsia="Times New Roman"/>
          <w:b/>
        </w:rPr>
        <w:tab/>
        <w:t>№ 22 – № 31</w:t>
      </w:r>
    </w:p>
    <w:p w14:paraId="23D55FEB" w14:textId="77777777" w:rsidR="00BC4E80" w:rsidRDefault="00BC4E80">
      <w:pPr>
        <w:tabs>
          <w:tab w:val="right" w:pos="9354"/>
        </w:tabs>
        <w:spacing w:after="120"/>
      </w:pPr>
      <w:r>
        <w:rPr>
          <w:rFonts w:ascii="Times New Roman" w:hAnsi="Times New Roman" w:cs="Times New Roman" w:eastAsia="Times New Roman"/>
          <w:b/>
        </w:rPr>
        <w:t>РАЗДЕЛ IV. ИЗБИРАЕМИ ЧАСОВЕ И СПОРТНИ ДЕЙНОСТИ</w:t>
      </w:r>
      <w:r>
        <w:rPr>
          <w:rFonts w:ascii="Times New Roman" w:hAnsi="Times New Roman" w:cs="Times New Roman" w:eastAsia="Times New Roman"/>
          <w:b/>
        </w:rPr>
        <w:tab/>
        <w:t>№ 32 – № 33</w:t>
      </w:r>
    </w:p>
    <w:p w14:paraId="4BCD848D" w14:textId="77777777" w:rsidR="00BC4E80" w:rsidRDefault="00BC4E80">
      <w:pPr>
        <w:tabs>
          <w:tab w:val="right" w:pos="9354"/>
        </w:tabs>
        <w:spacing w:after="120"/>
      </w:pPr>
      <w:r>
        <w:rPr>
          <w:rFonts w:ascii="Times New Roman" w:hAnsi="Times New Roman" w:cs="Times New Roman" w:eastAsia="Times New Roman"/>
          <w:b/>
        </w:rPr>
        <w:t>РАЗДЕЛ V. СТИПЕНДИИ ПО ПМС № 328 ОТ 2017 Г.</w:t>
      </w:r>
      <w:r>
        <w:rPr>
          <w:rFonts w:ascii="Times New Roman" w:hAnsi="Times New Roman" w:cs="Times New Roman" w:eastAsia="Times New Roman"/>
          <w:b/>
        </w:rPr>
        <w:tab/>
        <w:t>№ 34 – № 41</w:t>
      </w:r>
    </w:p>
    <w:p w14:paraId="2662E852" w14:textId="77777777" w:rsidR="00BC4E80" w:rsidRDefault="00BC4E80">
      <w:pPr>
        <w:tabs>
          <w:tab w:val="right" w:pos="9354"/>
        </w:tabs>
        <w:spacing w:after="120"/>
      </w:pPr>
      <w:r>
        <w:rPr>
          <w:rFonts w:ascii="Times New Roman" w:hAnsi="Times New Roman" w:cs="Times New Roman" w:eastAsia="Times New Roman"/>
          <w:b/>
        </w:rPr>
        <w:t>РАЗДЕЛ VI. ПОДКРЕПА ЗА ЛИЧНОСТНО РАЗВИТИЕ</w:t>
      </w:r>
      <w:r>
        <w:rPr>
          <w:rFonts w:ascii="Times New Roman" w:hAnsi="Times New Roman" w:cs="Times New Roman" w:eastAsia="Times New Roman"/>
          <w:b/>
        </w:rPr>
        <w:tab/>
        <w:t>№ 42 – № 46</w:t>
      </w:r>
    </w:p>
    <w:p w14:paraId="3B775620" w14:textId="77777777" w:rsidR="00BC4E80" w:rsidRDefault="00BC4E80">
      <w:pPr>
        <w:tabs>
          <w:tab w:val="right" w:pos="9354"/>
        </w:tabs>
        <w:spacing w:after="120"/>
      </w:pPr>
      <w:r>
        <w:rPr>
          <w:rFonts w:ascii="Times New Roman" w:hAnsi="Times New Roman" w:cs="Times New Roman" w:eastAsia="Times New Roman"/>
          <w:b/>
        </w:rPr>
        <w:t>РАЗДЕЛ VII. ТОРМОЗ, АГРЕСИЯ, ИНЦИДЕНТИ И БЕЗОПАСНОСТ</w:t>
      </w:r>
      <w:r>
        <w:rPr>
          <w:rFonts w:ascii="Times New Roman" w:hAnsi="Times New Roman" w:cs="Times New Roman" w:eastAsia="Times New Roman"/>
          <w:b/>
        </w:rPr>
        <w:tab/>
        <w:t>№ 47 – № 53</w:t>
      </w:r>
    </w:p>
    <w:p w14:paraId="6C2FD646" w14:textId="77777777" w:rsidR="00BC4E80" w:rsidRDefault="00BC4E80">
      <w:pPr>
        <w:tabs>
          <w:tab w:val="right" w:pos="9354"/>
        </w:tabs>
        <w:spacing w:after="120"/>
      </w:pPr>
      <w:r>
        <w:rPr>
          <w:rFonts w:ascii="Times New Roman" w:hAnsi="Times New Roman" w:cs="Times New Roman" w:eastAsia="Times New Roman"/>
          <w:b/>
        </w:rPr>
        <w:t>РАЗДЕЛ VIII. РАБОТА С РОДИТЕЛИТЕ</w:t>
      </w:r>
      <w:r>
        <w:rPr>
          <w:rFonts w:ascii="Times New Roman" w:hAnsi="Times New Roman" w:cs="Times New Roman" w:eastAsia="Times New Roman"/>
          <w:b/>
        </w:rPr>
        <w:tab/>
        <w:t>№ 54 – № 56</w:t>
      </w:r>
    </w:p>
    <w:p w14:paraId="023C34AB" w14:textId="77777777" w:rsidR="00BC4E80" w:rsidRDefault="00BC4E80">
      <w:pPr>
        <w:tabs>
          <w:tab w:val="right" w:pos="9354"/>
        </w:tabs>
        <w:spacing w:after="120"/>
      </w:pPr>
      <w:r>
        <w:rPr>
          <w:rFonts w:ascii="Times New Roman" w:hAnsi="Times New Roman" w:cs="Times New Roman" w:eastAsia="Times New Roman"/>
          <w:b/>
        </w:rPr>
        <w:t>РАЗДЕЛ IX. ДЕЙНОСТИ ИЗВЪН УЧИЛИЩЕТО</w:t>
      </w:r>
      <w:r>
        <w:rPr>
          <w:rFonts w:ascii="Times New Roman" w:hAnsi="Times New Roman" w:cs="Times New Roman" w:eastAsia="Times New Roman"/>
          <w:b/>
        </w:rPr>
        <w:tab/>
        <w:t>№ 57 – № 61</w:t>
      </w:r>
    </w:p>
    <w:p w14:paraId="5ABD33B3" w14:textId="77777777" w:rsidR="00BC4E80" w:rsidRDefault="00BC4E80">
      <w:pPr>
        <w:tabs>
          <w:tab w:val="right" w:pos="9354"/>
        </w:tabs>
        <w:spacing w:after="120"/>
      </w:pPr>
      <w:r>
        <w:rPr>
          <w:rFonts w:ascii="Times New Roman" w:hAnsi="Times New Roman" w:cs="Times New Roman" w:eastAsia="Times New Roman"/>
          <w:b/>
        </w:rPr>
        <w:t>РАЗДЕЛ X. ПРАКТИЧЕСКО ОБУЧЕНИЕ И ПЛАВАТЕЛНА ПРАКТИКА</w:t>
      </w:r>
      <w:r>
        <w:rPr>
          <w:rFonts w:ascii="Times New Roman" w:hAnsi="Times New Roman" w:cs="Times New Roman" w:eastAsia="Times New Roman"/>
          <w:b/>
        </w:rPr>
        <w:tab/>
        <w:t>№ 62 – № 67</w:t>
      </w:r>
    </w:p>
    <w:p w14:paraId="277540FC" w14:textId="77777777" w:rsidR="00BC4E80" w:rsidRDefault="00BC4E80">
      <w:pPr>
        <w:tabs>
          <w:tab w:val="right" w:pos="9354"/>
        </w:tabs>
        <w:spacing w:after="120"/>
      </w:pPr>
      <w:r>
        <w:rPr>
          <w:rFonts w:ascii="Times New Roman" w:hAnsi="Times New Roman" w:cs="Times New Roman" w:eastAsia="Times New Roman"/>
          <w:b/>
        </w:rPr>
        <w:t>РАЗДЕЛ XI. ОРГАНИЗАЦИЯ НА УЧЕБНИЯ ПРОЦЕС</w:t>
      </w:r>
      <w:r>
        <w:rPr>
          <w:rFonts w:ascii="Times New Roman" w:hAnsi="Times New Roman" w:cs="Times New Roman" w:eastAsia="Times New Roman"/>
          <w:b/>
        </w:rPr>
        <w:tab/>
        <w:t>№ 68 – № 71</w:t>
      </w:r>
    </w:p>
    <w:p w14:paraId="584ABDB1" w14:textId="77777777" w:rsidR="00BC4E80" w:rsidRDefault="00BC4E80">
      <w:pPr>
        <w:tabs>
          <w:tab w:val="right" w:pos="9354"/>
        </w:tabs>
        <w:spacing w:after="120"/>
      </w:pPr>
      <w:r>
        <w:rPr>
          <w:rFonts w:ascii="Times New Roman" w:hAnsi="Times New Roman" w:cs="Times New Roman" w:eastAsia="Times New Roman"/>
          <w:b/>
        </w:rPr>
        <w:t>РАЗДЕЛ XII. УЧЕНИЧЕСКО САМОУПРАВЛЕНИЕ</w:t>
      </w:r>
      <w:r>
        <w:rPr>
          <w:rFonts w:ascii="Times New Roman" w:hAnsi="Times New Roman" w:cs="Times New Roman" w:eastAsia="Times New Roman"/>
          <w:b/>
        </w:rPr>
        <w:tab/>
        <w:t>№ 72 – № 74</w:t>
      </w:r>
    </w:p>
    <w:p w14:paraId="465C0757" w14:textId="77777777" w:rsidR="00BC4E80" w:rsidRDefault="00BC4E80">
      <w:pPr>
        <w:tabs>
          <w:tab w:val="right" w:pos="9354"/>
        </w:tabs>
        <w:spacing w:after="120"/>
      </w:pPr>
      <w:r>
        <w:rPr>
          <w:rFonts w:ascii="Times New Roman" w:hAnsi="Times New Roman" w:cs="Times New Roman" w:eastAsia="Times New Roman"/>
          <w:b/>
        </w:rPr>
        <w:t>РАЗДЕЛ XIII. КОНТРОЛ И ОТЧЕТНОСТ</w:t>
      </w:r>
      <w:r>
        <w:rPr>
          <w:rFonts w:ascii="Times New Roman" w:hAnsi="Times New Roman" w:cs="Times New Roman" w:eastAsia="Times New Roman"/>
          <w:b/>
        </w:rPr>
        <w:tab/>
        <w:t>№ 75 – № 78</w:t>
      </w:r>
    </w:p>
    <w:p w14:paraId="53927EDA" w14:textId="77777777" w:rsidR="00BC4E80" w:rsidRDefault="00BC4E80">
      <w:pPr>
        <w:tabs>
          <w:tab w:val="right" w:pos="9354"/>
        </w:tabs>
        <w:spacing w:after="120"/>
      </w:pPr>
      <w:r>
        <w:rPr>
          <w:rFonts w:ascii="Times New Roman" w:hAnsi="Times New Roman" w:cs="Times New Roman" w:eastAsia="Times New Roman"/>
          <w:b/>
        </w:rPr>
        <w:t>РАЗДЕЛ XIV. АДМИНИСТРАТИВНИ (ОБРАЗОВАТЕЛНИ) УСЛУГИ</w:t>
        <w:tab/>
        <w:t>№ 79 – № 87</w:t>
      </w:r>
      <w:r>
        <w:rPr>
          <w:rFonts w:ascii="Times New Roman" w:hAnsi="Times New Roman" w:cs="Times New Roman" w:eastAsia="Times New Roman"/>
          <w:b/>
        </w:rPr>
      </w:r>
    </w:p>
    <w:p w14:paraId="53927EDA" w14:textId="77777777" w:rsidR="00BC4E80" w:rsidRDefault="00BC4E80">
      <w:pPr>
        <w:tabs>
          <w:tab w:val="right" w:pos="9354"/>
        </w:tabs>
        <w:spacing w:after="120"/>
      </w:pPr>
      <w:r>
        <w:rPr>
          <w:rFonts w:ascii="Times New Roman" w:hAnsi="Times New Roman" w:cs="Times New Roman" w:eastAsia="Times New Roman"/>
          <w:b/>
        </w:rPr>
        <w:t>РАЗДЕЛ XV. ЗАПОВЕДИ И ДЕКЛАРАЦИИ ПО САНКЦИИТЕ</w:t>
        <w:tab/>
        <w:t>№ 88 – № 91</w:t>
      </w:r>
    </w:p>
    <w:p w14:paraId="53927EDA" w14:textId="77777777" w:rsidR="00BC4E80" w:rsidRDefault="00BC4E80">
      <w:pPr>
        <w:tabs>
          <w:tab w:val="right" w:pos="9354"/>
        </w:tabs>
        <w:spacing w:after="120"/>
      </w:pPr>
      <w:r>
        <w:rPr>
          <w:rFonts w:ascii="Times New Roman" w:hAnsi="Times New Roman" w:cs="Times New Roman" w:eastAsia="Times New Roman"/>
          <w:b/>
        </w:rPr>
        <w:t xml:space="preserve">РАЗДЕЛ XVI. ДРУГИ ОБРАЗЦИ	№ 92 – № 93</w:t>
      </w:r>
    </w:p>
    <w:p w14:paraId="53927EDA" w14:textId="77777777" w:rsidR="00BC4E80" w:rsidRDefault="00BC4E80">
      <w:pPr>
        <w:tabs>
          <w:tab w:val="right" w:pos="9354"/>
        </w:tabs>
        <w:spacing w:after="120"/>
      </w:pPr>
      <w:r>
        <w:rPr>
          <w:rFonts w:ascii="Times New Roman" w:hAnsi="Times New Roman" w:cs="Times New Roman" w:eastAsia="Times New Roman"/>
          <w:b/>
        </w:rPr>
        <w:t xml:space="preserve">РАЗДЕЛ XVII. ПРОТИВОДЕЙСТВИЕ НА ТОРМОЗА И НАСИЛИЕТО	№ 94</w:t>
      </w:r>
    </w:p>
    <w:p w14:paraId="53927EDA" w14:textId="77777777" w:rsidR="00BC4E80" w:rsidRDefault="00BC4E80">
      <w:pPr>
        <w:tabs>
          <w:tab w:val="right" w:pos="9354"/>
        </w:tabs>
        <w:spacing w:after="120"/>
      </w:pPr>
      <w:r>
        <w:rPr>
          <w:rFonts w:ascii="Times New Roman" w:hAnsi="Times New Roman" w:cs="Times New Roman" w:eastAsia="Times New Roman"/>
          <w:b/>
        </w:rPr>
        <w:t xml:space="preserve">РАЗДЕЛ XVIII. КОНТРОЛ НА САНКЦИОННАТА ПРОЦЕДУРА	№ 95 – № 96</w:t>
      </w:r>
    </w:p>
    <w:p w14:paraId="361960C4" w14:textId="77777777" w:rsidR="00BC4E80" w:rsidRDefault="00BC4E80">
      <w:pPr>
        <w:spacing w:after="280"/>
      </w:pPr>
    </w:p>
    <w:p w14:paraId="06A20471" w14:textId="77777777" w:rsidR="00BC4E80" w:rsidRDefault="00BC4E80">
      <w:pPr>
        <w:jc w:val="both"/>
        <w:sectPr w:rsidR="00E607B5" w:rsidSect="00BC4E80">
          <w:footerReference w:type="default" r:id="rId8"/>
          <w:pgSz w:w="11906" w:h="16838"/>
          <w:pgMar w:top="1134" w:right="567" w:bottom="1134" w:left="1134" w:header="708" w:footer="708" w:gutter="0"/>
          <w:cols w:space="720"/>
          <w:docGrid w:linePitch="360"/>
        </w:sectPr>
      </w:pPr>
      <w:r>
        <w:rPr>
          <w:rFonts w:ascii="Times New Roman" w:hAnsi="Times New Roman" w:cs="Times New Roman" w:eastAsia="Times New Roman"/>
          <w:i/>
          <w:sz w:val="20"/>
        </w:rPr>
        <w:t>Забележка: Настоящите формуляри са вътрешни образци на ПГМКР „Свети Никола“ – гр. Бургас. Те не заменят задължителните документи по Наредба № 8 от 11.08.2016 г. за информацията и документите за системата на предучилищното и училищното образование, а служат за организация на дейността и за документиране на предприетите от училището действия.</w:t>
      </w:r>
    </w:p>
    <w:p w14:paraId="1091103C" w14:textId="77777777" w:rsidR="00BC4E80" w:rsidRDefault="00BC4E80">
      <w:pPr>
        <w:spacing w:after="2800"/>
      </w:pPr>
    </w:p>
    <w:p w14:paraId="28289594" w14:textId="77777777" w:rsidR="00BC4E80" w:rsidRDefault="00BC4E80">
      <w:pPr>
        <w:spacing w:after="200"/>
        <w:jc w:val="center"/>
      </w:pPr>
      <w:r>
        <w:rPr>
          <w:rFonts w:ascii="Times New Roman" w:hAnsi="Times New Roman" w:cs="Times New Roman" w:eastAsia="Times New Roman"/>
          <w:b/>
          <w:sz w:val="32"/>
        </w:rPr>
        <w:t>РАЗДЕЛ I</w:t>
      </w:r>
    </w:p>
    <w:p w14:paraId="37FF290E" w14:textId="77777777" w:rsidR="00BC4E80" w:rsidRDefault="00BC4E80">
      <w:pPr>
        <w:jc w:val="center"/>
      </w:pPr>
      <w:r>
        <w:rPr>
          <w:rFonts w:ascii="Times New Roman" w:hAnsi="Times New Roman" w:cs="Times New Roman" w:eastAsia="Times New Roman"/>
          <w:b/>
          <w:sz w:val="28"/>
        </w:rPr>
        <w:t>САНКЦИИ И МЕРКИ ПО ЧЛ. 199 ОТ ЗПУО</w:t>
      </w:r>
    </w:p>
    <w:p w14:paraId="52D6D33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56CFFD9" w14:textId="77777777" w:rsidR="00BC4E80" w:rsidRDefault="00BC4E80">
      <w:r>
        <w:rPr>
          <w:rFonts w:ascii="Times New Roman" w:hAnsi="Times New Roman" w:cs="Times New Roman" w:eastAsia="Times New Roman"/>
          <w:b/>
          <w:sz w:val="24"/>
        </w:rPr>
        <w:t>ДО</w:t>
      </w:r>
    </w:p>
    <w:p w14:paraId="119FDE75" w14:textId="77777777" w:rsidR="00BC4E80" w:rsidRDefault="00BC4E80">
      <w:r>
        <w:rPr>
          <w:rFonts w:ascii="Times New Roman" w:hAnsi="Times New Roman" w:cs="Times New Roman" w:eastAsia="Times New Roman"/>
          <w:b/>
          <w:sz w:val="24"/>
        </w:rPr>
        <w:t>Г-Н / Г-ЖА ………………………………………………………………………………………………</w:t>
      </w:r>
    </w:p>
    <w:p w14:paraId="3D25F1F1" w14:textId="77777777" w:rsidR="00BC4E80" w:rsidRDefault="00BC4E80">
      <w:r>
        <w:rPr>
          <w:rFonts w:ascii="Times New Roman" w:hAnsi="Times New Roman" w:cs="Times New Roman" w:eastAsia="Times New Roman"/>
          <w:b/>
          <w:sz w:val="24"/>
        </w:rPr>
        <w:t>РОДИТЕЛ / НАСТОЙНИК НА УЧЕНИКА</w:t>
      </w:r>
    </w:p>
    <w:p w14:paraId="73BF704E" w14:textId="77777777" w:rsidR="00BC4E80" w:rsidRDefault="00BC4E80">
      <w:r>
        <w:rPr>
          <w:rFonts w:ascii="Times New Roman" w:hAnsi="Times New Roman" w:cs="Times New Roman" w:eastAsia="Times New Roman"/>
          <w:b/>
          <w:sz w:val="24"/>
        </w:rPr>
        <w:t>гр./с. ………………………………………………………………………………………………………</w:t>
      </w:r>
    </w:p>
    <w:p w14:paraId="124464AA" w14:textId="77777777" w:rsidR="00BC4E80" w:rsidRDefault="00BC4E80">
      <w:pPr>
        <w:spacing w:after="160"/>
      </w:pPr>
    </w:p>
    <w:p w14:paraId="64D678D7" w14:textId="77777777" w:rsidR="00BC4E80" w:rsidRDefault="00BC4E80">
      <w:pPr>
        <w:spacing w:before="80" w:after="40"/>
        <w:jc w:val="center"/>
      </w:pPr>
      <w:r>
        <w:rPr>
          <w:rFonts w:ascii="Times New Roman" w:hAnsi="Times New Roman" w:cs="Times New Roman" w:eastAsia="Times New Roman"/>
          <w:b/>
          <w:sz w:val="26"/>
        </w:rPr>
        <w:t>П И С М О   Д О   Р О Д И Т Е Л Я</w:t>
      </w:r>
    </w:p>
    <w:p w14:paraId="12E6BAF5" w14:textId="77777777" w:rsidR="00BC4E80" w:rsidRDefault="00BC4E80">
      <w:pPr>
        <w:spacing w:after="80"/>
        <w:jc w:val="center"/>
      </w:pPr>
      <w:r>
        <w:rPr>
          <w:rFonts w:ascii="Times New Roman" w:hAnsi="Times New Roman" w:cs="Times New Roman" w:eastAsia="Times New Roman"/>
          <w:b/>
        </w:rPr>
        <w:t>за уведомяване за допуснати отсъствия</w:t>
      </w:r>
    </w:p>
    <w:p w14:paraId="389EFD3B" w14:textId="77777777" w:rsidR="00BC4E80" w:rsidRDefault="00BC4E80">
      <w:pPr>
        <w:spacing w:after="160"/>
        <w:jc w:val="center"/>
      </w:pPr>
      <w:r>
        <w:rPr>
          <w:rFonts w:ascii="Times New Roman" w:hAnsi="Times New Roman" w:cs="Times New Roman" w:eastAsia="Times New Roman"/>
          <w:i/>
          <w:sz w:val="20"/>
        </w:rPr>
        <w:t>чл. 51 от ПДУ във връзка с чл. 62 от Наредбата за приобщаващото образование</w:t>
      </w:r>
    </w:p>
    <w:p w14:paraId="46658B10"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4094BB5B" w14:textId="77777777" w:rsidR="00BC4E80" w:rsidRDefault="00BC4E80">
      <w:pPr>
        <w:spacing w:after="80"/>
      </w:pPr>
      <w:r>
        <w:rPr>
          <w:rFonts w:ascii="Times New Roman" w:hAnsi="Times New Roman" w:cs="Times New Roman" w:eastAsia="Times New Roman"/>
          <w:sz w:val="24"/>
        </w:rPr>
        <w:t>Уведомявам Ви, че синът Ви / дъщеря Ви ……………………, ученик/ученичка от …………………… клас, специалност ……………………, за учебната 20…………………… / 20…………………… година е допуснал/а …………………… отсъствия по неуважителни причини към …………………… г.</w:t>
      </w:r>
    </w:p>
    <w:p w14:paraId="24E46408" w14:textId="77777777" w:rsidR="00BC4E80" w:rsidRDefault="00BC4E80">
      <w:pPr>
        <w:spacing w:after="80"/>
      </w:pPr>
      <w:r>
        <w:rPr>
          <w:rFonts w:ascii="Times New Roman" w:hAnsi="Times New Roman" w:cs="Times New Roman" w:eastAsia="Times New Roman"/>
          <w:sz w:val="24"/>
        </w:rPr>
        <w:t>Разпределение по учебни предмети: ……………………………………………………………………</w:t>
      </w:r>
    </w:p>
    <w:p w14:paraId="68DE55CE" w14:textId="77777777" w:rsidR="00BC4E80" w:rsidRDefault="00BC4E80">
      <w:pPr>
        <w:spacing w:after="80"/>
      </w:pPr>
      <w:r>
        <w:rPr>
          <w:rFonts w:ascii="Times New Roman" w:hAnsi="Times New Roman" w:cs="Times New Roman" w:eastAsia="Times New Roman"/>
          <w:sz w:val="24"/>
        </w:rPr>
        <w:t>………………………………………………………………………………………………………………</w:t>
      </w:r>
    </w:p>
    <w:p w14:paraId="348EA3F1" w14:textId="77777777" w:rsidR="00BC4E80" w:rsidRDefault="00BC4E80">
      <w:pPr>
        <w:spacing w:after="80"/>
      </w:pPr>
      <w:r>
        <w:rPr>
          <w:rFonts w:ascii="Times New Roman" w:hAnsi="Times New Roman" w:cs="Times New Roman" w:eastAsia="Times New Roman"/>
          <w:sz w:val="24"/>
        </w:rPr>
        <w:t>………………………………………………………………………………………………………………</w:t>
      </w:r>
    </w:p>
    <w:p w14:paraId="5F3421CD" w14:textId="77777777" w:rsidR="00BC4E80" w:rsidRDefault="00BC4E80">
      <w:pPr>
        <w:spacing w:after="80"/>
        <w:jc w:val="both"/>
      </w:pPr>
      <w:r>
        <w:rPr>
          <w:rFonts w:ascii="Times New Roman" w:hAnsi="Times New Roman" w:cs="Times New Roman" w:eastAsia="Times New Roman"/>
          <w:sz w:val="24"/>
        </w:rPr>
        <w:t>На основание чл. 41 от Правилника за дейността на училището при натрупване на 5 (пет) неизвинени отсъствия може да бъде открита процедура по налагане на санкция „Забележка“ по чл. 199, ал. 1, т. 1 от ЗПУО, след изчерпване на мерките за подкрепа и мотивация.</w:t>
      </w:r>
    </w:p>
    <w:p w14:paraId="6E0199B9" w14:textId="77777777" w:rsidR="00BC4E80" w:rsidRDefault="00BC4E80">
      <w:pPr>
        <w:spacing w:after="80"/>
      </w:pPr>
      <w:r>
        <w:rPr>
          <w:rFonts w:ascii="Times New Roman" w:hAnsi="Times New Roman" w:cs="Times New Roman" w:eastAsia="Times New Roman"/>
          <w:sz w:val="24"/>
        </w:rPr>
        <w:t>Моля да предприемете необходимите мерки за редовното посещаване на учебните занятия и да се свържете с класния ръководител на телефон …………………… или в приемното време по Приложение А към ПДУ.</w:t>
      </w:r>
    </w:p>
    <w:p w14:paraId="4E734FC2" w14:textId="77777777" w:rsidR="00BC4E80" w:rsidRDefault="00BC4E80">
      <w:pPr>
        <w:spacing w:after="200"/>
      </w:pPr>
    </w:p>
    <w:p w14:paraId="38C7A190" w14:textId="77777777" w:rsidR="00BC4E80" w:rsidRDefault="00BC4E80">
      <w:pPr>
        <w:tabs>
          <w:tab w:val="left" w:pos="5386"/>
        </w:tabs>
        <w:spacing w:after="160" w:before="3016"/>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5D8DF437" w14:textId="77777777" w:rsidR="00BC4E80" w:rsidRDefault="00BC4E80">
      <w:pPr>
        <w:tabs>
          <w:tab w:val="left" w:pos="5386"/>
        </w:tabs>
        <w:spacing w:after="160"/>
      </w:pPr>
      <w:r>
        <w:rPr>
          <w:rFonts w:ascii="Times New Roman" w:hAnsi="Times New Roman" w:cs="Times New Roman" w:eastAsia="Times New Roman"/>
          <w:sz w:val="24"/>
        </w:rPr>
        <w:t>Получил уведомлението:</w:t>
      </w:r>
      <w:r>
        <w:rPr>
          <w:rFonts w:ascii="Times New Roman" w:hAnsi="Times New Roman" w:cs="Times New Roman" w:eastAsia="Times New Roman"/>
          <w:sz w:val="24"/>
        </w:rPr>
        <w:tab/>
        <w:t>Родител: ………………………………………</w:t>
      </w:r>
    </w:p>
    <w:p w14:paraId="29DED93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 към Правилника за дейността на училището</w:t>
      </w:r>
    </w:p>
    <w:p w14:paraId="653F0643"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807287D" wp14:editId="35A900B4">
            <wp:extent cx="6483600" cy="11751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DE033E6" w14:textId="77777777" w:rsidR="00BC4E80" w:rsidRDefault="00BC4E80">
      <w:r>
        <w:rPr>
          <w:rFonts w:ascii="Times New Roman" w:hAnsi="Times New Roman" w:cs="Times New Roman" w:eastAsia="Times New Roman"/>
          <w:b/>
          <w:sz w:val="24"/>
        </w:rPr>
        <w:t>ДО</w:t>
      </w:r>
    </w:p>
    <w:p w14:paraId="5D33C62F" w14:textId="77777777" w:rsidR="00BC4E80" w:rsidRDefault="00BC4E80">
      <w:r>
        <w:rPr>
          <w:rFonts w:ascii="Times New Roman" w:hAnsi="Times New Roman" w:cs="Times New Roman" w:eastAsia="Times New Roman"/>
          <w:b/>
          <w:sz w:val="24"/>
        </w:rPr>
        <w:t>ДИРЕКТОРА</w:t>
      </w:r>
    </w:p>
    <w:p w14:paraId="2646EBCB" w14:textId="77777777" w:rsidR="00BC4E80" w:rsidRDefault="00BC4E80">
      <w:r>
        <w:rPr>
          <w:rFonts w:ascii="Times New Roman" w:hAnsi="Times New Roman" w:cs="Times New Roman" w:eastAsia="Times New Roman"/>
          <w:b/>
          <w:sz w:val="24"/>
        </w:rPr>
        <w:t>НА ПГМКР „СВЕТИ НИКОЛА“</w:t>
      </w:r>
    </w:p>
    <w:p w14:paraId="09D081BF" w14:textId="77777777" w:rsidR="00BC4E80" w:rsidRDefault="00BC4E80">
      <w:r>
        <w:rPr>
          <w:rFonts w:ascii="Times New Roman" w:hAnsi="Times New Roman" w:cs="Times New Roman" w:eastAsia="Times New Roman"/>
          <w:b/>
          <w:sz w:val="24"/>
        </w:rPr>
        <w:t>ГР. БУРГАС</w:t>
      </w:r>
    </w:p>
    <w:p w14:paraId="1F0E3C4E" w14:textId="77777777" w:rsidR="00BC4E80" w:rsidRDefault="00BC4E80">
      <w:pPr>
        <w:spacing w:after="160"/>
      </w:pPr>
    </w:p>
    <w:p w14:paraId="002C2D7E" w14:textId="77777777" w:rsidR="00BC4E80" w:rsidRDefault="00BC4E80">
      <w:pPr>
        <w:spacing w:before="80" w:after="40"/>
        <w:jc w:val="center"/>
      </w:pPr>
      <w:r>
        <w:rPr>
          <w:rFonts w:ascii="Times New Roman" w:hAnsi="Times New Roman" w:cs="Times New Roman" w:eastAsia="Times New Roman"/>
          <w:b/>
          <w:sz w:val="26"/>
        </w:rPr>
        <w:t>М О Т И В И Р А Н О   П Р Е Д Л О Ж Е Н И Е</w:t>
      </w:r>
    </w:p>
    <w:p w14:paraId="39D9F43F" w14:textId="77777777" w:rsidR="00BC4E80" w:rsidRDefault="00BC4E80">
      <w:pPr>
        <w:spacing w:after="80"/>
        <w:jc w:val="center"/>
      </w:pPr>
      <w:r>
        <w:rPr>
          <w:rFonts w:ascii="Times New Roman" w:hAnsi="Times New Roman" w:cs="Times New Roman" w:eastAsia="Times New Roman"/>
          <w:b/>
        </w:rPr>
        <w:t>за налагане на санкция „Забележка“</w:t>
      </w:r>
    </w:p>
    <w:p w14:paraId="797BD493" w14:textId="77777777" w:rsidR="00BC4E80" w:rsidRDefault="00BC4E80">
      <w:pPr>
        <w:spacing w:after="160"/>
        <w:jc w:val="center"/>
      </w:pPr>
      <w:r>
        <w:rPr>
          <w:rFonts w:ascii="Times New Roman" w:hAnsi="Times New Roman" w:cs="Times New Roman" w:eastAsia="Times New Roman"/>
          <w:i/>
          <w:sz w:val="20"/>
        </w:rPr>
        <w:t>чл. 199, ал. 1, т. 1 и чл. 203, ал. 1 от ЗПУО; чл. 41 от ПДУ</w:t>
      </w:r>
    </w:p>
    <w:p w14:paraId="1E9702C4" w14:textId="77777777" w:rsidR="00BC4E80" w:rsidRDefault="00BC4E80">
      <w:pPr>
        <w:spacing w:after="40"/>
      </w:pPr>
      <w:r>
        <w:rPr>
          <w:rFonts w:ascii="Times New Roman" w:hAnsi="Times New Roman" w:cs="Times New Roman" w:eastAsia="Times New Roman"/>
          <w:sz w:val="24"/>
        </w:rPr>
        <w:t>от …………………………………………………………………………………………………………</w:t>
      </w:r>
    </w:p>
    <w:p w14:paraId="2251DA51" w14:textId="77777777" w:rsidR="00BC4E80" w:rsidRDefault="00BC4E80">
      <w:pPr>
        <w:spacing w:after="40"/>
      </w:pPr>
      <w:r>
        <w:rPr>
          <w:rFonts w:ascii="Times New Roman" w:hAnsi="Times New Roman" w:cs="Times New Roman" w:eastAsia="Times New Roman"/>
          <w:sz w:val="24"/>
        </w:rPr>
        <w:t>/трите имена на класния ръководител/</w:t>
      </w:r>
    </w:p>
    <w:p w14:paraId="39312959" w14:textId="77777777" w:rsidR="00BC4E80" w:rsidRDefault="00BC4E80">
      <w:pPr>
        <w:spacing w:after="40"/>
      </w:pPr>
      <w:r>
        <w:rPr>
          <w:rFonts w:ascii="Times New Roman" w:hAnsi="Times New Roman" w:cs="Times New Roman" w:eastAsia="Times New Roman"/>
          <w:sz w:val="24"/>
        </w:rPr>
        <w:t>класен ръководител на …………………………………………………………………………… клас</w:t>
      </w:r>
    </w:p>
    <w:p w14:paraId="2E0BFF98" w14:textId="77777777" w:rsidR="00BC4E80" w:rsidRDefault="00BC4E80">
      <w:pPr>
        <w:spacing w:after="80"/>
      </w:pPr>
    </w:p>
    <w:p w14:paraId="1D592FE8"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18F87EA" w14:textId="77777777" w:rsidR="00BC4E80" w:rsidRDefault="00BC4E80">
      <w:pPr>
        <w:spacing w:after="80"/>
      </w:pPr>
      <w:r>
        <w:rPr>
          <w:rFonts w:ascii="Times New Roman" w:hAnsi="Times New Roman" w:cs="Times New Roman" w:eastAsia="Times New Roman"/>
          <w:sz w:val="24"/>
        </w:rPr>
        <w:t>Уведомявам Ви, че ……………………, ученик/ученичка от …………………… клас, специалност ……………………, за учебната 20…………………… / 20…………………… година не изпълнява задълженията си по чл. 172, ал. 1, т. …………………… от ЗПУО и чл. 24, ал. 1, т. …………………… от Правилника за дейността на училището, изразяващо се в:</w:t>
      </w:r>
    </w:p>
    <w:p w14:paraId="7A5DCB0F" w14:textId="77777777" w:rsidR="00BC4E80" w:rsidRDefault="00BC4E80">
      <w:pPr>
        <w:spacing w:after="80"/>
      </w:pPr>
      <w:r>
        <w:rPr>
          <w:rFonts w:ascii="Times New Roman" w:hAnsi="Times New Roman" w:cs="Times New Roman" w:eastAsia="Times New Roman"/>
          <w:sz w:val="24"/>
        </w:rPr>
        <w:t>………………………………………………………………………………………………………………</w:t>
      </w:r>
    </w:p>
    <w:p w14:paraId="7B440159" w14:textId="77777777" w:rsidR="00BC4E80" w:rsidRDefault="00BC4E80">
      <w:pPr>
        <w:spacing w:after="80"/>
      </w:pPr>
      <w:r>
        <w:rPr>
          <w:rFonts w:ascii="Times New Roman" w:hAnsi="Times New Roman" w:cs="Times New Roman" w:eastAsia="Times New Roman"/>
          <w:sz w:val="24"/>
        </w:rPr>
        <w:t>………………………………………………………………………………………………………………</w:t>
      </w:r>
    </w:p>
    <w:p w14:paraId="7AF4A54B" w14:textId="77777777" w:rsidR="00BC4E80" w:rsidRDefault="00BC4E80">
      <w:pPr>
        <w:spacing w:after="80"/>
      </w:pPr>
      <w:r>
        <w:rPr>
          <w:rFonts w:ascii="Times New Roman" w:hAnsi="Times New Roman" w:cs="Times New Roman" w:eastAsia="Times New Roman"/>
          <w:sz w:val="24"/>
        </w:rPr>
        <w:t>………………………………………………………………………………………………………………</w:t>
      </w:r>
    </w:p>
    <w:p w14:paraId="16763917" w14:textId="77777777" w:rsidR="00BC4E80" w:rsidRDefault="00BC4E80">
      <w:pPr>
        <w:spacing w:after="80"/>
      </w:pPr>
      <w:r>
        <w:rPr>
          <w:rFonts w:ascii="Times New Roman" w:hAnsi="Times New Roman" w:cs="Times New Roman" w:eastAsia="Times New Roman"/>
          <w:sz w:val="24"/>
        </w:rPr>
        <w:t>Ученикът/ученичката е допуснал/а ………………………………………… неизвинени отсъствия.</w:t>
      </w:r>
    </w:p>
    <w:p w14:paraId="5078F129" w14:textId="77777777" w:rsidR="00BC4E80" w:rsidRDefault="00BC4E80">
      <w:pPr>
        <w:spacing w:after="80"/>
        <w:jc w:val="both"/>
      </w:pPr>
      <w:r>
        <w:rPr>
          <w:rFonts w:ascii="Times New Roman" w:hAnsi="Times New Roman" w:cs="Times New Roman" w:eastAsia="Times New Roman"/>
          <w:sz w:val="24"/>
        </w:rPr>
        <w:t>До момента са предприети следните дейности за въздействие върху вътрешната мотивация по чл. 38 от ПДУ:</w:t>
      </w:r>
    </w:p>
    <w:p w14:paraId="4AC88883" w14:textId="77777777" w:rsidR="00BC4E80" w:rsidRDefault="00BC4E80">
      <w:pPr>
        <w:spacing w:after="80"/>
      </w:pPr>
      <w:r>
        <w:rPr>
          <w:rFonts w:ascii="Times New Roman" w:hAnsi="Times New Roman" w:cs="Times New Roman" w:eastAsia="Times New Roman"/>
          <w:sz w:val="24"/>
        </w:rPr>
        <w:t>1. ……………………………………………………………………………………………………………</w:t>
      </w:r>
    </w:p>
    <w:p w14:paraId="0A29E289" w14:textId="77777777" w:rsidR="00BC4E80" w:rsidRDefault="00BC4E80">
      <w:pPr>
        <w:spacing w:after="80"/>
      </w:pPr>
      <w:r>
        <w:rPr>
          <w:rFonts w:ascii="Times New Roman" w:hAnsi="Times New Roman" w:cs="Times New Roman" w:eastAsia="Times New Roman"/>
          <w:sz w:val="24"/>
        </w:rPr>
        <w:t>2. ……………………………………………………………………………………………………………</w:t>
      </w:r>
    </w:p>
    <w:p w14:paraId="03E44630" w14:textId="77777777" w:rsidR="00BC4E80" w:rsidRDefault="00BC4E80">
      <w:pPr>
        <w:spacing w:after="80"/>
      </w:pPr>
      <w:r>
        <w:rPr>
          <w:rFonts w:ascii="Times New Roman" w:hAnsi="Times New Roman" w:cs="Times New Roman" w:eastAsia="Times New Roman"/>
          <w:sz w:val="24"/>
        </w:rPr>
        <w:t>3. ……………………………………………………………………………………………………………</w:t>
      </w:r>
    </w:p>
    <w:p w14:paraId="67655D8D" w14:textId="77777777" w:rsidR="00BC4E80" w:rsidRDefault="00BC4E80">
      <w:pPr>
        <w:spacing w:after="80"/>
      </w:pPr>
      <w:r>
        <w:rPr>
          <w:rFonts w:ascii="Times New Roman" w:hAnsi="Times New Roman" w:cs="Times New Roman" w:eastAsia="Times New Roman"/>
          <w:sz w:val="24"/>
        </w:rPr>
        <w:t>Предлагам на ученика/ученичката да бъде наложена санкция по чл. 199, ал. 1, т. 1 от ЗПУО – „Забележка“, със срок до края на учебната 20…………………… / 20…………………… година.</w:t>
      </w:r>
    </w:p>
    <w:p w14:paraId="36C2DA51" w14:textId="77777777" w:rsidR="00BC4E80" w:rsidRDefault="00BC4E80">
      <w:pPr>
        <w:spacing w:after="80"/>
        <w:jc w:val="both"/>
      </w:pPr>
      <w:r>
        <w:rPr>
          <w:rFonts w:ascii="Times New Roman" w:hAnsi="Times New Roman" w:cs="Times New Roman" w:eastAsia="Times New Roman"/>
          <w:sz w:val="24"/>
        </w:rPr>
        <w:t>Моля да определите дата и час за изслушване на ученика/ученичката и за проверка на фактите и обстоятелствата, свързани с нарушението. Родителят ще бъде уведомен писмено за правото си да присъства.</w:t>
      </w:r>
    </w:p>
    <w:p w14:paraId="6C3E2512" w14:textId="77777777" w:rsidR="00BC4E80" w:rsidRDefault="00BC4E80">
      <w:pPr>
        <w:spacing w:after="200"/>
      </w:pPr>
    </w:p>
    <w:p w14:paraId="272126F7"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3DE09C4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 към Правилника за дейността на училището</w:t>
      </w:r>
    </w:p>
    <w:p w14:paraId="6CD86C1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F8CC332" wp14:editId="46292BC8">
            <wp:extent cx="6483600" cy="11751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5B7AAD0" w14:textId="77777777" w:rsidR="00BC4E80" w:rsidRDefault="00BC4E80">
      <w:r>
        <w:rPr>
          <w:rFonts w:ascii="Times New Roman" w:hAnsi="Times New Roman" w:cs="Times New Roman" w:eastAsia="Times New Roman"/>
          <w:b/>
          <w:sz w:val="24"/>
        </w:rPr>
        <w:t>ДО</w:t>
      </w:r>
    </w:p>
    <w:p w14:paraId="3220BC2A" w14:textId="77777777" w:rsidR="00BC4E80" w:rsidRDefault="00BC4E80">
      <w:r>
        <w:rPr>
          <w:rFonts w:ascii="Times New Roman" w:hAnsi="Times New Roman" w:cs="Times New Roman" w:eastAsia="Times New Roman"/>
          <w:b/>
          <w:sz w:val="24"/>
        </w:rPr>
        <w:t>Г-Н / Г-ЖА ………………………………………………………………………………………………</w:t>
      </w:r>
    </w:p>
    <w:p w14:paraId="2CDF5F7D" w14:textId="77777777" w:rsidR="00BC4E80" w:rsidRDefault="00BC4E80">
      <w:r>
        <w:rPr>
          <w:rFonts w:ascii="Times New Roman" w:hAnsi="Times New Roman" w:cs="Times New Roman" w:eastAsia="Times New Roman"/>
          <w:b/>
          <w:sz w:val="24"/>
        </w:rPr>
        <w:t>РОДИТЕЛ / НАСТОЙНИК НА УЧЕНИКА</w:t>
      </w:r>
    </w:p>
    <w:p w14:paraId="105F1C26" w14:textId="77777777" w:rsidR="00BC4E80" w:rsidRDefault="00BC4E80">
      <w:pPr>
        <w:spacing w:after="160"/>
      </w:pPr>
    </w:p>
    <w:p w14:paraId="2BC79A33" w14:textId="77777777" w:rsidR="00BC4E80" w:rsidRDefault="00BC4E80">
      <w:pPr>
        <w:spacing w:before="80" w:after="40"/>
        <w:jc w:val="center"/>
      </w:pPr>
      <w:r>
        <w:rPr>
          <w:rFonts w:ascii="Times New Roman" w:hAnsi="Times New Roman" w:cs="Times New Roman" w:eastAsia="Times New Roman"/>
          <w:b/>
          <w:sz w:val="26"/>
        </w:rPr>
        <w:t>У В Е Д О М И Т Е Л Н О   П И С М О   Д О   Р О Д И Т Е Л</w:t>
      </w:r>
    </w:p>
    <w:p w14:paraId="23735971" w14:textId="77777777" w:rsidR="00BC4E80" w:rsidRDefault="00BC4E80">
      <w:pPr>
        <w:spacing w:after="80"/>
        <w:jc w:val="center"/>
      </w:pPr>
      <w:r>
        <w:rPr>
          <w:rFonts w:ascii="Times New Roman" w:hAnsi="Times New Roman" w:cs="Times New Roman" w:eastAsia="Times New Roman"/>
          <w:b/>
        </w:rPr>
        <w:t>за откриване на процедура по налагане на санкция</w:t>
      </w:r>
    </w:p>
    <w:p w14:paraId="1B3AFF66" w14:textId="77777777" w:rsidR="00BC4E80" w:rsidRDefault="00BC4E80">
      <w:pPr>
        <w:spacing w:after="160"/>
        <w:jc w:val="center"/>
      </w:pPr>
      <w:r>
        <w:rPr>
          <w:rFonts w:ascii="Times New Roman" w:hAnsi="Times New Roman" w:cs="Times New Roman" w:eastAsia="Times New Roman"/>
          <w:i/>
          <w:sz w:val="20"/>
        </w:rPr>
        <w:t>чл. 203, ал. 1 и чл. 204 от ЗПУО</w:t>
      </w:r>
    </w:p>
    <w:p w14:paraId="41649A23"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4B79FF64" w14:textId="77777777" w:rsidR="00BC4E80" w:rsidRDefault="00BC4E80">
      <w:pPr>
        <w:spacing w:after="80"/>
      </w:pPr>
      <w:r>
        <w:rPr>
          <w:rFonts w:ascii="Times New Roman" w:hAnsi="Times New Roman" w:cs="Times New Roman" w:eastAsia="Times New Roman"/>
          <w:sz w:val="24"/>
        </w:rPr>
        <w:t>Уведомявам Ви, че по отношение на сина Ви / дъщеря Ви ……………………, ученик/ученичка от …………………… клас, е открита процедура по налагане на санкция по чл. 199, ал. 1, т. …………………… от ЗПУО – ……………………, поради …………………….</w:t>
      </w:r>
    </w:p>
    <w:p w14:paraId="22476E88" w14:textId="77777777" w:rsidR="00BC4E80" w:rsidRDefault="00BC4E80">
      <w:pPr>
        <w:spacing w:after="80"/>
      </w:pPr>
      <w:r>
        <w:rPr>
          <w:rFonts w:ascii="Times New Roman" w:hAnsi="Times New Roman" w:cs="Times New Roman" w:eastAsia="Times New Roman"/>
          <w:sz w:val="24"/>
        </w:rPr>
        <w:t>Изслушването на ученика/ученичката ще се проведе на …………………… г. от …………………… часа в …………………….</w:t>
      </w:r>
    </w:p>
    <w:p w14:paraId="29680AA9" w14:textId="77777777" w:rsidR="00BC4E80" w:rsidRDefault="00BC4E80">
      <w:pPr>
        <w:spacing w:after="80"/>
        <w:jc w:val="both"/>
      </w:pPr>
      <w:r>
        <w:rPr>
          <w:rFonts w:ascii="Times New Roman" w:hAnsi="Times New Roman" w:cs="Times New Roman" w:eastAsia="Times New Roman"/>
          <w:sz w:val="24"/>
        </w:rPr>
        <w:t>На основание чл. 204, ал. 1 от ЗПУО имате право да присъствате на изслушването и да изразите мнение. Ученикът/ученичката има право да бъде придружен/а от учител, друг педагогически специалист или от друго лице, на което има доверие (Приложение № 4).</w:t>
      </w:r>
    </w:p>
    <w:p w14:paraId="176DB22A" w14:textId="77777777" w:rsidR="00BC4E80" w:rsidRDefault="00BC4E80">
      <w:pPr>
        <w:spacing w:after="80"/>
        <w:jc w:val="both"/>
      </w:pPr>
      <w:r>
        <w:rPr>
          <w:rFonts w:ascii="Times New Roman" w:hAnsi="Times New Roman" w:cs="Times New Roman" w:eastAsia="Times New Roman"/>
          <w:sz w:val="24"/>
        </w:rPr>
        <w:t>Преди налагане на санкцията ученикът/ученичката има право да даде писмено обяснение (Приложение № 12).</w:t>
      </w:r>
    </w:p>
    <w:p w14:paraId="6658B4A5" w14:textId="77777777" w:rsidR="00BC4E80" w:rsidRDefault="00BC4E80">
      <w:pPr>
        <w:spacing w:after="200"/>
      </w:pPr>
    </w:p>
    <w:p w14:paraId="74171167" w14:textId="77777777" w:rsidR="00BC4E80" w:rsidRDefault="00BC4E80">
      <w:pPr>
        <w:tabs>
          <w:tab w:val="left" w:pos="5386"/>
        </w:tabs>
        <w:spacing w:after="160" w:before="3402"/>
      </w:pPr>
      <w:r>
        <w:rPr>
          <w:rFonts w:ascii="Times New Roman" w:hAnsi="Times New Roman" w:cs="Times New Roman" w:eastAsia="Times New Roman"/>
          <w:sz w:val="24"/>
        </w:rPr>
        <w:t>Директор: …………………………………………</w:t>
      </w:r>
      <w:r>
        <w:rPr>
          <w:rFonts w:ascii="Times New Roman" w:hAnsi="Times New Roman" w:cs="Times New Roman" w:eastAsia="Times New Roman"/>
          <w:sz w:val="24"/>
        </w:rPr>
        <w:tab/>
        <w:t>Класен ръководител: …………………………</w:t>
      </w:r>
    </w:p>
    <w:p w14:paraId="3403991A" w14:textId="77777777" w:rsidR="00BC4E80" w:rsidRDefault="00BC4E80">
      <w:pPr>
        <w:tabs>
          <w:tab w:val="left" w:pos="5386"/>
        </w:tabs>
        <w:spacing w:after="160"/>
      </w:pPr>
      <w:r>
        <w:rPr>
          <w:rFonts w:ascii="Times New Roman" w:hAnsi="Times New Roman" w:cs="Times New Roman" w:eastAsia="Times New Roman"/>
          <w:sz w:val="24"/>
        </w:rPr>
        <w:t>Дата на получаване: …………………………… г.</w:t>
      </w:r>
      <w:r>
        <w:rPr>
          <w:rFonts w:ascii="Times New Roman" w:hAnsi="Times New Roman" w:cs="Times New Roman" w:eastAsia="Times New Roman"/>
          <w:sz w:val="24"/>
        </w:rPr>
        <w:tab/>
        <w:t>Родител: ………………………………………</w:t>
      </w:r>
    </w:p>
    <w:p w14:paraId="0915378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 към Правилника за дейността на училището</w:t>
      </w:r>
    </w:p>
    <w:p w14:paraId="0DFF77D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4817099" wp14:editId="64C9685C">
            <wp:extent cx="6483600" cy="11751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CA5C92E" w14:textId="77777777" w:rsidR="00BC4E80" w:rsidRDefault="00BC4E80">
      <w:pPr>
        <w:spacing w:after="160"/>
      </w:pPr>
      <w:r>
        <w:rPr>
          <w:rFonts w:ascii="Times New Roman" w:hAnsi="Times New Roman" w:cs="Times New Roman" w:eastAsia="Times New Roman"/>
        </w:rPr>
        <w:t>Вх. № ………………………………………………………… / ………………………………………………… г.</w:t>
      </w:r>
    </w:p>
    <w:p w14:paraId="1F239B2A" w14:textId="77777777" w:rsidR="00BC4E80" w:rsidRDefault="00BC4E80">
      <w:r>
        <w:rPr>
          <w:rFonts w:ascii="Times New Roman" w:hAnsi="Times New Roman" w:cs="Times New Roman" w:eastAsia="Times New Roman"/>
          <w:b/>
          <w:sz w:val="24"/>
        </w:rPr>
        <w:t>ДО</w:t>
      </w:r>
    </w:p>
    <w:p w14:paraId="34046F9A" w14:textId="77777777" w:rsidR="00BC4E80" w:rsidRDefault="00BC4E80">
      <w:r>
        <w:rPr>
          <w:rFonts w:ascii="Times New Roman" w:hAnsi="Times New Roman" w:cs="Times New Roman" w:eastAsia="Times New Roman"/>
          <w:b/>
          <w:sz w:val="24"/>
        </w:rPr>
        <w:t>ДИРЕКТОРА</w:t>
      </w:r>
    </w:p>
    <w:p w14:paraId="293A3C84" w14:textId="77777777" w:rsidR="00BC4E80" w:rsidRDefault="00BC4E80">
      <w:r>
        <w:rPr>
          <w:rFonts w:ascii="Times New Roman" w:hAnsi="Times New Roman" w:cs="Times New Roman" w:eastAsia="Times New Roman"/>
          <w:b/>
          <w:sz w:val="24"/>
        </w:rPr>
        <w:t>НА ПГМКР „СВЕТИ НИКОЛА“</w:t>
      </w:r>
    </w:p>
    <w:p w14:paraId="3A305810" w14:textId="77777777" w:rsidR="00BC4E80" w:rsidRDefault="00BC4E80">
      <w:r>
        <w:rPr>
          <w:rFonts w:ascii="Times New Roman" w:hAnsi="Times New Roman" w:cs="Times New Roman" w:eastAsia="Times New Roman"/>
          <w:b/>
          <w:sz w:val="24"/>
        </w:rPr>
        <w:t>ГР. БУРГАС</w:t>
      </w:r>
    </w:p>
    <w:p w14:paraId="6BAF3BEC" w14:textId="77777777" w:rsidR="00BC4E80" w:rsidRDefault="00BC4E80">
      <w:pPr>
        <w:spacing w:after="160"/>
      </w:pPr>
    </w:p>
    <w:p w14:paraId="3C9AABF8" w14:textId="77777777" w:rsidR="00BC4E80" w:rsidRDefault="00BC4E80">
      <w:pPr>
        <w:spacing w:before="80" w:after="40"/>
        <w:jc w:val="center"/>
      </w:pPr>
      <w:r>
        <w:rPr>
          <w:rFonts w:ascii="Times New Roman" w:hAnsi="Times New Roman" w:cs="Times New Roman" w:eastAsia="Times New Roman"/>
          <w:b/>
          <w:sz w:val="26"/>
        </w:rPr>
        <w:t>И С К А Н Е</w:t>
      </w:r>
    </w:p>
    <w:p w14:paraId="14C41DD7" w14:textId="77777777" w:rsidR="00BC4E80" w:rsidRDefault="00BC4E80">
      <w:pPr>
        <w:spacing w:after="80"/>
        <w:jc w:val="center"/>
      </w:pPr>
      <w:r>
        <w:rPr>
          <w:rFonts w:ascii="Times New Roman" w:hAnsi="Times New Roman" w:cs="Times New Roman" w:eastAsia="Times New Roman"/>
          <w:b/>
        </w:rPr>
        <w:t>за присъствие на доверено лице при изслушването на ученика</w:t>
      </w:r>
    </w:p>
    <w:p w14:paraId="42B9854A" w14:textId="77777777" w:rsidR="00BC4E80" w:rsidRDefault="00BC4E80">
      <w:pPr>
        <w:spacing w:after="160"/>
        <w:jc w:val="center"/>
      </w:pPr>
      <w:r>
        <w:rPr>
          <w:rFonts w:ascii="Times New Roman" w:hAnsi="Times New Roman" w:cs="Times New Roman" w:eastAsia="Times New Roman"/>
          <w:i/>
          <w:sz w:val="20"/>
        </w:rPr>
        <w:t>чл. 204, ал. 1 от ЗПУО</w:t>
      </w:r>
    </w:p>
    <w:p w14:paraId="623B4CF6" w14:textId="77777777" w:rsidR="00BC4E80" w:rsidRDefault="00BC4E80">
      <w:pPr>
        <w:spacing w:after="40"/>
      </w:pPr>
      <w:r>
        <w:rPr>
          <w:rFonts w:ascii="Times New Roman" w:hAnsi="Times New Roman" w:cs="Times New Roman" w:eastAsia="Times New Roman"/>
          <w:sz w:val="24"/>
        </w:rPr>
        <w:t>от …………………………………………………………………………………………………………</w:t>
      </w:r>
    </w:p>
    <w:p w14:paraId="1804547C" w14:textId="77777777" w:rsidR="00BC4E80" w:rsidRDefault="00BC4E80">
      <w:pPr>
        <w:spacing w:after="40"/>
      </w:pPr>
      <w:r>
        <w:rPr>
          <w:rFonts w:ascii="Times New Roman" w:hAnsi="Times New Roman" w:cs="Times New Roman" w:eastAsia="Times New Roman"/>
          <w:sz w:val="24"/>
        </w:rPr>
        <w:t>/трите имена на ученика или на родителя/</w:t>
      </w:r>
    </w:p>
    <w:p w14:paraId="7929C7B9"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52E00AA1" w14:textId="77777777" w:rsidR="00BC4E80" w:rsidRDefault="00BC4E80">
      <w:pPr>
        <w:spacing w:after="80"/>
      </w:pPr>
    </w:p>
    <w:p w14:paraId="7804973B" w14:textId="77777777" w:rsidR="00BC4E80" w:rsidRDefault="00BC4E80">
      <w:pPr>
        <w:spacing w:after="120"/>
      </w:pPr>
      <w:r>
        <w:rPr>
          <w:rFonts w:ascii="Times New Roman" w:hAnsi="Times New Roman" w:cs="Times New Roman" w:eastAsia="Times New Roman"/>
          <w:b/>
          <w:sz w:val="24"/>
        </w:rPr>
        <w:t>УВАЖАЕМА ГОСПОЖО ДИРЕКТОР,</w:t>
      </w:r>
    </w:p>
    <w:p w14:paraId="632A9CFB" w14:textId="77777777" w:rsidR="00BC4E80" w:rsidRDefault="00BC4E80">
      <w:pPr>
        <w:spacing w:after="80"/>
        <w:jc w:val="both"/>
      </w:pPr>
      <w:r>
        <w:rPr>
          <w:rFonts w:ascii="Times New Roman" w:hAnsi="Times New Roman" w:cs="Times New Roman" w:eastAsia="Times New Roman"/>
          <w:sz w:val="24"/>
        </w:rPr>
        <w:t>Моля при изслушването ми във връзка с откритата процедура по налагане на санкция да присъства:</w:t>
      </w:r>
    </w:p>
    <w:p w14:paraId="74D52E69" w14:textId="77777777" w:rsidR="00BC4E80" w:rsidRDefault="00BC4E80">
      <w:pPr>
        <w:spacing w:after="80"/>
      </w:pPr>
      <w:r>
        <w:rPr>
          <w:rFonts w:ascii="Times New Roman" w:hAnsi="Times New Roman" w:cs="Times New Roman" w:eastAsia="Times New Roman"/>
          <w:sz w:val="24"/>
        </w:rPr>
        <w:t>☐ учител …………………………………………………………………………………………………</w:t>
      </w:r>
    </w:p>
    <w:p w14:paraId="31625B32" w14:textId="77777777" w:rsidR="00BC4E80" w:rsidRDefault="00BC4E80">
      <w:pPr>
        <w:spacing w:after="80"/>
      </w:pPr>
      <w:r>
        <w:rPr>
          <w:rFonts w:ascii="Times New Roman" w:hAnsi="Times New Roman" w:cs="Times New Roman" w:eastAsia="Times New Roman"/>
          <w:sz w:val="24"/>
        </w:rPr>
        <w:t>☐ педагогически съветник ………………………………………………………………………………</w:t>
      </w:r>
    </w:p>
    <w:p w14:paraId="25515A1E" w14:textId="77777777" w:rsidR="00BC4E80" w:rsidRDefault="00BC4E80">
      <w:pPr>
        <w:spacing w:after="80"/>
      </w:pPr>
      <w:r>
        <w:rPr>
          <w:rFonts w:ascii="Times New Roman" w:hAnsi="Times New Roman" w:cs="Times New Roman" w:eastAsia="Times New Roman"/>
          <w:sz w:val="24"/>
        </w:rPr>
        <w:t>☐ друго лице, на което имам доверие: …………………………………………………………………</w:t>
      </w:r>
    </w:p>
    <w:p w14:paraId="3CFAF948" w14:textId="77777777" w:rsidR="00BC4E80" w:rsidRDefault="00BC4E80">
      <w:pPr>
        <w:spacing w:after="80"/>
        <w:jc w:val="both"/>
      </w:pPr>
      <w:r>
        <w:rPr>
          <w:rFonts w:ascii="Times New Roman" w:hAnsi="Times New Roman" w:cs="Times New Roman" w:eastAsia="Times New Roman"/>
          <w:sz w:val="24"/>
        </w:rPr>
        <w:t>/трите имена, качество/</w:t>
      </w:r>
    </w:p>
    <w:p w14:paraId="033A0478" w14:textId="77777777" w:rsidR="00BC4E80" w:rsidRDefault="00BC4E80">
      <w:pPr>
        <w:spacing w:after="80"/>
        <w:jc w:val="both"/>
      </w:pPr>
      <w:r>
        <w:rPr>
          <w:rFonts w:ascii="Times New Roman" w:hAnsi="Times New Roman" w:cs="Times New Roman" w:eastAsia="Times New Roman"/>
          <w:sz w:val="24"/>
        </w:rPr>
        <w:t>Запознат/а съм с правото си по чл. 204, ал. 1 от ЗПУО.</w:t>
      </w:r>
    </w:p>
    <w:p w14:paraId="63CA23BE" w14:textId="77777777" w:rsidR="00BC4E80" w:rsidRDefault="00BC4E80">
      <w:pPr>
        <w:spacing w:after="200"/>
      </w:pPr>
    </w:p>
    <w:p w14:paraId="5CCA1A0C" w14:textId="77777777" w:rsidR="00BC4E80" w:rsidRDefault="00BC4E80">
      <w:pPr>
        <w:tabs>
          <w:tab w:val="left" w:pos="5386"/>
        </w:tabs>
        <w:spacing w:after="160" w:before="2828"/>
      </w:pPr>
      <w:r>
        <w:rPr>
          <w:rFonts w:ascii="Times New Roman" w:hAnsi="Times New Roman" w:cs="Times New Roman" w:eastAsia="Times New Roman"/>
          <w:sz w:val="24"/>
        </w:rPr>
        <w:t>Дата: ……………………………………………… г.</w:t>
      </w:r>
      <w:r>
        <w:rPr>
          <w:rFonts w:ascii="Times New Roman" w:hAnsi="Times New Roman" w:cs="Times New Roman" w:eastAsia="Times New Roman"/>
          <w:sz w:val="24"/>
        </w:rPr>
        <w:tab/>
        <w:t>Подпис на ученика: ……………………………</w:t>
      </w:r>
    </w:p>
    <w:p w14:paraId="50563006" w14:textId="77777777" w:rsidR="00BC4E80" w:rsidRDefault="00BC4E80">
      <w:pPr>
        <w:tabs>
          <w:tab w:val="left" w:pos="5386"/>
        </w:tabs>
        <w:spacing w:after="160"/>
      </w:pPr>
      <w:r>
        <w:rPr>
          <w:rFonts w:ascii="Times New Roman" w:hAnsi="Times New Roman" w:cs="Times New Roman" w:eastAsia="Times New Roman"/>
          <w:sz w:val="24"/>
        </w:rPr>
        <w:tab/>
        <w:t>Подпис на родителя: …………………………</w:t>
      </w:r>
    </w:p>
    <w:p w14:paraId="157D451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 към Правилника за дейността на училището</w:t>
      </w:r>
    </w:p>
    <w:p w14:paraId="01CFBD2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DB575E7" wp14:editId="5578E8A5">
            <wp:extent cx="6483600" cy="11751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9982D14" w14:textId="77777777" w:rsidR="00BC4E80" w:rsidRDefault="00BC4E80">
      <w:pPr>
        <w:spacing w:before="80" w:after="40"/>
        <w:jc w:val="center"/>
      </w:pPr>
      <w:r>
        <w:rPr>
          <w:rFonts w:ascii="Times New Roman" w:hAnsi="Times New Roman" w:cs="Times New Roman" w:eastAsia="Times New Roman"/>
          <w:b/>
          <w:sz w:val="26"/>
        </w:rPr>
        <w:t>П Р О Т О К О Л</w:t>
      </w:r>
    </w:p>
    <w:p w14:paraId="7E061CAD" w14:textId="77777777" w:rsidR="00BC4E80" w:rsidRDefault="00BC4E80">
      <w:pPr>
        <w:spacing w:after="80"/>
        <w:jc w:val="center"/>
      </w:pPr>
      <w:r>
        <w:rPr>
          <w:rFonts w:ascii="Times New Roman" w:hAnsi="Times New Roman" w:cs="Times New Roman" w:eastAsia="Times New Roman"/>
          <w:b/>
        </w:rPr>
        <w:t>от изслушване на ученик и от среща с родителя</w:t>
      </w:r>
    </w:p>
    <w:p w14:paraId="4B870378" w14:textId="77777777" w:rsidR="00BC4E80" w:rsidRDefault="00BC4E80">
      <w:pPr>
        <w:spacing w:after="160"/>
        <w:jc w:val="center"/>
      </w:pPr>
      <w:r>
        <w:rPr>
          <w:rFonts w:ascii="Times New Roman" w:hAnsi="Times New Roman" w:cs="Times New Roman" w:eastAsia="Times New Roman"/>
          <w:i/>
          <w:sz w:val="20"/>
        </w:rPr>
        <w:t>чл. 204 от ЗПУО; чл. 41 и чл. 38 от ПДУ</w:t>
      </w:r>
    </w:p>
    <w:p w14:paraId="159CFEB8" w14:textId="77777777" w:rsidR="00BC4E80" w:rsidRDefault="00BC4E80">
      <w:pPr>
        <w:spacing w:after="40"/>
      </w:pPr>
      <w:r>
        <w:rPr>
          <w:rFonts w:ascii="Times New Roman" w:hAnsi="Times New Roman" w:cs="Times New Roman" w:eastAsia="Times New Roman"/>
          <w:sz w:val="24"/>
        </w:rPr>
        <w:t>Днес, ……………………… г., в …………… часа, в …………………………………………………,</w:t>
      </w:r>
    </w:p>
    <w:p w14:paraId="42E49071" w14:textId="77777777" w:rsidR="00BC4E80" w:rsidRDefault="00BC4E80">
      <w:pPr>
        <w:spacing w:after="40"/>
      </w:pPr>
      <w:r>
        <w:rPr>
          <w:rFonts w:ascii="Times New Roman" w:hAnsi="Times New Roman" w:cs="Times New Roman" w:eastAsia="Times New Roman"/>
          <w:sz w:val="24"/>
        </w:rPr>
        <w:t>се проведе изслушване на Ученик/ученичка: …………………………………………………………</w:t>
      </w:r>
    </w:p>
    <w:p w14:paraId="55861059" w14:textId="77777777" w:rsidR="00BC4E80" w:rsidRDefault="00BC4E80">
      <w:pPr>
        <w:spacing w:after="40"/>
      </w:pPr>
      <w:r>
        <w:rPr>
          <w:rFonts w:ascii="Times New Roman" w:hAnsi="Times New Roman" w:cs="Times New Roman" w:eastAsia="Times New Roman"/>
          <w:sz w:val="24"/>
        </w:rPr>
        <w:t>Клас: …………………        Специалност: ………………………………………………………………</w:t>
      </w:r>
    </w:p>
    <w:p w14:paraId="132E033F" w14:textId="77777777" w:rsidR="00BC4E80" w:rsidRDefault="00BC4E80">
      <w:pPr>
        <w:spacing w:after="40"/>
      </w:pPr>
      <w:r>
        <w:rPr>
          <w:rFonts w:ascii="Times New Roman" w:hAnsi="Times New Roman" w:cs="Times New Roman" w:eastAsia="Times New Roman"/>
          <w:sz w:val="24"/>
        </w:rPr>
        <w:t>Учебна година: 20………………………………………… / 20……………………………………… г.</w:t>
      </w:r>
    </w:p>
    <w:p w14:paraId="673F445A" w14:textId="77777777" w:rsidR="00BC4E80" w:rsidRDefault="00BC4E80">
      <w:pPr>
        <w:spacing w:after="80"/>
      </w:pPr>
    </w:p>
    <w:p w14:paraId="012E20F1" w14:textId="77777777" w:rsidR="00BC4E80" w:rsidRDefault="00BC4E80">
      <w:pPr>
        <w:spacing w:after="80"/>
        <w:jc w:val="both"/>
      </w:pPr>
      <w:r>
        <w:rPr>
          <w:rFonts w:ascii="Times New Roman" w:hAnsi="Times New Roman" w:cs="Times New Roman" w:eastAsia="Times New Roman"/>
          <w:sz w:val="24"/>
        </w:rPr>
        <w:t>Присъстваха:</w:t>
      </w:r>
    </w:p>
    <w:p w14:paraId="61B274C5" w14:textId="77777777" w:rsidR="00BC4E80" w:rsidRDefault="00BC4E80">
      <w:pPr>
        <w:spacing w:after="80"/>
      </w:pPr>
      <w:r>
        <w:rPr>
          <w:rFonts w:ascii="Times New Roman" w:hAnsi="Times New Roman" w:cs="Times New Roman" w:eastAsia="Times New Roman"/>
          <w:sz w:val="24"/>
        </w:rPr>
        <w:t>1. Директор / заместник-директор: ………………………………………………………………………</w:t>
      </w:r>
    </w:p>
    <w:p w14:paraId="1636A4C1" w14:textId="77777777" w:rsidR="00BC4E80" w:rsidRDefault="00BC4E80">
      <w:pPr>
        <w:spacing w:after="80"/>
      </w:pPr>
      <w:r>
        <w:rPr>
          <w:rFonts w:ascii="Times New Roman" w:hAnsi="Times New Roman" w:cs="Times New Roman" w:eastAsia="Times New Roman"/>
          <w:sz w:val="24"/>
        </w:rPr>
        <w:t>2. Класен ръководител: …………………………………………………………………………………</w:t>
      </w:r>
    </w:p>
    <w:p w14:paraId="495B305E" w14:textId="77777777" w:rsidR="00BC4E80" w:rsidRDefault="00BC4E80">
      <w:pPr>
        <w:spacing w:after="80"/>
      </w:pPr>
      <w:r>
        <w:rPr>
          <w:rFonts w:ascii="Times New Roman" w:hAnsi="Times New Roman" w:cs="Times New Roman" w:eastAsia="Times New Roman"/>
          <w:sz w:val="24"/>
        </w:rPr>
        <w:t>3. Педагогически съветник: ……………………………………………………………………………</w:t>
      </w:r>
    </w:p>
    <w:p w14:paraId="4A5B5F17" w14:textId="77777777" w:rsidR="00BC4E80" w:rsidRDefault="00BC4E80">
      <w:pPr>
        <w:spacing w:after="80"/>
      </w:pPr>
      <w:r>
        <w:rPr>
          <w:rFonts w:ascii="Times New Roman" w:hAnsi="Times New Roman" w:cs="Times New Roman" w:eastAsia="Times New Roman"/>
          <w:sz w:val="24"/>
        </w:rPr>
        <w:t>4. Родител / настойник: …………………………………………………………………………………</w:t>
      </w:r>
    </w:p>
    <w:p w14:paraId="2E5BC023" w14:textId="77777777" w:rsidR="00BC4E80" w:rsidRDefault="00BC4E80">
      <w:pPr>
        <w:spacing w:after="80"/>
      </w:pPr>
      <w:r>
        <w:rPr>
          <w:rFonts w:ascii="Times New Roman" w:hAnsi="Times New Roman" w:cs="Times New Roman" w:eastAsia="Times New Roman"/>
          <w:sz w:val="24"/>
        </w:rPr>
        <w:t>5. Доверено лице по чл. 204, ал. 1 от ЗПУО: ……………………………………………………………</w:t>
      </w:r>
    </w:p>
    <w:p w14:paraId="10E6BCD5" w14:textId="77777777" w:rsidR="00BC4E80" w:rsidRDefault="00BC4E80">
      <w:pPr>
        <w:spacing w:after="80"/>
      </w:pPr>
      <w:r>
        <w:rPr>
          <w:rFonts w:ascii="Times New Roman" w:hAnsi="Times New Roman" w:cs="Times New Roman" w:eastAsia="Times New Roman"/>
          <w:sz w:val="24"/>
        </w:rPr>
        <w:t>Констатирано нарушение: ………………………………………………………………………………</w:t>
      </w:r>
    </w:p>
    <w:p w14:paraId="7EE7011B" w14:textId="77777777" w:rsidR="00BC4E80" w:rsidRDefault="00BC4E80">
      <w:pPr>
        <w:spacing w:after="80"/>
      </w:pPr>
      <w:r>
        <w:rPr>
          <w:rFonts w:ascii="Times New Roman" w:hAnsi="Times New Roman" w:cs="Times New Roman" w:eastAsia="Times New Roman"/>
          <w:sz w:val="24"/>
        </w:rPr>
        <w:t>………………………………………………………………………………………………………………</w:t>
      </w:r>
    </w:p>
    <w:p w14:paraId="7F225ED1" w14:textId="77777777" w:rsidR="00BC4E80" w:rsidRDefault="00BC4E80">
      <w:pPr>
        <w:spacing w:after="80"/>
      </w:pPr>
      <w:r>
        <w:rPr>
          <w:rFonts w:ascii="Times New Roman" w:hAnsi="Times New Roman" w:cs="Times New Roman" w:eastAsia="Times New Roman"/>
          <w:sz w:val="24"/>
        </w:rPr>
        <w:t>Обяснение на ученика/ученичката: ……………………………………………………………………</w:t>
      </w:r>
    </w:p>
    <w:p w14:paraId="649C7B6C" w14:textId="77777777" w:rsidR="00BC4E80" w:rsidRDefault="00BC4E80">
      <w:pPr>
        <w:spacing w:after="80"/>
      </w:pPr>
      <w:r>
        <w:rPr>
          <w:rFonts w:ascii="Times New Roman" w:hAnsi="Times New Roman" w:cs="Times New Roman" w:eastAsia="Times New Roman"/>
          <w:sz w:val="24"/>
        </w:rPr>
        <w:t>………………………………………………………………………………………………………………</w:t>
      </w:r>
    </w:p>
    <w:p w14:paraId="6237D60B" w14:textId="77777777" w:rsidR="00BC4E80" w:rsidRDefault="00BC4E80">
      <w:pPr>
        <w:spacing w:after="80"/>
      </w:pPr>
      <w:r>
        <w:rPr>
          <w:rFonts w:ascii="Times New Roman" w:hAnsi="Times New Roman" w:cs="Times New Roman" w:eastAsia="Times New Roman"/>
          <w:sz w:val="24"/>
        </w:rPr>
        <w:t>………………………………………………………………………………………………………………</w:t>
      </w:r>
    </w:p>
    <w:p w14:paraId="131B4ED9" w14:textId="77777777" w:rsidR="00BC4E80" w:rsidRDefault="00BC4E80">
      <w:pPr>
        <w:spacing w:after="80"/>
      </w:pPr>
      <w:r>
        <w:rPr>
          <w:rFonts w:ascii="Times New Roman" w:hAnsi="Times New Roman" w:cs="Times New Roman" w:eastAsia="Times New Roman"/>
          <w:sz w:val="24"/>
        </w:rPr>
        <w:t>Становище на родителя: …………………………………………………………………………………</w:t>
      </w:r>
    </w:p>
    <w:p w14:paraId="19AC8F0F" w14:textId="77777777" w:rsidR="00BC4E80" w:rsidRDefault="00BC4E80">
      <w:pPr>
        <w:spacing w:after="80"/>
      </w:pPr>
      <w:r>
        <w:rPr>
          <w:rFonts w:ascii="Times New Roman" w:hAnsi="Times New Roman" w:cs="Times New Roman" w:eastAsia="Times New Roman"/>
          <w:sz w:val="24"/>
        </w:rPr>
        <w:t>………………………………………………………………………………………………………………</w:t>
      </w:r>
    </w:p>
    <w:p w14:paraId="0BF8FD15" w14:textId="77777777" w:rsidR="00BC4E80" w:rsidRDefault="00BC4E80">
      <w:pPr>
        <w:spacing w:after="80"/>
      </w:pPr>
      <w:r>
        <w:rPr>
          <w:rFonts w:ascii="Times New Roman" w:hAnsi="Times New Roman" w:cs="Times New Roman" w:eastAsia="Times New Roman"/>
          <w:sz w:val="24"/>
        </w:rPr>
        <w:t>Становище на педагогическия съветник: ………………………………………………………………</w:t>
      </w:r>
    </w:p>
    <w:p w14:paraId="6A11BECE" w14:textId="77777777" w:rsidR="00BC4E80" w:rsidRDefault="00BC4E80">
      <w:pPr>
        <w:spacing w:after="80"/>
      </w:pPr>
      <w:r>
        <w:rPr>
          <w:rFonts w:ascii="Times New Roman" w:hAnsi="Times New Roman" w:cs="Times New Roman" w:eastAsia="Times New Roman"/>
          <w:sz w:val="24"/>
        </w:rPr>
        <w:t>………………………………………………………………………………………………………………</w:t>
      </w:r>
    </w:p>
    <w:p w14:paraId="45D1DD2C" w14:textId="77777777" w:rsidR="00BC4E80" w:rsidRDefault="00BC4E80">
      <w:pPr>
        <w:spacing w:after="80"/>
      </w:pPr>
      <w:r>
        <w:rPr>
          <w:rFonts w:ascii="Times New Roman" w:hAnsi="Times New Roman" w:cs="Times New Roman" w:eastAsia="Times New Roman"/>
          <w:sz w:val="24"/>
        </w:rPr>
        <w:t>Договорени мерки и срокове: ……………………………………………………………………………</w:t>
      </w:r>
    </w:p>
    <w:p w14:paraId="1F1EAFE3" w14:textId="77777777" w:rsidR="00BC4E80" w:rsidRDefault="00BC4E80">
      <w:pPr>
        <w:spacing w:after="80"/>
      </w:pPr>
      <w:r>
        <w:rPr>
          <w:rFonts w:ascii="Times New Roman" w:hAnsi="Times New Roman" w:cs="Times New Roman" w:eastAsia="Times New Roman"/>
          <w:sz w:val="24"/>
        </w:rPr>
        <w:t>………………………………………………………………………………………………………………</w:t>
      </w:r>
    </w:p>
    <w:p w14:paraId="774E5534" w14:textId="77777777" w:rsidR="00BC4E80" w:rsidRDefault="00BC4E80">
      <w:pPr>
        <w:spacing w:after="200"/>
      </w:pPr>
    </w:p>
    <w:p w14:paraId="13279F82" w14:textId="77777777" w:rsidR="00BC4E80" w:rsidRDefault="00BC4E80">
      <w:pPr>
        <w:tabs>
          <w:tab w:val="left" w:pos="5386"/>
        </w:tabs>
        <w:spacing w:after="160"/>
      </w:pPr>
      <w:r>
        <w:rPr>
          <w:rFonts w:ascii="Times New Roman" w:hAnsi="Times New Roman" w:cs="Times New Roman" w:eastAsia="Times New Roman"/>
          <w:sz w:val="24"/>
        </w:rPr>
        <w:t>Директор: …………………………………………</w:t>
      </w:r>
      <w:r>
        <w:rPr>
          <w:rFonts w:ascii="Times New Roman" w:hAnsi="Times New Roman" w:cs="Times New Roman" w:eastAsia="Times New Roman"/>
          <w:sz w:val="24"/>
        </w:rPr>
        <w:tab/>
        <w:t>Класен ръководител: …………………………</w:t>
      </w:r>
    </w:p>
    <w:p w14:paraId="721EFC31" w14:textId="77777777" w:rsidR="00BC4E80" w:rsidRDefault="00BC4E80">
      <w:pPr>
        <w:tabs>
          <w:tab w:val="left" w:pos="5386"/>
        </w:tabs>
        <w:spacing w:after="160"/>
      </w:pPr>
      <w:r>
        <w:rPr>
          <w:rFonts w:ascii="Times New Roman" w:hAnsi="Times New Roman" w:cs="Times New Roman" w:eastAsia="Times New Roman"/>
          <w:sz w:val="24"/>
        </w:rPr>
        <w:t>Родител: ……………………………………………</w:t>
      </w:r>
      <w:r>
        <w:rPr>
          <w:rFonts w:ascii="Times New Roman" w:hAnsi="Times New Roman" w:cs="Times New Roman" w:eastAsia="Times New Roman"/>
          <w:sz w:val="24"/>
        </w:rPr>
        <w:tab/>
        <w:t>Ученик: …………………………………………</w:t>
      </w:r>
    </w:p>
    <w:p w14:paraId="29BDC5F5" w14:textId="77777777" w:rsidR="00BC4E80" w:rsidRDefault="00BC4E80">
      <w:pPr>
        <w:tabs>
          <w:tab w:val="left" w:pos="5386"/>
        </w:tabs>
        <w:spacing w:after="160"/>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t>Доверено лице: ………………………………</w:t>
      </w:r>
    </w:p>
    <w:p w14:paraId="7060200B"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 към Правилника за дейността на училището</w:t>
      </w:r>
    </w:p>
    <w:p w14:paraId="32BA303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A81F7F5" wp14:editId="071228B5">
            <wp:extent cx="6483600" cy="117515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BD9AA3E" w14:textId="77777777" w:rsidR="00BC4E80" w:rsidRDefault="00BC4E80">
      <w:r>
        <w:rPr>
          <w:rFonts w:ascii="Times New Roman" w:hAnsi="Times New Roman" w:cs="Times New Roman" w:eastAsia="Times New Roman"/>
          <w:b/>
          <w:sz w:val="24"/>
        </w:rPr>
        <w:t>ДО</w:t>
      </w:r>
    </w:p>
    <w:p w14:paraId="5864DFB1" w14:textId="77777777" w:rsidR="00BC4E80" w:rsidRDefault="00BC4E80">
      <w:r>
        <w:rPr>
          <w:rFonts w:ascii="Times New Roman" w:hAnsi="Times New Roman" w:cs="Times New Roman" w:eastAsia="Times New Roman"/>
          <w:b/>
          <w:sz w:val="24"/>
        </w:rPr>
        <w:t>ДИРЕКТОРА</w:t>
      </w:r>
    </w:p>
    <w:p w14:paraId="30E67AF8" w14:textId="77777777" w:rsidR="00BC4E80" w:rsidRDefault="00BC4E80">
      <w:r>
        <w:rPr>
          <w:rFonts w:ascii="Times New Roman" w:hAnsi="Times New Roman" w:cs="Times New Roman" w:eastAsia="Times New Roman"/>
          <w:b/>
          <w:sz w:val="24"/>
        </w:rPr>
        <w:t>НА ПГМКР „СВЕТИ НИКОЛА“</w:t>
      </w:r>
    </w:p>
    <w:p w14:paraId="150844A1" w14:textId="77777777" w:rsidR="00BC4E80" w:rsidRDefault="00BC4E80">
      <w:r>
        <w:rPr>
          <w:rFonts w:ascii="Times New Roman" w:hAnsi="Times New Roman" w:cs="Times New Roman" w:eastAsia="Times New Roman"/>
          <w:b/>
          <w:sz w:val="24"/>
        </w:rPr>
        <w:t>ГР. БУРГАС</w:t>
      </w:r>
    </w:p>
    <w:p w14:paraId="793D815E" w14:textId="77777777" w:rsidR="00BC4E80" w:rsidRDefault="00BC4E80">
      <w:pPr>
        <w:spacing w:after="160"/>
      </w:pPr>
    </w:p>
    <w:p w14:paraId="4798EBC8" w14:textId="77777777" w:rsidR="00BC4E80" w:rsidRDefault="00BC4E80">
      <w:pPr>
        <w:spacing w:before="80" w:after="40"/>
        <w:jc w:val="center"/>
      </w:pPr>
      <w:r>
        <w:rPr>
          <w:rFonts w:ascii="Times New Roman" w:hAnsi="Times New Roman" w:cs="Times New Roman" w:eastAsia="Times New Roman"/>
          <w:b/>
          <w:sz w:val="26"/>
        </w:rPr>
        <w:t>С Т А Н О В И Щ Е</w:t>
      </w:r>
    </w:p>
    <w:p w14:paraId="509A4294" w14:textId="77777777" w:rsidR="00BC4E80" w:rsidRDefault="00BC4E80">
      <w:pPr>
        <w:spacing w:after="80"/>
        <w:jc w:val="center"/>
      </w:pPr>
      <w:r>
        <w:rPr>
          <w:rFonts w:ascii="Times New Roman" w:hAnsi="Times New Roman" w:cs="Times New Roman" w:eastAsia="Times New Roman"/>
          <w:b/>
        </w:rPr>
        <w:t>на класния ръководител преди налагане на санкция</w:t>
      </w:r>
    </w:p>
    <w:p w14:paraId="48F90952" w14:textId="77777777" w:rsidR="00BC4E80" w:rsidRDefault="00BC4E80">
      <w:pPr>
        <w:spacing w:after="160"/>
        <w:jc w:val="center"/>
      </w:pPr>
      <w:r>
        <w:rPr>
          <w:rFonts w:ascii="Times New Roman" w:hAnsi="Times New Roman" w:cs="Times New Roman" w:eastAsia="Times New Roman"/>
          <w:i/>
          <w:sz w:val="20"/>
        </w:rPr>
        <w:t>чл. 205, ал. 1 от ЗПУО</w:t>
      </w:r>
    </w:p>
    <w:p w14:paraId="14E77BAA" w14:textId="77777777" w:rsidR="00BC4E80" w:rsidRDefault="00BC4E80">
      <w:pPr>
        <w:spacing w:after="40"/>
      </w:pPr>
      <w:r>
        <w:rPr>
          <w:rFonts w:ascii="Times New Roman" w:hAnsi="Times New Roman" w:cs="Times New Roman" w:eastAsia="Times New Roman"/>
          <w:sz w:val="24"/>
        </w:rPr>
        <w:t>от …………………………………………………………………………………………………………</w:t>
      </w:r>
    </w:p>
    <w:p w14:paraId="0F7FD951" w14:textId="77777777" w:rsidR="00BC4E80" w:rsidRDefault="00BC4E80">
      <w:pPr>
        <w:spacing w:after="40"/>
      </w:pPr>
      <w:r>
        <w:rPr>
          <w:rFonts w:ascii="Times New Roman" w:hAnsi="Times New Roman" w:cs="Times New Roman" w:eastAsia="Times New Roman"/>
          <w:sz w:val="24"/>
        </w:rPr>
        <w:t>класен ръководител на …………………………………………………………………………… клас</w:t>
      </w:r>
    </w:p>
    <w:p w14:paraId="36C0A083" w14:textId="77777777" w:rsidR="00BC4E80" w:rsidRDefault="00BC4E80">
      <w:pPr>
        <w:spacing w:after="80"/>
      </w:pPr>
    </w:p>
    <w:p w14:paraId="16DAA240"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C8F30DD" w14:textId="77777777" w:rsidR="00BC4E80" w:rsidRDefault="00BC4E80">
      <w:pPr>
        <w:spacing w:after="80"/>
      </w:pPr>
      <w:r>
        <w:rPr>
          <w:rFonts w:ascii="Times New Roman" w:hAnsi="Times New Roman" w:cs="Times New Roman" w:eastAsia="Times New Roman"/>
          <w:sz w:val="24"/>
        </w:rPr>
        <w:t>Във връзка с откритата процедура по налагане на санкция на Ученик/ученичка: ……………………, Клас: ……………………        Специалност: ……………………</w:t>
      </w:r>
    </w:p>
    <w:p w14:paraId="7C52704A" w14:textId="77777777" w:rsidR="00BC4E80" w:rsidRDefault="00BC4E80">
      <w:pPr>
        <w:spacing w:after="80"/>
        <w:jc w:val="both"/>
      </w:pPr>
      <w:r>
        <w:rPr>
          <w:rFonts w:ascii="Times New Roman" w:hAnsi="Times New Roman" w:cs="Times New Roman" w:eastAsia="Times New Roman"/>
          <w:sz w:val="24"/>
        </w:rPr>
        <w:t>изразявам следното становище:</w:t>
      </w:r>
    </w:p>
    <w:p w14:paraId="01AAB734" w14:textId="77777777" w:rsidR="00BC4E80" w:rsidRDefault="00BC4E80">
      <w:pPr>
        <w:spacing w:after="80"/>
      </w:pPr>
      <w:r>
        <w:rPr>
          <w:rFonts w:ascii="Times New Roman" w:hAnsi="Times New Roman" w:cs="Times New Roman" w:eastAsia="Times New Roman"/>
          <w:sz w:val="24"/>
        </w:rPr>
        <w:t>1. Обстоятелства, при които е извършено нарушението: ……………………………………………</w:t>
      </w:r>
    </w:p>
    <w:p w14:paraId="0D430429" w14:textId="77777777" w:rsidR="00BC4E80" w:rsidRDefault="00BC4E80">
      <w:pPr>
        <w:spacing w:after="80"/>
      </w:pPr>
      <w:r>
        <w:rPr>
          <w:rFonts w:ascii="Times New Roman" w:hAnsi="Times New Roman" w:cs="Times New Roman" w:eastAsia="Times New Roman"/>
          <w:sz w:val="24"/>
        </w:rPr>
        <w:t>………………………………………………………………………………………………………………</w:t>
      </w:r>
    </w:p>
    <w:p w14:paraId="5F034A33" w14:textId="77777777" w:rsidR="00BC4E80" w:rsidRDefault="00BC4E80">
      <w:pPr>
        <w:spacing w:after="80"/>
      </w:pPr>
      <w:r>
        <w:rPr>
          <w:rFonts w:ascii="Times New Roman" w:hAnsi="Times New Roman" w:cs="Times New Roman" w:eastAsia="Times New Roman"/>
          <w:sz w:val="24"/>
        </w:rPr>
        <w:t>2. Поведение и мотивация на ученика/ученичката: ……………………………………………………</w:t>
      </w:r>
    </w:p>
    <w:p w14:paraId="1C4264EE" w14:textId="77777777" w:rsidR="00BC4E80" w:rsidRDefault="00BC4E80">
      <w:pPr>
        <w:spacing w:after="80"/>
      </w:pPr>
      <w:r>
        <w:rPr>
          <w:rFonts w:ascii="Times New Roman" w:hAnsi="Times New Roman" w:cs="Times New Roman" w:eastAsia="Times New Roman"/>
          <w:sz w:val="24"/>
        </w:rPr>
        <w:t>………………………………………………………………………………………………………………</w:t>
      </w:r>
    </w:p>
    <w:p w14:paraId="3A26C3EC" w14:textId="77777777" w:rsidR="00BC4E80" w:rsidRDefault="00BC4E80">
      <w:pPr>
        <w:spacing w:after="80"/>
      </w:pPr>
      <w:r>
        <w:rPr>
          <w:rFonts w:ascii="Times New Roman" w:hAnsi="Times New Roman" w:cs="Times New Roman" w:eastAsia="Times New Roman"/>
          <w:sz w:val="24"/>
        </w:rPr>
        <w:t>3. Възраст, лични и здравословни особености, семейно положение: …………………………………</w:t>
      </w:r>
    </w:p>
    <w:p w14:paraId="7C36F6D1" w14:textId="77777777" w:rsidR="00BC4E80" w:rsidRDefault="00BC4E80">
      <w:pPr>
        <w:spacing w:after="80"/>
      </w:pPr>
      <w:r>
        <w:rPr>
          <w:rFonts w:ascii="Times New Roman" w:hAnsi="Times New Roman" w:cs="Times New Roman" w:eastAsia="Times New Roman"/>
          <w:sz w:val="24"/>
        </w:rPr>
        <w:t>………………………………………………………………………………………………………………</w:t>
      </w:r>
    </w:p>
    <w:p w14:paraId="63A7B812" w14:textId="77777777" w:rsidR="00BC4E80" w:rsidRDefault="00BC4E80">
      <w:pPr>
        <w:spacing w:after="80"/>
      </w:pPr>
      <w:r>
        <w:rPr>
          <w:rFonts w:ascii="Times New Roman" w:hAnsi="Times New Roman" w:cs="Times New Roman" w:eastAsia="Times New Roman"/>
          <w:sz w:val="24"/>
        </w:rPr>
        <w:t>4. Предприети до момента дейности по чл. 38 от ПДУ и резултат от тях: …………………………</w:t>
      </w:r>
    </w:p>
    <w:p w14:paraId="344D6607" w14:textId="77777777" w:rsidR="00BC4E80" w:rsidRDefault="00BC4E80">
      <w:pPr>
        <w:spacing w:after="80"/>
      </w:pPr>
      <w:r>
        <w:rPr>
          <w:rFonts w:ascii="Times New Roman" w:hAnsi="Times New Roman" w:cs="Times New Roman" w:eastAsia="Times New Roman"/>
          <w:sz w:val="24"/>
        </w:rPr>
        <w:t>………………………………………………………………………………………………………………</w:t>
      </w:r>
    </w:p>
    <w:p w14:paraId="184FEC11" w14:textId="77777777" w:rsidR="00BC4E80" w:rsidRDefault="00BC4E80">
      <w:pPr>
        <w:spacing w:after="80"/>
      </w:pPr>
      <w:r>
        <w:rPr>
          <w:rFonts w:ascii="Times New Roman" w:hAnsi="Times New Roman" w:cs="Times New Roman" w:eastAsia="Times New Roman"/>
          <w:sz w:val="24"/>
        </w:rPr>
        <w:t>5. Предложение за вида и срока на санкцията: …………………………………………………………</w:t>
      </w:r>
    </w:p>
    <w:p w14:paraId="4D2013A1" w14:textId="77777777" w:rsidR="00BC4E80" w:rsidRDefault="00BC4E80">
      <w:pPr>
        <w:spacing w:after="80"/>
      </w:pPr>
      <w:r>
        <w:rPr>
          <w:rFonts w:ascii="Times New Roman" w:hAnsi="Times New Roman" w:cs="Times New Roman" w:eastAsia="Times New Roman"/>
          <w:sz w:val="24"/>
        </w:rPr>
        <w:t>6. Предложение за дейности за превенция и преодоляване на проблемното поведение по чл. 199, ал. 5 от ЗПУО: ……………………</w:t>
      </w:r>
    </w:p>
    <w:p w14:paraId="629DDDF4" w14:textId="77777777" w:rsidR="00BC4E80" w:rsidRDefault="00BC4E80">
      <w:pPr>
        <w:spacing w:after="80"/>
      </w:pPr>
      <w:r>
        <w:rPr>
          <w:rFonts w:ascii="Times New Roman" w:hAnsi="Times New Roman" w:cs="Times New Roman" w:eastAsia="Times New Roman"/>
          <w:sz w:val="24"/>
        </w:rPr>
        <w:t>………………………………………………………………………………………………………………</w:t>
      </w:r>
    </w:p>
    <w:p w14:paraId="5D58CB01" w14:textId="77777777" w:rsidR="00BC4E80" w:rsidRDefault="00BC4E80">
      <w:pPr>
        <w:spacing w:after="200"/>
      </w:pPr>
    </w:p>
    <w:p w14:paraId="3270DEC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2F1E291E"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 към Правилника за дейността на училището</w:t>
      </w:r>
    </w:p>
    <w:p w14:paraId="331C34A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EB04BCB" wp14:editId="2C5892C0">
            <wp:extent cx="6483600" cy="117515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C1D7CFB" w14:textId="77777777" w:rsidR="00BC4E80" w:rsidRDefault="00BC4E80">
      <w:r>
        <w:rPr>
          <w:rFonts w:ascii="Times New Roman" w:hAnsi="Times New Roman" w:cs="Times New Roman" w:eastAsia="Times New Roman"/>
          <w:b/>
          <w:sz w:val="24"/>
        </w:rPr>
        <w:t>ДО</w:t>
      </w:r>
    </w:p>
    <w:p w14:paraId="7250827F" w14:textId="77777777" w:rsidR="00BC4E80" w:rsidRDefault="00BC4E80">
      <w:r>
        <w:rPr>
          <w:rFonts w:ascii="Times New Roman" w:hAnsi="Times New Roman" w:cs="Times New Roman" w:eastAsia="Times New Roman"/>
          <w:b/>
          <w:sz w:val="24"/>
        </w:rPr>
        <w:t>Г-Н / Г-ЖА ………………………………………………………………………………………………</w:t>
      </w:r>
    </w:p>
    <w:p w14:paraId="15AB2FC2" w14:textId="77777777" w:rsidR="00BC4E80" w:rsidRDefault="00BC4E80">
      <w:r>
        <w:rPr>
          <w:rFonts w:ascii="Times New Roman" w:hAnsi="Times New Roman" w:cs="Times New Roman" w:eastAsia="Times New Roman"/>
          <w:b/>
          <w:sz w:val="24"/>
        </w:rPr>
        <w:t>РОДИТЕЛ / НАСТОЙНИК НА УЧЕНИКА</w:t>
      </w:r>
    </w:p>
    <w:p w14:paraId="6353F56C" w14:textId="77777777" w:rsidR="00BC4E80" w:rsidRDefault="00BC4E80">
      <w:pPr>
        <w:spacing w:after="160"/>
      </w:pPr>
    </w:p>
    <w:p w14:paraId="26FB292C" w14:textId="77777777" w:rsidR="00BC4E80" w:rsidRDefault="00BC4E80">
      <w:pPr>
        <w:spacing w:before="80" w:after="40"/>
        <w:jc w:val="center"/>
      </w:pPr>
      <w:r>
        <w:rPr>
          <w:rFonts w:ascii="Times New Roman" w:hAnsi="Times New Roman" w:cs="Times New Roman" w:eastAsia="Times New Roman"/>
          <w:b/>
          <w:sz w:val="26"/>
        </w:rPr>
        <w:t>С Ъ О Б Щ Е Н И Е</w:t>
      </w:r>
    </w:p>
    <w:p w14:paraId="0C6736E8" w14:textId="77777777" w:rsidR="00BC4E80" w:rsidRDefault="00BC4E80">
      <w:pPr>
        <w:spacing w:after="80"/>
        <w:jc w:val="center"/>
      </w:pPr>
      <w:r>
        <w:rPr>
          <w:rFonts w:ascii="Times New Roman" w:hAnsi="Times New Roman" w:cs="Times New Roman" w:eastAsia="Times New Roman"/>
          <w:b/>
        </w:rPr>
        <w:t>за наложена санкция със заповед на директора</w:t>
      </w:r>
    </w:p>
    <w:p w14:paraId="6EB2256A" w14:textId="77777777" w:rsidR="00BC4E80" w:rsidRDefault="00BC4E80">
      <w:pPr>
        <w:spacing w:after="160"/>
        <w:jc w:val="center"/>
      </w:pPr>
      <w:r>
        <w:rPr>
          <w:rFonts w:ascii="Times New Roman" w:hAnsi="Times New Roman" w:cs="Times New Roman" w:eastAsia="Times New Roman"/>
          <w:i/>
          <w:sz w:val="20"/>
        </w:rPr>
        <w:t>чл. 205, ал. 3 от ЗПУО – в тридневен срок от издаване на заповедта</w:t>
      </w:r>
    </w:p>
    <w:p w14:paraId="43524A1F"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46F24F6B" w14:textId="77777777" w:rsidR="00BC4E80" w:rsidRDefault="00BC4E80">
      <w:pPr>
        <w:spacing w:after="80"/>
      </w:pPr>
      <w:r>
        <w:rPr>
          <w:rFonts w:ascii="Times New Roman" w:hAnsi="Times New Roman" w:cs="Times New Roman" w:eastAsia="Times New Roman"/>
          <w:sz w:val="24"/>
        </w:rPr>
        <w:t>Уведомявам Ви, че със Заповед № …………………… / …………………… г. на директора на ПГМКР „Свети Никола“ – гр. Бургас на сина Ви / дъщеря Ви ……………………, ученик/ученичка от …………………… клас, е наложена санкция по чл. 199, ал. 1, т. …………………… от ЗПУО – …………………….</w:t>
      </w:r>
    </w:p>
    <w:p w14:paraId="58DD92A3" w14:textId="77777777" w:rsidR="00BC4E80" w:rsidRDefault="00BC4E80">
      <w:pPr>
        <w:spacing w:after="80"/>
      </w:pPr>
      <w:r>
        <w:rPr>
          <w:rFonts w:ascii="Times New Roman" w:hAnsi="Times New Roman" w:cs="Times New Roman" w:eastAsia="Times New Roman"/>
          <w:sz w:val="24"/>
        </w:rPr>
        <w:t>Срок на санкцията: до …………………………………………………………………………………….</w:t>
      </w:r>
    </w:p>
    <w:p w14:paraId="474F5E17" w14:textId="77777777" w:rsidR="00BC4E80" w:rsidRDefault="00BC4E80">
      <w:pPr>
        <w:spacing w:after="80"/>
      </w:pPr>
      <w:r>
        <w:rPr>
          <w:rFonts w:ascii="Times New Roman" w:hAnsi="Times New Roman" w:cs="Times New Roman" w:eastAsia="Times New Roman"/>
          <w:sz w:val="24"/>
        </w:rPr>
        <w:t>Мотиви: ……………………………………………………………………………………………………</w:t>
      </w:r>
    </w:p>
    <w:p w14:paraId="4AD98141" w14:textId="77777777" w:rsidR="00BC4E80" w:rsidRDefault="00BC4E80">
      <w:pPr>
        <w:spacing w:after="80"/>
      </w:pPr>
      <w:r>
        <w:rPr>
          <w:rFonts w:ascii="Times New Roman" w:hAnsi="Times New Roman" w:cs="Times New Roman" w:eastAsia="Times New Roman"/>
          <w:sz w:val="24"/>
        </w:rPr>
        <w:t>………………………………………………………………………………………………………………</w:t>
      </w:r>
    </w:p>
    <w:p w14:paraId="15407FD8" w14:textId="77777777" w:rsidR="00BC4E80" w:rsidRDefault="00BC4E80">
      <w:pPr>
        <w:spacing w:after="80"/>
      </w:pPr>
      <w:r>
        <w:rPr>
          <w:rFonts w:ascii="Times New Roman" w:hAnsi="Times New Roman" w:cs="Times New Roman" w:eastAsia="Times New Roman"/>
          <w:sz w:val="24"/>
        </w:rPr>
        <w:t>Определени дейности за превенция и преодоляване на проблемното поведение: ……………………</w:t>
      </w:r>
    </w:p>
    <w:p w14:paraId="66754427" w14:textId="77777777" w:rsidR="00BC4E80" w:rsidRDefault="00BC4E80">
      <w:pPr>
        <w:spacing w:after="80"/>
      </w:pPr>
      <w:r>
        <w:rPr>
          <w:rFonts w:ascii="Times New Roman" w:hAnsi="Times New Roman" w:cs="Times New Roman" w:eastAsia="Times New Roman"/>
          <w:sz w:val="24"/>
        </w:rPr>
        <w:t>………………………………………………………………………………………………………………</w:t>
      </w:r>
    </w:p>
    <w:p w14:paraId="3BC47F55" w14:textId="77777777" w:rsidR="00BC4E80" w:rsidRDefault="00BC4E80">
      <w:pPr>
        <w:spacing w:after="80"/>
        <w:jc w:val="both"/>
      </w:pPr>
      <w:r>
        <w:rPr>
          <w:rFonts w:ascii="Times New Roman" w:hAnsi="Times New Roman" w:cs="Times New Roman" w:eastAsia="Times New Roman"/>
          <w:sz w:val="24"/>
        </w:rPr>
        <w:t>Заповедта може да се обжалва при условията и по реда на Административнопроцесуалния кодекс.</w:t>
      </w:r>
    </w:p>
    <w:p w14:paraId="7C55C0AF" w14:textId="77777777" w:rsidR="00BC4E80" w:rsidRDefault="00BC4E80">
      <w:pPr>
        <w:spacing w:after="80"/>
        <w:jc w:val="both"/>
      </w:pPr>
      <w:r>
        <w:rPr>
          <w:rFonts w:ascii="Times New Roman" w:hAnsi="Times New Roman" w:cs="Times New Roman" w:eastAsia="Times New Roman"/>
          <w:sz w:val="24"/>
        </w:rPr>
        <w:t>Санкцията се заличава с изтичане на срока, за който е наложена, или предсрочно по реда, по който е наложена (чл. 49 от ПДУ).</w:t>
      </w:r>
    </w:p>
    <w:p w14:paraId="00CDED7E" w14:textId="77777777" w:rsidR="00BC4E80" w:rsidRDefault="00BC4E80">
      <w:pPr>
        <w:spacing w:after="200"/>
      </w:pPr>
    </w:p>
    <w:p w14:paraId="771CAE3F" w14:textId="77777777" w:rsidR="00BC4E80" w:rsidRDefault="00BC4E80">
      <w:pPr>
        <w:tabs>
          <w:tab w:val="left" w:pos="5386"/>
        </w:tabs>
        <w:spacing w:after="160" w:before="313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22559EED" w14:textId="77777777" w:rsidR="00BC4E80" w:rsidRDefault="00BC4E80">
      <w:pPr>
        <w:tabs>
          <w:tab w:val="left" w:pos="5386"/>
        </w:tabs>
        <w:spacing w:after="160"/>
      </w:pPr>
      <w:r>
        <w:rPr>
          <w:rFonts w:ascii="Times New Roman" w:hAnsi="Times New Roman" w:cs="Times New Roman" w:eastAsia="Times New Roman"/>
          <w:sz w:val="24"/>
        </w:rPr>
        <w:t>Получил съобщението:</w:t>
      </w:r>
      <w:r>
        <w:rPr>
          <w:rFonts w:ascii="Times New Roman" w:hAnsi="Times New Roman" w:cs="Times New Roman" w:eastAsia="Times New Roman"/>
          <w:sz w:val="24"/>
        </w:rPr>
        <w:tab/>
        <w:t>Родител: ………………………………………</w:t>
      </w:r>
    </w:p>
    <w:p w14:paraId="49BEA8A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 към Правилника за дейността на училището</w:t>
      </w:r>
    </w:p>
    <w:p w14:paraId="32594EE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D0287B8" wp14:editId="451D91FC">
            <wp:extent cx="6483600" cy="11751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736041D" w14:textId="77777777" w:rsidR="00BC4E80" w:rsidRDefault="00BC4E80">
      <w:r>
        <w:rPr>
          <w:rFonts w:ascii="Times New Roman" w:hAnsi="Times New Roman" w:cs="Times New Roman" w:eastAsia="Times New Roman"/>
          <w:b/>
          <w:sz w:val="24"/>
        </w:rPr>
        <w:t>ДО</w:t>
      </w:r>
    </w:p>
    <w:p w14:paraId="5E48857B" w14:textId="77777777" w:rsidR="00BC4E80" w:rsidRDefault="00BC4E80">
      <w:r>
        <w:rPr>
          <w:rFonts w:ascii="Times New Roman" w:hAnsi="Times New Roman" w:cs="Times New Roman" w:eastAsia="Times New Roman"/>
          <w:b/>
          <w:sz w:val="24"/>
        </w:rPr>
        <w:t>ПЕДАГОГИЧЕСКИЯ СЪВЕТ</w:t>
      </w:r>
    </w:p>
    <w:p w14:paraId="1F359B53" w14:textId="77777777" w:rsidR="00BC4E80" w:rsidRDefault="00BC4E80">
      <w:r>
        <w:rPr>
          <w:rFonts w:ascii="Times New Roman" w:hAnsi="Times New Roman" w:cs="Times New Roman" w:eastAsia="Times New Roman"/>
          <w:b/>
          <w:sz w:val="24"/>
        </w:rPr>
        <w:t>ПРИ ПГМКР „СВЕТИ НИКОЛА“</w:t>
      </w:r>
    </w:p>
    <w:p w14:paraId="6694783F" w14:textId="77777777" w:rsidR="00BC4E80" w:rsidRDefault="00BC4E80">
      <w:r>
        <w:rPr>
          <w:rFonts w:ascii="Times New Roman" w:hAnsi="Times New Roman" w:cs="Times New Roman" w:eastAsia="Times New Roman"/>
          <w:b/>
          <w:sz w:val="24"/>
        </w:rPr>
        <w:t>ГР. БУРГАС</w:t>
      </w:r>
    </w:p>
    <w:p w14:paraId="68D5F275" w14:textId="77777777" w:rsidR="00BC4E80" w:rsidRDefault="00BC4E80">
      <w:pPr>
        <w:spacing w:after="160"/>
      </w:pPr>
    </w:p>
    <w:p w14:paraId="72C37015" w14:textId="77777777" w:rsidR="00BC4E80" w:rsidRDefault="00BC4E80">
      <w:pPr>
        <w:spacing w:before="80" w:after="40"/>
        <w:jc w:val="center"/>
      </w:pPr>
      <w:r>
        <w:rPr>
          <w:rFonts w:ascii="Times New Roman" w:hAnsi="Times New Roman" w:cs="Times New Roman" w:eastAsia="Times New Roman"/>
          <w:b/>
          <w:sz w:val="26"/>
        </w:rPr>
        <w:t>М О Т И В И Р А Н О   П Р Е Д Л О Ж Е Н И Е</w:t>
      </w:r>
    </w:p>
    <w:p w14:paraId="4EAFBFF4" w14:textId="77777777" w:rsidR="00BC4E80" w:rsidRDefault="00BC4E80">
      <w:pPr>
        <w:spacing w:after="80"/>
        <w:jc w:val="center"/>
      </w:pPr>
      <w:r>
        <w:rPr>
          <w:rFonts w:ascii="Times New Roman" w:hAnsi="Times New Roman" w:cs="Times New Roman" w:eastAsia="Times New Roman"/>
          <w:b/>
        </w:rPr>
        <w:t>за налагане на санкция по чл. 199, ал. 1, т. 3, т. 4 или т. 5 от ЗПУО</w:t>
      </w:r>
    </w:p>
    <w:p w14:paraId="4763C3E4" w14:textId="77777777" w:rsidR="00BC4E80" w:rsidRDefault="00BC4E80">
      <w:pPr>
        <w:spacing w:after="160"/>
        <w:jc w:val="center"/>
      </w:pPr>
      <w:r>
        <w:rPr>
          <w:rFonts w:ascii="Times New Roman" w:hAnsi="Times New Roman" w:cs="Times New Roman" w:eastAsia="Times New Roman"/>
          <w:i/>
          <w:sz w:val="20"/>
        </w:rPr>
        <w:t>чл. 199, ал. 1 и чл. 203, ал. 2 от ЗПУО; чл. 41 от ПДУ</w:t>
      </w:r>
    </w:p>
    <w:p w14:paraId="595EC9E8" w14:textId="77777777" w:rsidR="00BC4E80" w:rsidRDefault="00BC4E80">
      <w:pPr>
        <w:spacing w:after="40"/>
      </w:pPr>
      <w:r>
        <w:rPr>
          <w:rFonts w:ascii="Times New Roman" w:hAnsi="Times New Roman" w:cs="Times New Roman" w:eastAsia="Times New Roman"/>
          <w:sz w:val="24"/>
        </w:rPr>
        <w:t>от …………………………………………………………………………………………………………</w:t>
      </w:r>
    </w:p>
    <w:p w14:paraId="2474BF72" w14:textId="77777777" w:rsidR="00BC4E80" w:rsidRDefault="00BC4E80">
      <w:pPr>
        <w:spacing w:after="40"/>
      </w:pPr>
      <w:r>
        <w:rPr>
          <w:rFonts w:ascii="Times New Roman" w:hAnsi="Times New Roman" w:cs="Times New Roman" w:eastAsia="Times New Roman"/>
          <w:sz w:val="24"/>
        </w:rPr>
        <w:t>класен ръководител на …………………………………………………………………………… клас</w:t>
      </w:r>
    </w:p>
    <w:p w14:paraId="2DE13D0D" w14:textId="77777777" w:rsidR="00BC4E80" w:rsidRDefault="00BC4E80">
      <w:pPr>
        <w:spacing w:after="80"/>
      </w:pPr>
    </w:p>
    <w:p w14:paraId="34EFDDE3" w14:textId="77777777" w:rsidR="00BC4E80" w:rsidRDefault="00BC4E80">
      <w:pPr>
        <w:spacing w:after="120"/>
      </w:pPr>
      <w:r>
        <w:rPr>
          <w:rFonts w:ascii="Times New Roman" w:hAnsi="Times New Roman" w:cs="Times New Roman" w:eastAsia="Times New Roman"/>
          <w:b/>
          <w:sz w:val="24"/>
        </w:rPr>
        <w:t>УВАЖАЕМИ ЧЛЕНОВЕ НА ПЕДАГОГИЧЕСКИЯ СЪВЕТ,</w:t>
      </w:r>
    </w:p>
    <w:p w14:paraId="71200FD9" w14:textId="77777777" w:rsidR="00BC4E80" w:rsidRDefault="00BC4E80">
      <w:pPr>
        <w:spacing w:after="80"/>
      </w:pPr>
      <w:r>
        <w:rPr>
          <w:rFonts w:ascii="Times New Roman" w:hAnsi="Times New Roman" w:cs="Times New Roman" w:eastAsia="Times New Roman"/>
          <w:sz w:val="24"/>
        </w:rPr>
        <w:t>Предлагам на Ученик/ученичка: ……………………, Клас: ……………………        Специалност: …………………… да бъде наложена санкция по чл. 199, ал. 1, т. …………………… от ЗПУО – ……………………, със срок до …………………….</w:t>
      </w:r>
    </w:p>
    <w:p w14:paraId="760CF57C" w14:textId="77777777" w:rsidR="00BC4E80" w:rsidRDefault="00BC4E80">
      <w:pPr>
        <w:spacing w:after="80"/>
        <w:jc w:val="both"/>
      </w:pPr>
      <w:r>
        <w:rPr>
          <w:rFonts w:ascii="Times New Roman" w:hAnsi="Times New Roman" w:cs="Times New Roman" w:eastAsia="Times New Roman"/>
          <w:sz w:val="24"/>
        </w:rPr>
        <w:t>Основание за предложението:</w:t>
      </w:r>
    </w:p>
    <w:p w14:paraId="6A328769" w14:textId="77777777" w:rsidR="00BC4E80" w:rsidRDefault="00BC4E80">
      <w:pPr>
        <w:spacing w:after="80"/>
      </w:pPr>
      <w:r>
        <w:rPr>
          <w:rFonts w:ascii="Times New Roman" w:hAnsi="Times New Roman" w:cs="Times New Roman" w:eastAsia="Times New Roman"/>
          <w:sz w:val="24"/>
        </w:rPr>
        <w:t>☐ допуснати …………………………………………………………………… неизвинени отсъствия;</w:t>
      </w:r>
    </w:p>
    <w:p w14:paraId="2F81C09B" w14:textId="77777777" w:rsidR="00BC4E80" w:rsidRDefault="00BC4E80">
      <w:pPr>
        <w:spacing w:after="80"/>
      </w:pPr>
      <w:r>
        <w:rPr>
          <w:rFonts w:ascii="Times New Roman" w:hAnsi="Times New Roman" w:cs="Times New Roman" w:eastAsia="Times New Roman"/>
          <w:sz w:val="24"/>
        </w:rPr>
        <w:t>☐ тежко нарушение на Правилника за дейността на училището: ……………………………………</w:t>
      </w:r>
    </w:p>
    <w:p w14:paraId="1FC6BEA5" w14:textId="77777777" w:rsidR="00BC4E80" w:rsidRDefault="00BC4E80">
      <w:pPr>
        <w:spacing w:after="80"/>
      </w:pPr>
      <w:r>
        <w:rPr>
          <w:rFonts w:ascii="Times New Roman" w:hAnsi="Times New Roman" w:cs="Times New Roman" w:eastAsia="Times New Roman"/>
          <w:sz w:val="24"/>
        </w:rPr>
        <w:t>☐ системно неизпълнение на задълженията по чл. 24 от ПДУ: ………………………………………</w:t>
      </w:r>
    </w:p>
    <w:p w14:paraId="268C8C98" w14:textId="77777777" w:rsidR="00BC4E80" w:rsidRDefault="00BC4E80">
      <w:pPr>
        <w:spacing w:after="80"/>
      </w:pPr>
      <w:r>
        <w:rPr>
          <w:rFonts w:ascii="Times New Roman" w:hAnsi="Times New Roman" w:cs="Times New Roman" w:eastAsia="Times New Roman"/>
          <w:sz w:val="24"/>
        </w:rPr>
        <w:t>Предходно наложени санкции: …………………………………………………………………………</w:t>
      </w:r>
    </w:p>
    <w:p w14:paraId="78FA7616" w14:textId="77777777" w:rsidR="00BC4E80" w:rsidRDefault="00BC4E80">
      <w:pPr>
        <w:spacing w:after="80"/>
        <w:jc w:val="both"/>
      </w:pPr>
      <w:r>
        <w:rPr>
          <w:rFonts w:ascii="Times New Roman" w:hAnsi="Times New Roman" w:cs="Times New Roman" w:eastAsia="Times New Roman"/>
          <w:sz w:val="24"/>
        </w:rPr>
        <w:t>Изчерпани механизми за въздействие по чл. 38 от ПДУ:</w:t>
      </w:r>
    </w:p>
    <w:p w14:paraId="3B912626" w14:textId="77777777" w:rsidR="00BC4E80" w:rsidRDefault="00BC4E80">
      <w:pPr>
        <w:spacing w:after="80"/>
      </w:pPr>
      <w:r>
        <w:rPr>
          <w:rFonts w:ascii="Times New Roman" w:hAnsi="Times New Roman" w:cs="Times New Roman" w:eastAsia="Times New Roman"/>
          <w:sz w:val="24"/>
        </w:rPr>
        <w:t>1. ……………………………………………………………………………………………………………</w:t>
      </w:r>
    </w:p>
    <w:p w14:paraId="4A7158E5" w14:textId="77777777" w:rsidR="00BC4E80" w:rsidRDefault="00BC4E80">
      <w:pPr>
        <w:spacing w:after="80"/>
      </w:pPr>
      <w:r>
        <w:rPr>
          <w:rFonts w:ascii="Times New Roman" w:hAnsi="Times New Roman" w:cs="Times New Roman" w:eastAsia="Times New Roman"/>
          <w:sz w:val="24"/>
        </w:rPr>
        <w:t>2. ……………………………………………………………………………………………………………</w:t>
      </w:r>
    </w:p>
    <w:p w14:paraId="796C21E7" w14:textId="77777777" w:rsidR="00BC4E80" w:rsidRDefault="00BC4E80">
      <w:pPr>
        <w:spacing w:after="80"/>
      </w:pPr>
      <w:r>
        <w:rPr>
          <w:rFonts w:ascii="Times New Roman" w:hAnsi="Times New Roman" w:cs="Times New Roman" w:eastAsia="Times New Roman"/>
          <w:sz w:val="24"/>
        </w:rPr>
        <w:t>3. ……………………………………………………………………………………………………………</w:t>
      </w:r>
    </w:p>
    <w:p w14:paraId="445D9D85" w14:textId="77777777" w:rsidR="00BC4E80" w:rsidRDefault="00BC4E80">
      <w:pPr>
        <w:spacing w:after="80"/>
      </w:pPr>
      <w:r>
        <w:rPr>
          <w:rFonts w:ascii="Times New Roman" w:hAnsi="Times New Roman" w:cs="Times New Roman" w:eastAsia="Times New Roman"/>
          <w:sz w:val="24"/>
        </w:rPr>
        <w:t>Становище на педагогическия съветник: ………………………………………………………………</w:t>
      </w:r>
    </w:p>
    <w:p w14:paraId="5670C1DE" w14:textId="77777777" w:rsidR="00BC4E80" w:rsidRDefault="00BC4E80">
      <w:pPr>
        <w:spacing w:after="80"/>
      </w:pPr>
      <w:r>
        <w:rPr>
          <w:rFonts w:ascii="Times New Roman" w:hAnsi="Times New Roman" w:cs="Times New Roman" w:eastAsia="Times New Roman"/>
          <w:sz w:val="24"/>
        </w:rPr>
        <w:t>………………………………………………………………………………………………………………</w:t>
      </w:r>
    </w:p>
    <w:p w14:paraId="3ECA5796" w14:textId="77777777" w:rsidR="00BC4E80" w:rsidRDefault="00BC4E80">
      <w:pPr>
        <w:spacing w:after="80"/>
      </w:pPr>
      <w:r>
        <w:rPr>
          <w:rFonts w:ascii="Times New Roman" w:hAnsi="Times New Roman" w:cs="Times New Roman" w:eastAsia="Times New Roman"/>
          <w:sz w:val="24"/>
        </w:rPr>
        <w:t>Ученикът/ученичката е изслушан/а на …………………… г., за което е съставен протокол (Приложение № 5). Родителят е уведомен с Приложение № 9.</w:t>
      </w:r>
    </w:p>
    <w:p w14:paraId="738EEB95" w14:textId="77777777" w:rsidR="00BC4E80" w:rsidRDefault="00BC4E80">
      <w:pPr>
        <w:spacing w:after="200"/>
      </w:pPr>
    </w:p>
    <w:p w14:paraId="4CF0A804"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476A891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9 към Правилника за дейността на училището</w:t>
      </w:r>
    </w:p>
    <w:p w14:paraId="5D19A61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A7638DB" wp14:editId="446FE7E6">
            <wp:extent cx="6483600" cy="11751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C06D5A5" w14:textId="77777777" w:rsidR="00BC4E80" w:rsidRDefault="00BC4E80">
      <w:r>
        <w:rPr>
          <w:rFonts w:ascii="Times New Roman" w:hAnsi="Times New Roman" w:cs="Times New Roman" w:eastAsia="Times New Roman"/>
          <w:b/>
          <w:sz w:val="24"/>
        </w:rPr>
        <w:t>ДО</w:t>
      </w:r>
    </w:p>
    <w:p w14:paraId="6D3EE15F" w14:textId="77777777" w:rsidR="00BC4E80" w:rsidRDefault="00BC4E80">
      <w:r>
        <w:rPr>
          <w:rFonts w:ascii="Times New Roman" w:hAnsi="Times New Roman" w:cs="Times New Roman" w:eastAsia="Times New Roman"/>
          <w:b/>
          <w:sz w:val="24"/>
        </w:rPr>
        <w:t>Г-Н / Г-ЖА ………………………………………………………………………………………………</w:t>
      </w:r>
    </w:p>
    <w:p w14:paraId="2058EFD3" w14:textId="77777777" w:rsidR="00BC4E80" w:rsidRDefault="00BC4E80">
      <w:r>
        <w:rPr>
          <w:rFonts w:ascii="Times New Roman" w:hAnsi="Times New Roman" w:cs="Times New Roman" w:eastAsia="Times New Roman"/>
          <w:b/>
          <w:sz w:val="24"/>
        </w:rPr>
        <w:t>РОДИТЕЛ / НАСТОЙНИК НА УЧЕНИКА</w:t>
      </w:r>
    </w:p>
    <w:p w14:paraId="0EF5444D" w14:textId="77777777" w:rsidR="00BC4E80" w:rsidRDefault="00BC4E80">
      <w:pPr>
        <w:spacing w:after="160"/>
      </w:pPr>
    </w:p>
    <w:p w14:paraId="7249FEDC" w14:textId="77777777" w:rsidR="00BC4E80" w:rsidRDefault="00BC4E80">
      <w:pPr>
        <w:spacing w:before="80" w:after="40"/>
        <w:jc w:val="center"/>
      </w:pPr>
      <w:r>
        <w:rPr>
          <w:rFonts w:ascii="Times New Roman" w:hAnsi="Times New Roman" w:cs="Times New Roman" w:eastAsia="Times New Roman"/>
          <w:b/>
          <w:sz w:val="26"/>
        </w:rPr>
        <w:t>У В Е Д О М И Т Е Л Н О   П И С М О   Д О   Р О Д И Т Е Л</w:t>
      </w:r>
    </w:p>
    <w:p w14:paraId="1BC3234D" w14:textId="77777777" w:rsidR="00BC4E80" w:rsidRDefault="00BC4E80">
      <w:pPr>
        <w:spacing w:after="80"/>
        <w:jc w:val="center"/>
      </w:pPr>
      <w:r>
        <w:rPr>
          <w:rFonts w:ascii="Times New Roman" w:hAnsi="Times New Roman" w:cs="Times New Roman" w:eastAsia="Times New Roman"/>
          <w:b/>
        </w:rPr>
        <w:t>за разглеждане на случая от Педагогическия съвет</w:t>
      </w:r>
    </w:p>
    <w:p w14:paraId="282E11AC" w14:textId="77777777" w:rsidR="00BC4E80" w:rsidRDefault="00BC4E80">
      <w:pPr>
        <w:spacing w:after="160"/>
        <w:jc w:val="center"/>
      </w:pPr>
      <w:r>
        <w:rPr>
          <w:rFonts w:ascii="Times New Roman" w:hAnsi="Times New Roman" w:cs="Times New Roman" w:eastAsia="Times New Roman"/>
          <w:i/>
          <w:sz w:val="20"/>
        </w:rPr>
        <w:t>чл. 203, ал. 2 и чл. 204 от ЗПУО</w:t>
      </w:r>
    </w:p>
    <w:p w14:paraId="0A68BF04"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6F74B386" w14:textId="77777777" w:rsidR="00BC4E80" w:rsidRDefault="00BC4E80">
      <w:pPr>
        <w:spacing w:after="80"/>
      </w:pPr>
      <w:r>
        <w:rPr>
          <w:rFonts w:ascii="Times New Roman" w:hAnsi="Times New Roman" w:cs="Times New Roman" w:eastAsia="Times New Roman"/>
          <w:sz w:val="24"/>
        </w:rPr>
        <w:t>Уведомявам Ви, че на …………………… г. от …………………… часа ще се проведе заседание на Педагогическия съвет при ПГМКР „Свети Никола“ – гр. Бургас, на което ще бъде разгледано предложение за налагане на санкция по чл. 199, ал. 1, т. …………………… от ЗПУО – …………………… на сина Ви / дъщеря Ви ……………………, ученик/ученичка от …………………… клас.</w:t>
      </w:r>
    </w:p>
    <w:p w14:paraId="6B1808EC" w14:textId="77777777" w:rsidR="00BC4E80" w:rsidRDefault="00BC4E80">
      <w:pPr>
        <w:spacing w:after="80"/>
      </w:pPr>
      <w:r>
        <w:rPr>
          <w:rFonts w:ascii="Times New Roman" w:hAnsi="Times New Roman" w:cs="Times New Roman" w:eastAsia="Times New Roman"/>
          <w:sz w:val="24"/>
        </w:rPr>
        <w:t>Мотиви за предложението: ………………………………………………………………………………</w:t>
      </w:r>
    </w:p>
    <w:p w14:paraId="141B3FA5" w14:textId="77777777" w:rsidR="00BC4E80" w:rsidRDefault="00BC4E80">
      <w:pPr>
        <w:spacing w:after="80"/>
      </w:pPr>
      <w:r>
        <w:rPr>
          <w:rFonts w:ascii="Times New Roman" w:hAnsi="Times New Roman" w:cs="Times New Roman" w:eastAsia="Times New Roman"/>
          <w:sz w:val="24"/>
        </w:rPr>
        <w:t>………………………………………………………………………………………………………………</w:t>
      </w:r>
    </w:p>
    <w:p w14:paraId="746564CB" w14:textId="77777777" w:rsidR="00BC4E80" w:rsidRDefault="00BC4E80">
      <w:pPr>
        <w:spacing w:after="80"/>
        <w:jc w:val="both"/>
      </w:pPr>
      <w:r>
        <w:rPr>
          <w:rFonts w:ascii="Times New Roman" w:hAnsi="Times New Roman" w:cs="Times New Roman" w:eastAsia="Times New Roman"/>
          <w:sz w:val="24"/>
        </w:rPr>
        <w:t>Имате право да присъствате на заседанието заедно с ученика/ученичката и да изразите мнение (чл. 204 от ЗПУО).</w:t>
      </w:r>
    </w:p>
    <w:p w14:paraId="70D8C75D" w14:textId="77777777" w:rsidR="00BC4E80" w:rsidRDefault="00BC4E80">
      <w:pPr>
        <w:spacing w:after="80"/>
        <w:jc w:val="both"/>
      </w:pPr>
      <w:r>
        <w:rPr>
          <w:rFonts w:ascii="Times New Roman" w:hAnsi="Times New Roman" w:cs="Times New Roman" w:eastAsia="Times New Roman"/>
          <w:sz w:val="24"/>
        </w:rPr>
        <w:t>При неявяване заседанието ще се проведе в отсъствие на родителя.</w:t>
      </w:r>
    </w:p>
    <w:p w14:paraId="4765324C" w14:textId="77777777" w:rsidR="00BC4E80" w:rsidRDefault="00BC4E80">
      <w:pPr>
        <w:spacing w:after="200"/>
      </w:pPr>
    </w:p>
    <w:p w14:paraId="10475CA9" w14:textId="77777777" w:rsidR="00BC4E80" w:rsidRDefault="00BC4E80">
      <w:pPr>
        <w:tabs>
          <w:tab w:val="left" w:pos="5386"/>
        </w:tabs>
        <w:spacing w:after="160" w:before="3402"/>
      </w:pPr>
      <w:r>
        <w:rPr>
          <w:rFonts w:ascii="Times New Roman" w:hAnsi="Times New Roman" w:cs="Times New Roman" w:eastAsia="Times New Roman"/>
          <w:sz w:val="24"/>
        </w:rPr>
        <w:t>Дата: ……………………………………………… г.</w:t>
      </w:r>
      <w:r>
        <w:rPr>
          <w:rFonts w:ascii="Times New Roman" w:hAnsi="Times New Roman" w:cs="Times New Roman" w:eastAsia="Times New Roman"/>
          <w:sz w:val="24"/>
        </w:rPr>
        <w:tab/>
        <w:t>Директор: ………………………………………</w:t>
      </w:r>
    </w:p>
    <w:p w14:paraId="1CBA8B13" w14:textId="77777777" w:rsidR="00BC4E80" w:rsidRDefault="00BC4E80">
      <w:pPr>
        <w:tabs>
          <w:tab w:val="left" w:pos="5386"/>
        </w:tabs>
        <w:spacing w:after="160"/>
      </w:pPr>
      <w:r>
        <w:rPr>
          <w:rFonts w:ascii="Times New Roman" w:hAnsi="Times New Roman" w:cs="Times New Roman" w:eastAsia="Times New Roman"/>
          <w:sz w:val="24"/>
        </w:rPr>
        <w:t>Получил уведомлението:</w:t>
      </w:r>
      <w:r>
        <w:rPr>
          <w:rFonts w:ascii="Times New Roman" w:hAnsi="Times New Roman" w:cs="Times New Roman" w:eastAsia="Times New Roman"/>
          <w:sz w:val="24"/>
        </w:rPr>
        <w:tab/>
        <w:t>Родител: ………………………………………</w:t>
      </w:r>
    </w:p>
    <w:p w14:paraId="3B761CE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10 към Правилника за дейността на училището</w:t>
      </w:r>
    </w:p>
    <w:p w14:paraId="3D3FFBA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4204131" wp14:editId="3471B816">
            <wp:extent cx="6483600" cy="117515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AA5E373" w14:textId="77777777" w:rsidR="00BC4E80" w:rsidRDefault="00BC4E80">
      <w:r>
        <w:rPr>
          <w:rFonts w:ascii="Times New Roman" w:hAnsi="Times New Roman" w:cs="Times New Roman" w:eastAsia="Times New Roman"/>
          <w:b/>
          <w:sz w:val="24"/>
        </w:rPr>
        <w:t>ДО</w:t>
      </w:r>
    </w:p>
    <w:p w14:paraId="29138BF2" w14:textId="77777777" w:rsidR="00BC4E80" w:rsidRDefault="00BC4E80">
      <w:r>
        <w:rPr>
          <w:rFonts w:ascii="Times New Roman" w:hAnsi="Times New Roman" w:cs="Times New Roman" w:eastAsia="Times New Roman"/>
          <w:b/>
          <w:sz w:val="24"/>
        </w:rPr>
        <w:t>ОТДЕЛ „ЗАКРИЛА НА ДЕТЕТО“</w:t>
      </w:r>
    </w:p>
    <w:p w14:paraId="6DEC7C3B" w14:textId="77777777" w:rsidR="00BC4E80" w:rsidRDefault="00BC4E80">
      <w:r>
        <w:rPr>
          <w:rFonts w:ascii="Times New Roman" w:hAnsi="Times New Roman" w:cs="Times New Roman" w:eastAsia="Times New Roman"/>
          <w:b/>
          <w:sz w:val="24"/>
        </w:rPr>
        <w:t>ДИРЕКЦИЯ „СОЦИАЛНО ПОДПОМАГАНЕ“</w:t>
      </w:r>
    </w:p>
    <w:p w14:paraId="2466E1EA" w14:textId="77777777" w:rsidR="00BC4E80" w:rsidRDefault="00BC4E80">
      <w:r>
        <w:rPr>
          <w:rFonts w:ascii="Times New Roman" w:hAnsi="Times New Roman" w:cs="Times New Roman" w:eastAsia="Times New Roman"/>
          <w:b/>
          <w:sz w:val="24"/>
        </w:rPr>
        <w:t>ГР. БУРГАС</w:t>
      </w:r>
    </w:p>
    <w:p w14:paraId="19F598DD" w14:textId="77777777" w:rsidR="00BC4E80" w:rsidRDefault="00BC4E80">
      <w:pPr>
        <w:spacing w:after="160"/>
      </w:pPr>
    </w:p>
    <w:p w14:paraId="7DF61B5E" w14:textId="77777777" w:rsidR="00BC4E80" w:rsidRDefault="00BC4E80">
      <w:pPr>
        <w:spacing w:before="80" w:after="40"/>
        <w:jc w:val="center"/>
      </w:pPr>
      <w:r>
        <w:rPr>
          <w:rFonts w:ascii="Times New Roman" w:hAnsi="Times New Roman" w:cs="Times New Roman" w:eastAsia="Times New Roman"/>
          <w:b/>
          <w:sz w:val="26"/>
        </w:rPr>
        <w:t>У В Е Д О М И Т Е Л Н О   П И С М О</w:t>
      </w:r>
    </w:p>
    <w:p w14:paraId="6584D11E" w14:textId="77777777" w:rsidR="00BC4E80" w:rsidRDefault="00BC4E80">
      <w:pPr>
        <w:spacing w:after="80"/>
        <w:jc w:val="center"/>
      </w:pPr>
      <w:r>
        <w:rPr>
          <w:rFonts w:ascii="Times New Roman" w:hAnsi="Times New Roman" w:cs="Times New Roman" w:eastAsia="Times New Roman"/>
          <w:b/>
        </w:rPr>
        <w:t>за откриване на процедура по налагане на санкция на ученик</w:t>
      </w:r>
    </w:p>
    <w:p w14:paraId="3357625C" w14:textId="77777777" w:rsidR="00BC4E80" w:rsidRDefault="00BC4E80">
      <w:pPr>
        <w:spacing w:after="160"/>
        <w:jc w:val="center"/>
      </w:pPr>
      <w:r>
        <w:rPr>
          <w:rFonts w:ascii="Times New Roman" w:hAnsi="Times New Roman" w:cs="Times New Roman" w:eastAsia="Times New Roman"/>
          <w:i/>
          <w:sz w:val="20"/>
        </w:rPr>
        <w:t>чл. 204, ал. 1 от ЗПУО; Закон за закрила на детето</w:t>
      </w:r>
    </w:p>
    <w:p w14:paraId="3A6543EE" w14:textId="77777777" w:rsidR="00BC4E80" w:rsidRDefault="00BC4E80">
      <w:pPr>
        <w:spacing w:after="120"/>
      </w:pPr>
      <w:r>
        <w:rPr>
          <w:rFonts w:ascii="Times New Roman" w:hAnsi="Times New Roman" w:cs="Times New Roman" w:eastAsia="Times New Roman"/>
          <w:b/>
          <w:sz w:val="24"/>
        </w:rPr>
        <w:t>УВАЖАЕМИ ГОСПОЖИ И ГОСПОДА,</w:t>
      </w:r>
    </w:p>
    <w:p w14:paraId="59EBD980" w14:textId="77777777" w:rsidR="00BC4E80" w:rsidRDefault="00BC4E80">
      <w:pPr>
        <w:spacing w:after="80"/>
      </w:pPr>
      <w:r>
        <w:rPr>
          <w:rFonts w:ascii="Times New Roman" w:hAnsi="Times New Roman" w:cs="Times New Roman" w:eastAsia="Times New Roman"/>
          <w:sz w:val="24"/>
        </w:rPr>
        <w:t>Уведомявам Ви, че в ПГМКР „Свети Никола“ – гр. Бургас е открита процедура по налагане на санкция по чл. 199, ал. 1, т. …………………… от ЗПУО на:</w:t>
      </w:r>
    </w:p>
    <w:p w14:paraId="4803EDC0" w14:textId="77777777" w:rsidR="00BC4E80" w:rsidRDefault="00BC4E80">
      <w:pPr>
        <w:spacing w:after="80"/>
      </w:pPr>
      <w:r>
        <w:rPr>
          <w:rFonts w:ascii="Times New Roman" w:hAnsi="Times New Roman" w:cs="Times New Roman" w:eastAsia="Times New Roman"/>
          <w:sz w:val="24"/>
        </w:rPr>
        <w:t>Ученик/ученичка: …………………………………………………………, ЕГН ………………………</w:t>
      </w:r>
    </w:p>
    <w:p w14:paraId="59C4A7F4" w14:textId="77777777" w:rsidR="00BC4E80" w:rsidRDefault="00BC4E80">
      <w:pPr>
        <w:spacing w:after="80"/>
      </w:pPr>
      <w:r>
        <w:rPr>
          <w:rFonts w:ascii="Times New Roman" w:hAnsi="Times New Roman" w:cs="Times New Roman" w:eastAsia="Times New Roman"/>
          <w:sz w:val="24"/>
        </w:rPr>
        <w:t>Клас: ……………………        Специалност: ……………………………………………………………</w:t>
      </w:r>
    </w:p>
    <w:p w14:paraId="686C273C" w14:textId="77777777" w:rsidR="00BC4E80" w:rsidRDefault="00BC4E80">
      <w:pPr>
        <w:spacing w:after="80"/>
      </w:pPr>
      <w:r>
        <w:rPr>
          <w:rFonts w:ascii="Times New Roman" w:hAnsi="Times New Roman" w:cs="Times New Roman" w:eastAsia="Times New Roman"/>
          <w:sz w:val="24"/>
        </w:rPr>
        <w:t>Постоянен адрес: …………………………………………………………………………………………</w:t>
      </w:r>
    </w:p>
    <w:p w14:paraId="182A22B5" w14:textId="77777777" w:rsidR="00BC4E80" w:rsidRDefault="00BC4E80">
      <w:pPr>
        <w:spacing w:after="80"/>
      </w:pPr>
      <w:r>
        <w:rPr>
          <w:rFonts w:ascii="Times New Roman" w:hAnsi="Times New Roman" w:cs="Times New Roman" w:eastAsia="Times New Roman"/>
          <w:sz w:val="24"/>
        </w:rPr>
        <w:t>Родител / настойник: ……………………………………………………………………………………</w:t>
      </w:r>
    </w:p>
    <w:p w14:paraId="2382418A" w14:textId="77777777" w:rsidR="00BC4E80" w:rsidRDefault="00BC4E80">
      <w:pPr>
        <w:spacing w:after="80"/>
      </w:pPr>
      <w:r>
        <w:rPr>
          <w:rFonts w:ascii="Times New Roman" w:hAnsi="Times New Roman" w:cs="Times New Roman" w:eastAsia="Times New Roman"/>
          <w:sz w:val="24"/>
        </w:rPr>
        <w:t>Основание за откриване на процедурата: ………………………………………………………………</w:t>
      </w:r>
    </w:p>
    <w:p w14:paraId="5718FF0F" w14:textId="77777777" w:rsidR="00BC4E80" w:rsidRDefault="00BC4E80">
      <w:pPr>
        <w:spacing w:after="80"/>
      </w:pPr>
      <w:r>
        <w:rPr>
          <w:rFonts w:ascii="Times New Roman" w:hAnsi="Times New Roman" w:cs="Times New Roman" w:eastAsia="Times New Roman"/>
          <w:sz w:val="24"/>
        </w:rPr>
        <w:t>………………………………………………………………………………………………………………</w:t>
      </w:r>
    </w:p>
    <w:p w14:paraId="74FDB791" w14:textId="77777777" w:rsidR="00BC4E80" w:rsidRDefault="00BC4E80">
      <w:pPr>
        <w:spacing w:after="80"/>
      </w:pPr>
      <w:r>
        <w:rPr>
          <w:rFonts w:ascii="Times New Roman" w:hAnsi="Times New Roman" w:cs="Times New Roman" w:eastAsia="Times New Roman"/>
          <w:sz w:val="24"/>
        </w:rPr>
        <w:t>Предприети от училището мерки за подкрепа: …………………………………………………………</w:t>
      </w:r>
    </w:p>
    <w:p w14:paraId="44781CB4" w14:textId="77777777" w:rsidR="00BC4E80" w:rsidRDefault="00BC4E80">
      <w:pPr>
        <w:spacing w:after="80"/>
      </w:pPr>
      <w:r>
        <w:rPr>
          <w:rFonts w:ascii="Times New Roman" w:hAnsi="Times New Roman" w:cs="Times New Roman" w:eastAsia="Times New Roman"/>
          <w:sz w:val="24"/>
        </w:rPr>
        <w:t>………………………………………………………………………………………………………………</w:t>
      </w:r>
    </w:p>
    <w:p w14:paraId="4EF1F5F0" w14:textId="77777777" w:rsidR="00BC4E80" w:rsidRDefault="00BC4E80">
      <w:pPr>
        <w:spacing w:after="80"/>
        <w:jc w:val="both"/>
      </w:pPr>
      <w:r>
        <w:rPr>
          <w:rFonts w:ascii="Times New Roman" w:hAnsi="Times New Roman" w:cs="Times New Roman" w:eastAsia="Times New Roman"/>
          <w:sz w:val="24"/>
        </w:rPr>
        <w:t>Моля за Вашето съдействие и за определяне на представител, който да присъства при налагането на санкцията.</w:t>
      </w:r>
    </w:p>
    <w:p w14:paraId="3374DC25" w14:textId="77777777" w:rsidR="00BC4E80" w:rsidRDefault="00BC4E80">
      <w:pPr>
        <w:spacing w:after="200"/>
      </w:pPr>
    </w:p>
    <w:p w14:paraId="252E36C2" w14:textId="77777777" w:rsidR="00BC4E80" w:rsidRDefault="00BC4E80">
      <w:pPr>
        <w:tabs>
          <w:tab w:val="left" w:pos="5386"/>
        </w:tabs>
        <w:spacing w:after="160" w:before="3130"/>
      </w:pPr>
      <w:r>
        <w:rPr>
          <w:rFonts w:ascii="Times New Roman" w:hAnsi="Times New Roman" w:cs="Times New Roman" w:eastAsia="Times New Roman"/>
          <w:sz w:val="24"/>
        </w:rPr>
        <w:t>Дата: ……………………………………………… г.</w:t>
      </w:r>
      <w:r>
        <w:rPr>
          <w:rFonts w:ascii="Times New Roman" w:hAnsi="Times New Roman" w:cs="Times New Roman" w:eastAsia="Times New Roman"/>
          <w:sz w:val="24"/>
        </w:rPr>
        <w:tab/>
        <w:t>Директор: ………………………………………</w:t>
      </w:r>
    </w:p>
    <w:p w14:paraId="78F7769B"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11 към Правилника за дейността на училището</w:t>
      </w:r>
    </w:p>
    <w:p w14:paraId="488E191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9B0022E" wp14:editId="40505E8D">
            <wp:extent cx="6483600" cy="117515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E662A4E" w14:textId="77777777" w:rsidR="00BC4E80" w:rsidRDefault="00BC4E80">
      <w:r>
        <w:rPr>
          <w:rFonts w:ascii="Times New Roman" w:hAnsi="Times New Roman" w:cs="Times New Roman" w:eastAsia="Times New Roman"/>
          <w:b/>
          <w:sz w:val="24"/>
        </w:rPr>
        <w:t>ДО</w:t>
      </w:r>
    </w:p>
    <w:p w14:paraId="0071B1BB" w14:textId="77777777" w:rsidR="00BC4E80" w:rsidRDefault="00BC4E80">
      <w:r>
        <w:rPr>
          <w:rFonts w:ascii="Times New Roman" w:hAnsi="Times New Roman" w:cs="Times New Roman" w:eastAsia="Times New Roman"/>
          <w:b/>
          <w:sz w:val="24"/>
        </w:rPr>
        <w:t>ДИРЕКТОРА</w:t>
      </w:r>
    </w:p>
    <w:p w14:paraId="24BBF9AC" w14:textId="77777777" w:rsidR="00BC4E80" w:rsidRDefault="00BC4E80">
      <w:r>
        <w:rPr>
          <w:rFonts w:ascii="Times New Roman" w:hAnsi="Times New Roman" w:cs="Times New Roman" w:eastAsia="Times New Roman"/>
          <w:b/>
          <w:sz w:val="24"/>
        </w:rPr>
        <w:t>НА ПГМКР „СВЕТИ НИКОЛА“</w:t>
      </w:r>
    </w:p>
    <w:p w14:paraId="5A6611CD" w14:textId="77777777" w:rsidR="00BC4E80" w:rsidRDefault="00BC4E80">
      <w:r>
        <w:rPr>
          <w:rFonts w:ascii="Times New Roman" w:hAnsi="Times New Roman" w:cs="Times New Roman" w:eastAsia="Times New Roman"/>
          <w:b/>
          <w:sz w:val="24"/>
        </w:rPr>
        <w:t>ГР. БУРГАС</w:t>
      </w:r>
    </w:p>
    <w:p w14:paraId="18C5D468" w14:textId="77777777" w:rsidR="00BC4E80" w:rsidRDefault="00BC4E80">
      <w:pPr>
        <w:spacing w:after="160"/>
      </w:pPr>
    </w:p>
    <w:p w14:paraId="78725D5D" w14:textId="77777777" w:rsidR="00BC4E80" w:rsidRDefault="00BC4E80">
      <w:pPr>
        <w:spacing w:before="80" w:after="40"/>
        <w:jc w:val="center"/>
      </w:pPr>
      <w:r>
        <w:rPr>
          <w:rFonts w:ascii="Times New Roman" w:hAnsi="Times New Roman" w:cs="Times New Roman" w:eastAsia="Times New Roman"/>
          <w:b/>
          <w:sz w:val="26"/>
        </w:rPr>
        <w:t>П Р Е Д Л О Ж Е Н И Е</w:t>
      </w:r>
    </w:p>
    <w:p w14:paraId="5674B2D8" w14:textId="77777777" w:rsidR="00BC4E80" w:rsidRDefault="00BC4E80">
      <w:pPr>
        <w:spacing w:after="80"/>
        <w:jc w:val="center"/>
      </w:pPr>
      <w:r>
        <w:rPr>
          <w:rFonts w:ascii="Times New Roman" w:hAnsi="Times New Roman" w:cs="Times New Roman" w:eastAsia="Times New Roman"/>
          <w:b/>
        </w:rPr>
        <w:t>от Педагогическия съвет за издаване на заповед за налагане на санкция</w:t>
      </w:r>
    </w:p>
    <w:p w14:paraId="55FDDE43" w14:textId="77777777" w:rsidR="00BC4E80" w:rsidRDefault="00BC4E80">
      <w:pPr>
        <w:spacing w:after="160"/>
        <w:jc w:val="center"/>
      </w:pPr>
      <w:r>
        <w:rPr>
          <w:rFonts w:ascii="Times New Roman" w:hAnsi="Times New Roman" w:cs="Times New Roman" w:eastAsia="Times New Roman"/>
          <w:i/>
          <w:sz w:val="20"/>
        </w:rPr>
        <w:t>чл. 203, ал. 2 от ЗПУО</w:t>
      </w:r>
    </w:p>
    <w:p w14:paraId="0744895C" w14:textId="77777777" w:rsidR="00BC4E80" w:rsidRDefault="00BC4E80">
      <w:pPr>
        <w:spacing w:after="40"/>
      </w:pPr>
      <w:r>
        <w:rPr>
          <w:rFonts w:ascii="Times New Roman" w:hAnsi="Times New Roman" w:cs="Times New Roman" w:eastAsia="Times New Roman"/>
          <w:sz w:val="24"/>
        </w:rPr>
        <w:t>Извлечение от Протокол № …………………………… / …………………………………………… г.</w:t>
      </w:r>
    </w:p>
    <w:p w14:paraId="6B5639CE" w14:textId="77777777" w:rsidR="00BC4E80" w:rsidRDefault="00BC4E80">
      <w:pPr>
        <w:spacing w:after="40"/>
      </w:pPr>
      <w:r>
        <w:rPr>
          <w:rFonts w:ascii="Times New Roman" w:hAnsi="Times New Roman" w:cs="Times New Roman" w:eastAsia="Times New Roman"/>
          <w:sz w:val="24"/>
        </w:rPr>
        <w:t>от заседание на Педагогическия съвет</w:t>
      </w:r>
    </w:p>
    <w:p w14:paraId="65F47431" w14:textId="77777777" w:rsidR="00BC4E80" w:rsidRDefault="00BC4E80">
      <w:pPr>
        <w:spacing w:after="80"/>
      </w:pPr>
    </w:p>
    <w:p w14:paraId="6E1A6C6A"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6BE1EF0" w14:textId="77777777" w:rsidR="00BC4E80" w:rsidRDefault="00BC4E80">
      <w:pPr>
        <w:spacing w:after="80"/>
        <w:jc w:val="both"/>
      </w:pPr>
      <w:r>
        <w:rPr>
          <w:rFonts w:ascii="Times New Roman" w:hAnsi="Times New Roman" w:cs="Times New Roman" w:eastAsia="Times New Roman"/>
          <w:sz w:val="24"/>
        </w:rPr>
        <w:t>Педагогическият съвет при ПГМКР „Свети Никола“ – гр. Бургас, след като разгледа мотивираното предложение на класния ръководител (Приложение № 8), изслуша ученика/ученичката и се запозна със становището на педагогическия съветник,</w:t>
      </w:r>
    </w:p>
    <w:p w14:paraId="46B59D8D" w14:textId="77777777" w:rsidR="00BC4E80" w:rsidRDefault="00BC4E80">
      <w:pPr>
        <w:spacing w:after="80"/>
        <w:jc w:val="both"/>
      </w:pPr>
      <w:r>
        <w:rPr>
          <w:rFonts w:ascii="Times New Roman" w:hAnsi="Times New Roman" w:cs="Times New Roman" w:eastAsia="Times New Roman"/>
          <w:sz w:val="24"/>
        </w:rPr>
        <w:t>Р Е Ш И:</w:t>
      </w:r>
    </w:p>
    <w:p w14:paraId="406A0530" w14:textId="77777777" w:rsidR="00BC4E80" w:rsidRDefault="00BC4E80">
      <w:pPr>
        <w:spacing w:after="80"/>
      </w:pPr>
      <w:r>
        <w:rPr>
          <w:rFonts w:ascii="Times New Roman" w:hAnsi="Times New Roman" w:cs="Times New Roman" w:eastAsia="Times New Roman"/>
          <w:sz w:val="24"/>
        </w:rPr>
        <w:t>Предлага на директора да издаде заповед за налагане на санкция по чл. 199, ал. 1, т. …………………… от ЗПУО – ……………………, на Ученик/ученичка: ……………………, Клас: ……………………        Специалност: ……………………</w:t>
      </w:r>
    </w:p>
    <w:p w14:paraId="3E55C98B" w14:textId="77777777" w:rsidR="00BC4E80" w:rsidRDefault="00BC4E80">
      <w:pPr>
        <w:spacing w:after="80"/>
      </w:pPr>
      <w:r>
        <w:rPr>
          <w:rFonts w:ascii="Times New Roman" w:hAnsi="Times New Roman" w:cs="Times New Roman" w:eastAsia="Times New Roman"/>
          <w:sz w:val="24"/>
        </w:rPr>
        <w:t>със срок до ……………………………………………………………………………………………….</w:t>
      </w:r>
    </w:p>
    <w:p w14:paraId="7C21C1CB" w14:textId="77777777" w:rsidR="00BC4E80" w:rsidRDefault="00BC4E80">
      <w:pPr>
        <w:spacing w:after="80"/>
      </w:pPr>
      <w:r>
        <w:rPr>
          <w:rFonts w:ascii="Times New Roman" w:hAnsi="Times New Roman" w:cs="Times New Roman" w:eastAsia="Times New Roman"/>
          <w:sz w:val="24"/>
        </w:rPr>
        <w:t>Мотиви: ……………………………………………………………………………………………………</w:t>
      </w:r>
    </w:p>
    <w:p w14:paraId="361482F4" w14:textId="77777777" w:rsidR="00BC4E80" w:rsidRDefault="00BC4E80">
      <w:pPr>
        <w:spacing w:after="80"/>
      </w:pPr>
      <w:r>
        <w:rPr>
          <w:rFonts w:ascii="Times New Roman" w:hAnsi="Times New Roman" w:cs="Times New Roman" w:eastAsia="Times New Roman"/>
          <w:sz w:val="24"/>
        </w:rPr>
        <w:t>………………………………………………………………………………………………………………</w:t>
      </w:r>
    </w:p>
    <w:p w14:paraId="4BF0AE5F" w14:textId="77777777" w:rsidR="00BC4E80" w:rsidRDefault="00BC4E80">
      <w:pPr>
        <w:spacing w:after="80"/>
      </w:pPr>
      <w:r>
        <w:rPr>
          <w:rFonts w:ascii="Times New Roman" w:hAnsi="Times New Roman" w:cs="Times New Roman" w:eastAsia="Times New Roman"/>
          <w:sz w:val="24"/>
        </w:rPr>
        <w:t>………………………………………………………………………………………………………………</w:t>
      </w:r>
    </w:p>
    <w:p w14:paraId="6B5E4348" w14:textId="77777777" w:rsidR="00BC4E80" w:rsidRDefault="00BC4E80">
      <w:pPr>
        <w:spacing w:after="80"/>
      </w:pPr>
      <w:r>
        <w:rPr>
          <w:rFonts w:ascii="Times New Roman" w:hAnsi="Times New Roman" w:cs="Times New Roman" w:eastAsia="Times New Roman"/>
          <w:sz w:val="24"/>
        </w:rPr>
        <w:t>Дейности за превенция и преодоляване на проблемното поведение по чл. 199, ал. 5 от ЗПУО: ……………………</w:t>
      </w:r>
    </w:p>
    <w:p w14:paraId="1A481A05" w14:textId="77777777" w:rsidR="00BC4E80" w:rsidRDefault="00BC4E80">
      <w:pPr>
        <w:spacing w:after="80"/>
      </w:pPr>
      <w:r>
        <w:rPr>
          <w:rFonts w:ascii="Times New Roman" w:hAnsi="Times New Roman" w:cs="Times New Roman" w:eastAsia="Times New Roman"/>
          <w:sz w:val="24"/>
        </w:rPr>
        <w:t>………………………………………………………………………………………………………………</w:t>
      </w:r>
    </w:p>
    <w:p w14:paraId="5B1AE4D7" w14:textId="77777777" w:rsidR="00BC4E80" w:rsidRDefault="00BC4E80">
      <w:pPr>
        <w:spacing w:after="80"/>
      </w:pPr>
      <w:r>
        <w:rPr>
          <w:rFonts w:ascii="Times New Roman" w:hAnsi="Times New Roman" w:cs="Times New Roman" w:eastAsia="Times New Roman"/>
          <w:sz w:val="24"/>
        </w:rPr>
        <w:t>Гласували: „за“ – ……………………, „против“ – ……………………, „въздържал се“ – …………………….</w:t>
      </w:r>
    </w:p>
    <w:p w14:paraId="31CA00B2" w14:textId="77777777" w:rsidR="00BC4E80" w:rsidRDefault="00BC4E80">
      <w:pPr>
        <w:spacing w:after="200"/>
      </w:pPr>
    </w:p>
    <w:p w14:paraId="2D89786B" w14:textId="77777777" w:rsidR="00BC4E80" w:rsidRDefault="00BC4E80">
      <w:pPr>
        <w:tabs>
          <w:tab w:val="left" w:pos="5386"/>
        </w:tabs>
        <w:spacing w:after="160"/>
      </w:pPr>
      <w:r>
        <w:rPr>
          <w:rFonts w:ascii="Times New Roman" w:hAnsi="Times New Roman" w:cs="Times New Roman" w:eastAsia="Times New Roman"/>
          <w:sz w:val="24"/>
        </w:rPr>
        <w:t>Председател на ПС: ………………………………</w:t>
      </w:r>
      <w:r>
        <w:rPr>
          <w:rFonts w:ascii="Times New Roman" w:hAnsi="Times New Roman" w:cs="Times New Roman" w:eastAsia="Times New Roman"/>
          <w:sz w:val="24"/>
        </w:rPr>
        <w:tab/>
        <w:t>Протоколчик: …………………………………</w:t>
      </w:r>
    </w:p>
    <w:p w14:paraId="0DDD6CD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12 към Правилника за дейността на училището</w:t>
      </w:r>
    </w:p>
    <w:p w14:paraId="02A5A1B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664817C5" wp14:editId="76C4C485">
            <wp:extent cx="6483600" cy="117515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739BE00" w14:textId="77777777" w:rsidR="00BC4E80" w:rsidRDefault="00BC4E80">
      <w:pPr>
        <w:spacing w:after="160"/>
      </w:pPr>
      <w:r>
        <w:rPr>
          <w:rFonts w:ascii="Times New Roman" w:hAnsi="Times New Roman" w:cs="Times New Roman" w:eastAsia="Times New Roman"/>
        </w:rPr>
        <w:t>Вх. № ………………………………………………………… / ………………………………………………… г.</w:t>
      </w:r>
    </w:p>
    <w:p w14:paraId="6D3ADBA5" w14:textId="77777777" w:rsidR="00BC4E80" w:rsidRDefault="00BC4E80">
      <w:r>
        <w:rPr>
          <w:rFonts w:ascii="Times New Roman" w:hAnsi="Times New Roman" w:cs="Times New Roman" w:eastAsia="Times New Roman"/>
          <w:b/>
          <w:sz w:val="24"/>
        </w:rPr>
        <w:t>ДО</w:t>
      </w:r>
    </w:p>
    <w:p w14:paraId="06092B07" w14:textId="77777777" w:rsidR="00BC4E80" w:rsidRDefault="00BC4E80">
      <w:r>
        <w:rPr>
          <w:rFonts w:ascii="Times New Roman" w:hAnsi="Times New Roman" w:cs="Times New Roman" w:eastAsia="Times New Roman"/>
          <w:b/>
          <w:sz w:val="24"/>
        </w:rPr>
        <w:t>ДИРЕКТОРА</w:t>
      </w:r>
    </w:p>
    <w:p w14:paraId="28C4562E" w14:textId="77777777" w:rsidR="00BC4E80" w:rsidRDefault="00BC4E80">
      <w:r>
        <w:rPr>
          <w:rFonts w:ascii="Times New Roman" w:hAnsi="Times New Roman" w:cs="Times New Roman" w:eastAsia="Times New Roman"/>
          <w:b/>
          <w:sz w:val="24"/>
        </w:rPr>
        <w:t>НА ПГМКР „СВЕТИ НИКОЛА“</w:t>
      </w:r>
    </w:p>
    <w:p w14:paraId="0F2AE3C1" w14:textId="77777777" w:rsidR="00BC4E80" w:rsidRDefault="00BC4E80">
      <w:r>
        <w:rPr>
          <w:rFonts w:ascii="Times New Roman" w:hAnsi="Times New Roman" w:cs="Times New Roman" w:eastAsia="Times New Roman"/>
          <w:b/>
          <w:sz w:val="24"/>
        </w:rPr>
        <w:t>ГР. БУРГАС</w:t>
      </w:r>
    </w:p>
    <w:p w14:paraId="7B7009B3" w14:textId="77777777" w:rsidR="00BC4E80" w:rsidRDefault="00BC4E80">
      <w:pPr>
        <w:spacing w:after="160"/>
      </w:pPr>
    </w:p>
    <w:p w14:paraId="143106C6" w14:textId="77777777" w:rsidR="00BC4E80" w:rsidRDefault="00BC4E80">
      <w:pPr>
        <w:spacing w:before="80" w:after="40"/>
        <w:jc w:val="center"/>
      </w:pPr>
      <w:r>
        <w:rPr>
          <w:rFonts w:ascii="Times New Roman" w:hAnsi="Times New Roman" w:cs="Times New Roman" w:eastAsia="Times New Roman"/>
          <w:b/>
          <w:sz w:val="26"/>
        </w:rPr>
        <w:t>П И С М Е Н О   О Б Я С Н Е Н И Е</w:t>
      </w:r>
    </w:p>
    <w:p w14:paraId="37DD9F64" w14:textId="77777777" w:rsidR="00BC4E80" w:rsidRDefault="00BC4E80">
      <w:pPr>
        <w:spacing w:after="80"/>
        <w:jc w:val="center"/>
      </w:pPr>
      <w:r>
        <w:rPr>
          <w:rFonts w:ascii="Times New Roman" w:hAnsi="Times New Roman" w:cs="Times New Roman" w:eastAsia="Times New Roman"/>
          <w:b/>
        </w:rPr>
        <w:t>от ученик по констатирано нарушение</w:t>
      </w:r>
    </w:p>
    <w:p w14:paraId="4C38816A" w14:textId="77777777" w:rsidR="00BC4E80" w:rsidRDefault="00BC4E80">
      <w:pPr>
        <w:spacing w:after="160"/>
        <w:jc w:val="center"/>
      </w:pPr>
      <w:r>
        <w:rPr>
          <w:rFonts w:ascii="Times New Roman" w:hAnsi="Times New Roman" w:cs="Times New Roman" w:eastAsia="Times New Roman"/>
          <w:i/>
          <w:sz w:val="20"/>
        </w:rPr>
        <w:t>чл. 204, ал. 1 от ЗПУО</w:t>
      </w:r>
    </w:p>
    <w:p w14:paraId="2EC9A14A" w14:textId="77777777" w:rsidR="00BC4E80" w:rsidRDefault="00BC4E80">
      <w:pPr>
        <w:spacing w:after="40"/>
      </w:pPr>
      <w:r>
        <w:rPr>
          <w:rFonts w:ascii="Times New Roman" w:hAnsi="Times New Roman" w:cs="Times New Roman" w:eastAsia="Times New Roman"/>
          <w:sz w:val="24"/>
        </w:rPr>
        <w:t>от …………………………………………………………………………………………………………</w:t>
      </w:r>
    </w:p>
    <w:p w14:paraId="083D6F4D" w14:textId="77777777" w:rsidR="00BC4E80" w:rsidRDefault="00BC4E80">
      <w:pPr>
        <w:spacing w:after="40"/>
      </w:pPr>
      <w:r>
        <w:rPr>
          <w:rFonts w:ascii="Times New Roman" w:hAnsi="Times New Roman" w:cs="Times New Roman" w:eastAsia="Times New Roman"/>
          <w:sz w:val="24"/>
        </w:rPr>
        <w:t>/трите имена на ученика/</w:t>
      </w:r>
    </w:p>
    <w:p w14:paraId="37E3812A"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2DDEF7D5" w14:textId="77777777" w:rsidR="00BC4E80" w:rsidRDefault="00BC4E80">
      <w:pPr>
        <w:spacing w:after="80"/>
      </w:pPr>
    </w:p>
    <w:p w14:paraId="5DD67C78"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871FC7C" w14:textId="77777777" w:rsidR="00BC4E80" w:rsidRDefault="00BC4E80">
      <w:pPr>
        <w:spacing w:after="80"/>
      </w:pPr>
      <w:r>
        <w:rPr>
          <w:rFonts w:ascii="Times New Roman" w:hAnsi="Times New Roman" w:cs="Times New Roman" w:eastAsia="Times New Roman"/>
          <w:sz w:val="24"/>
        </w:rPr>
        <w:t>Във връзка с констатирано нарушение на …………………………… г. давам следното обяснение:</w:t>
      </w:r>
    </w:p>
    <w:p w14:paraId="17EFE250" w14:textId="77777777" w:rsidR="00BC4E80" w:rsidRDefault="00BC4E80">
      <w:pPr>
        <w:spacing w:after="80"/>
      </w:pPr>
      <w:r>
        <w:rPr>
          <w:rFonts w:ascii="Times New Roman" w:hAnsi="Times New Roman" w:cs="Times New Roman" w:eastAsia="Times New Roman"/>
          <w:sz w:val="24"/>
        </w:rPr>
        <w:t>………………………………………………………………………………………………………………</w:t>
      </w:r>
    </w:p>
    <w:p w14:paraId="68C9D28E" w14:textId="77777777" w:rsidR="00BC4E80" w:rsidRDefault="00BC4E80">
      <w:pPr>
        <w:spacing w:after="80"/>
      </w:pPr>
      <w:r>
        <w:rPr>
          <w:rFonts w:ascii="Times New Roman" w:hAnsi="Times New Roman" w:cs="Times New Roman" w:eastAsia="Times New Roman"/>
          <w:sz w:val="24"/>
        </w:rPr>
        <w:t>………………………………………………………………………………………………………………</w:t>
      </w:r>
    </w:p>
    <w:p w14:paraId="219F73F8" w14:textId="77777777" w:rsidR="00BC4E80" w:rsidRDefault="00BC4E80">
      <w:pPr>
        <w:spacing w:after="80"/>
      </w:pPr>
      <w:r>
        <w:rPr>
          <w:rFonts w:ascii="Times New Roman" w:hAnsi="Times New Roman" w:cs="Times New Roman" w:eastAsia="Times New Roman"/>
          <w:sz w:val="24"/>
        </w:rPr>
        <w:t>………………………………………………………………………………………………………………</w:t>
      </w:r>
    </w:p>
    <w:p w14:paraId="7D30B786" w14:textId="77777777" w:rsidR="00BC4E80" w:rsidRDefault="00BC4E80">
      <w:pPr>
        <w:spacing w:after="80"/>
      </w:pPr>
      <w:r>
        <w:rPr>
          <w:rFonts w:ascii="Times New Roman" w:hAnsi="Times New Roman" w:cs="Times New Roman" w:eastAsia="Times New Roman"/>
          <w:sz w:val="24"/>
        </w:rPr>
        <w:t>………………………………………………………………………………………………………………</w:t>
      </w:r>
    </w:p>
    <w:p w14:paraId="50FD85FE" w14:textId="77777777" w:rsidR="00BC4E80" w:rsidRDefault="00BC4E80">
      <w:pPr>
        <w:spacing w:after="80"/>
      </w:pPr>
      <w:r>
        <w:rPr>
          <w:rFonts w:ascii="Times New Roman" w:hAnsi="Times New Roman" w:cs="Times New Roman" w:eastAsia="Times New Roman"/>
          <w:sz w:val="24"/>
        </w:rPr>
        <w:t>………………………………………………………………………………………………………………</w:t>
      </w:r>
    </w:p>
    <w:p w14:paraId="290A33EC" w14:textId="77777777" w:rsidR="00BC4E80" w:rsidRDefault="00BC4E80">
      <w:pPr>
        <w:spacing w:after="80"/>
      </w:pPr>
      <w:r>
        <w:rPr>
          <w:rFonts w:ascii="Times New Roman" w:hAnsi="Times New Roman" w:cs="Times New Roman" w:eastAsia="Times New Roman"/>
          <w:sz w:val="24"/>
        </w:rPr>
        <w:t>………………………………………………………………………………………………………………</w:t>
      </w:r>
    </w:p>
    <w:p w14:paraId="0776A5A0" w14:textId="77777777" w:rsidR="00BC4E80" w:rsidRDefault="00BC4E80">
      <w:pPr>
        <w:spacing w:after="80"/>
        <w:jc w:val="both"/>
      </w:pPr>
      <w:r>
        <w:rPr>
          <w:rFonts w:ascii="Times New Roman" w:hAnsi="Times New Roman" w:cs="Times New Roman" w:eastAsia="Times New Roman"/>
          <w:sz w:val="24"/>
        </w:rPr>
        <w:t>Известно ми е правото да бъда изслушан/а в присъствието на родителя ми и на доверено лице (чл. 204, ал. 1 от ЗПУО).</w:t>
      </w:r>
    </w:p>
    <w:p w14:paraId="6DBCAA23" w14:textId="77777777" w:rsidR="00BC4E80" w:rsidRDefault="00BC4E80">
      <w:pPr>
        <w:spacing w:after="200"/>
      </w:pPr>
    </w:p>
    <w:p w14:paraId="79D7F7B3" w14:textId="77777777" w:rsidR="00BC4E80" w:rsidRDefault="00BC4E80">
      <w:pPr>
        <w:tabs>
          <w:tab w:val="left" w:pos="5386"/>
        </w:tabs>
        <w:spacing w:after="160" w:before="1696"/>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6D4678F3" w14:textId="77777777" w:rsidR="00BC4E80" w:rsidRDefault="00BC4E80">
      <w:pPr>
        <w:tabs>
          <w:tab w:val="left" w:pos="5386"/>
        </w:tabs>
        <w:spacing w:after="160"/>
      </w:pPr>
      <w:r>
        <w:rPr>
          <w:rFonts w:ascii="Times New Roman" w:hAnsi="Times New Roman" w:cs="Times New Roman" w:eastAsia="Times New Roman"/>
          <w:sz w:val="24"/>
        </w:rPr>
        <w:tab/>
        <w:t>Присъствал педагогически специалист: ……………………</w:t>
      </w:r>
    </w:p>
    <w:p w14:paraId="439AE3E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13 към Правилника за дейността на училището</w:t>
      </w:r>
    </w:p>
    <w:p w14:paraId="28262F32"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5B407FE" wp14:editId="16A387D9">
            <wp:extent cx="6483600" cy="11751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BED6AED" w14:textId="77777777" w:rsidR="00BC4E80" w:rsidRDefault="00BC4E80">
      <w:r>
        <w:rPr>
          <w:rFonts w:ascii="Times New Roman" w:hAnsi="Times New Roman" w:cs="Times New Roman" w:eastAsia="Times New Roman"/>
          <w:b/>
          <w:sz w:val="24"/>
        </w:rPr>
        <w:t>ДО</w:t>
      </w:r>
    </w:p>
    <w:p w14:paraId="3E2BF72A" w14:textId="77777777" w:rsidR="00BC4E80" w:rsidRDefault="00BC4E80">
      <w:r>
        <w:rPr>
          <w:rFonts w:ascii="Times New Roman" w:hAnsi="Times New Roman" w:cs="Times New Roman" w:eastAsia="Times New Roman"/>
          <w:b/>
          <w:sz w:val="24"/>
        </w:rPr>
        <w:t>ДИРЕКТОРА</w:t>
      </w:r>
    </w:p>
    <w:p w14:paraId="37B5E3C5" w14:textId="77777777" w:rsidR="00BC4E80" w:rsidRDefault="00BC4E80">
      <w:r>
        <w:rPr>
          <w:rFonts w:ascii="Times New Roman" w:hAnsi="Times New Roman" w:cs="Times New Roman" w:eastAsia="Times New Roman"/>
          <w:b/>
          <w:sz w:val="24"/>
        </w:rPr>
        <w:t>НА ПГМКР „СВЕТИ НИКОЛА“</w:t>
      </w:r>
    </w:p>
    <w:p w14:paraId="57EFCA6A" w14:textId="77777777" w:rsidR="00BC4E80" w:rsidRDefault="00BC4E80">
      <w:r>
        <w:rPr>
          <w:rFonts w:ascii="Times New Roman" w:hAnsi="Times New Roman" w:cs="Times New Roman" w:eastAsia="Times New Roman"/>
          <w:b/>
          <w:sz w:val="24"/>
        </w:rPr>
        <w:t>ГР. БУРГАС</w:t>
      </w:r>
    </w:p>
    <w:p w14:paraId="25353A26" w14:textId="77777777" w:rsidR="00BC4E80" w:rsidRDefault="00BC4E80">
      <w:pPr>
        <w:spacing w:after="160"/>
      </w:pPr>
    </w:p>
    <w:p w14:paraId="06047E07" w14:textId="77777777" w:rsidR="00BC4E80" w:rsidRDefault="00BC4E80">
      <w:pPr>
        <w:spacing w:before="80" w:after="40"/>
        <w:jc w:val="center"/>
      </w:pPr>
      <w:r>
        <w:rPr>
          <w:rFonts w:ascii="Times New Roman" w:hAnsi="Times New Roman" w:cs="Times New Roman" w:eastAsia="Times New Roman"/>
          <w:b/>
          <w:sz w:val="26"/>
        </w:rPr>
        <w:t>Д О К Л А Д</w:t>
      </w:r>
    </w:p>
    <w:p w14:paraId="75638B30" w14:textId="77777777" w:rsidR="00BC4E80" w:rsidRDefault="00BC4E80">
      <w:pPr>
        <w:spacing w:after="80"/>
        <w:jc w:val="center"/>
      </w:pPr>
      <w:r>
        <w:rPr>
          <w:rFonts w:ascii="Times New Roman" w:hAnsi="Times New Roman" w:cs="Times New Roman" w:eastAsia="Times New Roman"/>
          <w:b/>
        </w:rPr>
        <w:t>за отстраняване на ученик от учебен час и писмена задача</w:t>
      </w:r>
    </w:p>
    <w:p w14:paraId="06DF9692" w14:textId="77777777" w:rsidR="00BC4E80" w:rsidRDefault="00BC4E80">
      <w:pPr>
        <w:spacing w:after="160"/>
        <w:jc w:val="center"/>
      </w:pPr>
      <w:r>
        <w:rPr>
          <w:rFonts w:ascii="Times New Roman" w:hAnsi="Times New Roman" w:cs="Times New Roman" w:eastAsia="Times New Roman"/>
          <w:i/>
          <w:sz w:val="20"/>
        </w:rPr>
        <w:t>чл. 199, ал. 2 и чл. 206, ал. 4 от ЗПУО; чл. 27, ал. 10 от ПДУ</w:t>
      </w:r>
    </w:p>
    <w:p w14:paraId="4AA00254" w14:textId="77777777" w:rsidR="00BC4E80" w:rsidRDefault="00BC4E80">
      <w:pPr>
        <w:spacing w:after="40"/>
      </w:pPr>
      <w:r>
        <w:rPr>
          <w:rFonts w:ascii="Times New Roman" w:hAnsi="Times New Roman" w:cs="Times New Roman" w:eastAsia="Times New Roman"/>
          <w:sz w:val="24"/>
        </w:rPr>
        <w:t>от …………………………………………………………………………………………………………</w:t>
      </w:r>
    </w:p>
    <w:p w14:paraId="77863F8E" w14:textId="77777777" w:rsidR="00BC4E80" w:rsidRDefault="00BC4E80">
      <w:pPr>
        <w:spacing w:after="40"/>
      </w:pPr>
      <w:r>
        <w:rPr>
          <w:rFonts w:ascii="Times New Roman" w:hAnsi="Times New Roman" w:cs="Times New Roman" w:eastAsia="Times New Roman"/>
          <w:sz w:val="24"/>
        </w:rPr>
        <w:t>/трите имена на учителя/</w:t>
      </w:r>
    </w:p>
    <w:p w14:paraId="74413221" w14:textId="77777777" w:rsidR="00BC4E80" w:rsidRDefault="00BC4E80">
      <w:pPr>
        <w:spacing w:after="40"/>
      </w:pPr>
      <w:r>
        <w:rPr>
          <w:rFonts w:ascii="Times New Roman" w:hAnsi="Times New Roman" w:cs="Times New Roman" w:eastAsia="Times New Roman"/>
          <w:sz w:val="24"/>
        </w:rPr>
        <w:t>учител по …………………………………………………………………………………………………</w:t>
      </w:r>
    </w:p>
    <w:p w14:paraId="042D0C76" w14:textId="77777777" w:rsidR="00BC4E80" w:rsidRDefault="00BC4E80">
      <w:pPr>
        <w:spacing w:after="80"/>
      </w:pPr>
    </w:p>
    <w:p w14:paraId="4F43B0B5" w14:textId="77777777" w:rsidR="00BC4E80" w:rsidRDefault="00BC4E80">
      <w:pPr>
        <w:spacing w:after="120"/>
      </w:pPr>
      <w:r>
        <w:rPr>
          <w:rFonts w:ascii="Times New Roman" w:hAnsi="Times New Roman" w:cs="Times New Roman" w:eastAsia="Times New Roman"/>
          <w:b/>
          <w:sz w:val="24"/>
        </w:rPr>
        <w:t>УВАЖАЕМА ГОСПОЖО ДИРЕКТОР,</w:t>
      </w:r>
    </w:p>
    <w:p w14:paraId="72DEDF2D" w14:textId="77777777" w:rsidR="00BC4E80" w:rsidRDefault="00BC4E80">
      <w:pPr>
        <w:spacing w:after="80"/>
      </w:pPr>
      <w:r>
        <w:rPr>
          <w:rFonts w:ascii="Times New Roman" w:hAnsi="Times New Roman" w:cs="Times New Roman" w:eastAsia="Times New Roman"/>
          <w:sz w:val="24"/>
        </w:rPr>
        <w:t>Уведомявам Ви, че на …………………… г., …………………… учебен час по ……………………, отстраних до края на учебния час Ученик/ученичка: ……………………, Клас: ……………………        Специалност: ……………………</w:t>
      </w:r>
    </w:p>
    <w:p w14:paraId="6B24AFDD" w14:textId="77777777" w:rsidR="00BC4E80" w:rsidRDefault="00BC4E80">
      <w:pPr>
        <w:spacing w:after="80"/>
      </w:pPr>
      <w:r>
        <w:rPr>
          <w:rFonts w:ascii="Times New Roman" w:hAnsi="Times New Roman" w:cs="Times New Roman" w:eastAsia="Times New Roman"/>
          <w:sz w:val="24"/>
        </w:rPr>
        <w:t>Причина за отстраняването: ……………………………………………………………………………</w:t>
      </w:r>
    </w:p>
    <w:p w14:paraId="797BAE7D" w14:textId="77777777" w:rsidR="00BC4E80" w:rsidRDefault="00BC4E80">
      <w:pPr>
        <w:spacing w:after="80"/>
      </w:pPr>
      <w:r>
        <w:rPr>
          <w:rFonts w:ascii="Times New Roman" w:hAnsi="Times New Roman" w:cs="Times New Roman" w:eastAsia="Times New Roman"/>
          <w:sz w:val="24"/>
        </w:rPr>
        <w:t>………………………………………………………………………………………………………………</w:t>
      </w:r>
    </w:p>
    <w:p w14:paraId="18E1DF55" w14:textId="77777777" w:rsidR="00BC4E80" w:rsidRDefault="00BC4E80">
      <w:pPr>
        <w:spacing w:after="80"/>
      </w:pPr>
      <w:r>
        <w:rPr>
          <w:rFonts w:ascii="Times New Roman" w:hAnsi="Times New Roman" w:cs="Times New Roman" w:eastAsia="Times New Roman"/>
          <w:sz w:val="24"/>
        </w:rPr>
        <w:t>Ученикът/ученичката е придружен/а до ……………………………………… от дежурния ученик.</w:t>
      </w:r>
    </w:p>
    <w:p w14:paraId="2C418557" w14:textId="77777777" w:rsidR="00BC4E80" w:rsidRDefault="00BC4E80">
      <w:pPr>
        <w:spacing w:after="80"/>
        <w:jc w:val="both"/>
      </w:pPr>
      <w:r>
        <w:rPr>
          <w:rFonts w:ascii="Times New Roman" w:hAnsi="Times New Roman" w:cs="Times New Roman" w:eastAsia="Times New Roman"/>
          <w:sz w:val="24"/>
        </w:rPr>
        <w:t>На ученика/ученичката не се отбелязва отсъствие. Мярката е вписана в електронния дневник, раздел „Бележки“.</w:t>
      </w:r>
    </w:p>
    <w:p w14:paraId="68A51CB1" w14:textId="77777777" w:rsidR="00BC4E80" w:rsidRDefault="00BC4E80">
      <w:pPr>
        <w:spacing w:after="80"/>
        <w:jc w:val="both"/>
      </w:pPr>
    </w:p>
    <w:p w14:paraId="214A9416" w14:textId="77777777" w:rsidR="00BC4E80" w:rsidRDefault="00BC4E80">
      <w:pPr>
        <w:spacing w:after="80"/>
        <w:jc w:val="both"/>
      </w:pPr>
      <w:r>
        <w:rPr>
          <w:rFonts w:ascii="Times New Roman" w:hAnsi="Times New Roman" w:cs="Times New Roman" w:eastAsia="Times New Roman"/>
          <w:sz w:val="24"/>
        </w:rPr>
        <w:t>П И С М Е Н А   З А Д А Ч А   З А   В Р Е М Е Т О   Н А   О Т С Т Р А Н Я В А Н Е Т О</w:t>
      </w:r>
    </w:p>
    <w:p w14:paraId="451FC50B" w14:textId="77777777" w:rsidR="00BC4E80" w:rsidRDefault="00BC4E80">
      <w:pPr>
        <w:spacing w:after="80"/>
      </w:pPr>
      <w:r>
        <w:rPr>
          <w:rFonts w:ascii="Times New Roman" w:hAnsi="Times New Roman" w:cs="Times New Roman" w:eastAsia="Times New Roman"/>
          <w:sz w:val="24"/>
        </w:rPr>
        <w:t>Учебен предмет: ……………………………………        Тема: ………………………………………</w:t>
      </w:r>
    </w:p>
    <w:p w14:paraId="6ED7018C" w14:textId="77777777" w:rsidR="00BC4E80" w:rsidRDefault="00BC4E80">
      <w:pPr>
        <w:spacing w:after="80"/>
      </w:pPr>
      <w:r>
        <w:rPr>
          <w:rFonts w:ascii="Times New Roman" w:hAnsi="Times New Roman" w:cs="Times New Roman" w:eastAsia="Times New Roman"/>
          <w:sz w:val="24"/>
        </w:rPr>
        <w:t>Задача: ……………………………………………………………………………………………………</w:t>
      </w:r>
    </w:p>
    <w:p w14:paraId="49634DCC" w14:textId="77777777" w:rsidR="00BC4E80" w:rsidRDefault="00BC4E80">
      <w:pPr>
        <w:spacing w:after="80"/>
      </w:pPr>
      <w:r>
        <w:rPr>
          <w:rFonts w:ascii="Times New Roman" w:hAnsi="Times New Roman" w:cs="Times New Roman" w:eastAsia="Times New Roman"/>
          <w:sz w:val="24"/>
        </w:rPr>
        <w:t>………………………………………………………………………………………………………………</w:t>
      </w:r>
    </w:p>
    <w:p w14:paraId="01AC615B" w14:textId="77777777" w:rsidR="00BC4E80" w:rsidRDefault="00BC4E80">
      <w:pPr>
        <w:spacing w:after="80"/>
      </w:pPr>
      <w:r>
        <w:rPr>
          <w:rFonts w:ascii="Times New Roman" w:hAnsi="Times New Roman" w:cs="Times New Roman" w:eastAsia="Times New Roman"/>
          <w:sz w:val="24"/>
        </w:rPr>
        <w:t>………………………………………………………………………………………………………………</w:t>
      </w:r>
    </w:p>
    <w:p w14:paraId="4D1F9628" w14:textId="77777777" w:rsidR="00BC4E80" w:rsidRDefault="00BC4E80">
      <w:pPr>
        <w:spacing w:after="80"/>
      </w:pPr>
      <w:r>
        <w:rPr>
          <w:rFonts w:ascii="Times New Roman" w:hAnsi="Times New Roman" w:cs="Times New Roman" w:eastAsia="Times New Roman"/>
          <w:sz w:val="24"/>
        </w:rPr>
        <w:t>Изпълнена: ☐ да   ☐ не        Оценка на изпълнението: ………………………………………………</w:t>
      </w:r>
    </w:p>
    <w:p w14:paraId="4FD05BEB" w14:textId="77777777" w:rsidR="00BC4E80" w:rsidRDefault="00BC4E80">
      <w:pPr>
        <w:spacing w:after="200"/>
      </w:pPr>
    </w:p>
    <w:p w14:paraId="0763199F"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Учител: …………………………………………</w:t>
      </w:r>
    </w:p>
    <w:p w14:paraId="7FDA94AB" w14:textId="77777777" w:rsidR="00BC4E80" w:rsidRDefault="00BC4E80">
      <w:pPr>
        <w:tabs>
          <w:tab w:val="left" w:pos="5386"/>
        </w:tabs>
        <w:spacing w:after="160"/>
      </w:pPr>
      <w:r>
        <w:rPr>
          <w:rFonts w:ascii="Times New Roman" w:hAnsi="Times New Roman" w:cs="Times New Roman" w:eastAsia="Times New Roman"/>
          <w:sz w:val="24"/>
        </w:rPr>
        <w:t>Приел задачата:</w:t>
      </w:r>
      <w:r>
        <w:rPr>
          <w:rFonts w:ascii="Times New Roman" w:hAnsi="Times New Roman" w:cs="Times New Roman" w:eastAsia="Times New Roman"/>
          <w:sz w:val="24"/>
        </w:rPr>
        <w:tab/>
        <w:t>Ученик: …………………………………………</w:t>
      </w:r>
    </w:p>
    <w:p w14:paraId="7F864EE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14 към Правилника за дейността на училището</w:t>
      </w:r>
    </w:p>
    <w:p w14:paraId="5E8D7AE3"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A9F4AF4" wp14:editId="6C0B322D">
            <wp:extent cx="6483600" cy="117515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4B02C41" w14:textId="77777777" w:rsidR="00BC4E80" w:rsidRDefault="00BC4E80">
      <w:r>
        <w:rPr>
          <w:rFonts w:ascii="Times New Roman" w:hAnsi="Times New Roman" w:cs="Times New Roman" w:eastAsia="Times New Roman"/>
          <w:b/>
          <w:sz w:val="24"/>
        </w:rPr>
        <w:t>ДО</w:t>
      </w:r>
    </w:p>
    <w:p w14:paraId="259EB8FE" w14:textId="77777777" w:rsidR="00BC4E80" w:rsidRDefault="00BC4E80">
      <w:r>
        <w:rPr>
          <w:rFonts w:ascii="Times New Roman" w:hAnsi="Times New Roman" w:cs="Times New Roman" w:eastAsia="Times New Roman"/>
          <w:b/>
          <w:sz w:val="24"/>
        </w:rPr>
        <w:t>ДИРЕКТОРА</w:t>
      </w:r>
    </w:p>
    <w:p w14:paraId="552BBA05" w14:textId="77777777" w:rsidR="00BC4E80" w:rsidRDefault="00BC4E80">
      <w:r>
        <w:rPr>
          <w:rFonts w:ascii="Times New Roman" w:hAnsi="Times New Roman" w:cs="Times New Roman" w:eastAsia="Times New Roman"/>
          <w:b/>
          <w:sz w:val="24"/>
        </w:rPr>
        <w:t>НА ПГМКР „СВЕТИ НИКОЛА“</w:t>
      </w:r>
    </w:p>
    <w:p w14:paraId="098C322E" w14:textId="77777777" w:rsidR="00BC4E80" w:rsidRDefault="00BC4E80">
      <w:r>
        <w:rPr>
          <w:rFonts w:ascii="Times New Roman" w:hAnsi="Times New Roman" w:cs="Times New Roman" w:eastAsia="Times New Roman"/>
          <w:b/>
          <w:sz w:val="24"/>
        </w:rPr>
        <w:t>ГР. БУРГАС</w:t>
      </w:r>
    </w:p>
    <w:p w14:paraId="626DB273" w14:textId="77777777" w:rsidR="00BC4E80" w:rsidRDefault="00BC4E80">
      <w:pPr>
        <w:spacing w:after="160"/>
      </w:pPr>
    </w:p>
    <w:p w14:paraId="2563D845" w14:textId="77777777" w:rsidR="00BC4E80" w:rsidRDefault="00BC4E80">
      <w:pPr>
        <w:spacing w:before="80" w:after="40"/>
        <w:jc w:val="center"/>
      </w:pPr>
      <w:r>
        <w:rPr>
          <w:rFonts w:ascii="Times New Roman" w:hAnsi="Times New Roman" w:cs="Times New Roman" w:eastAsia="Times New Roman"/>
          <w:b/>
          <w:sz w:val="26"/>
        </w:rPr>
        <w:t>П Р Е Д Л О Ж Е Н И Е</w:t>
      </w:r>
    </w:p>
    <w:p w14:paraId="026C9787" w14:textId="77777777" w:rsidR="00BC4E80" w:rsidRDefault="00BC4E80">
      <w:pPr>
        <w:spacing w:after="80"/>
        <w:jc w:val="center"/>
      </w:pPr>
      <w:r>
        <w:rPr>
          <w:rFonts w:ascii="Times New Roman" w:hAnsi="Times New Roman" w:cs="Times New Roman" w:eastAsia="Times New Roman"/>
          <w:b/>
        </w:rPr>
        <w:t>за предсрочно заличаване на наложена санкция</w:t>
      </w:r>
    </w:p>
    <w:p w14:paraId="1AFDBBF6" w14:textId="77777777" w:rsidR="00BC4E80" w:rsidRDefault="00BC4E80">
      <w:pPr>
        <w:spacing w:after="160"/>
        <w:jc w:val="center"/>
      </w:pPr>
      <w:r>
        <w:rPr>
          <w:rFonts w:ascii="Times New Roman" w:hAnsi="Times New Roman" w:cs="Times New Roman" w:eastAsia="Times New Roman"/>
          <w:i/>
          <w:sz w:val="20"/>
        </w:rPr>
        <w:t>чл. 207, ал. 2 от ЗПУО; чл. 49 от ПДУ</w:t>
      </w:r>
    </w:p>
    <w:p w14:paraId="13207C67" w14:textId="77777777" w:rsidR="00BC4E80" w:rsidRDefault="00BC4E80">
      <w:pPr>
        <w:spacing w:after="40"/>
      </w:pPr>
      <w:r>
        <w:rPr>
          <w:rFonts w:ascii="Times New Roman" w:hAnsi="Times New Roman" w:cs="Times New Roman" w:eastAsia="Times New Roman"/>
          <w:sz w:val="24"/>
        </w:rPr>
        <w:t>от …………………………………………………………………………………………………………</w:t>
      </w:r>
    </w:p>
    <w:p w14:paraId="60513017" w14:textId="77777777" w:rsidR="00BC4E80" w:rsidRDefault="00BC4E80">
      <w:pPr>
        <w:spacing w:after="40"/>
      </w:pPr>
      <w:r>
        <w:rPr>
          <w:rFonts w:ascii="Times New Roman" w:hAnsi="Times New Roman" w:cs="Times New Roman" w:eastAsia="Times New Roman"/>
          <w:sz w:val="24"/>
        </w:rPr>
        <w:t>класен ръководител на …………………………………………………………………………… клас</w:t>
      </w:r>
    </w:p>
    <w:p w14:paraId="25AED6CC" w14:textId="77777777" w:rsidR="00BC4E80" w:rsidRDefault="00BC4E80">
      <w:pPr>
        <w:spacing w:after="80"/>
      </w:pPr>
    </w:p>
    <w:p w14:paraId="3F730DED"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BEA1151" w14:textId="77777777" w:rsidR="00BC4E80" w:rsidRDefault="00BC4E80">
      <w:pPr>
        <w:spacing w:after="80"/>
      </w:pPr>
      <w:r>
        <w:rPr>
          <w:rFonts w:ascii="Times New Roman" w:hAnsi="Times New Roman" w:cs="Times New Roman" w:eastAsia="Times New Roman"/>
          <w:sz w:val="24"/>
        </w:rPr>
        <w:t>Предлагам да бъде заличена предсрочно наложената със Заповед № …………………… / …………………… г. санкция …………………… на Ученик/ученичка: ……………………, Клас: ……………………        Специалност: ……………………</w:t>
      </w:r>
    </w:p>
    <w:p w14:paraId="1DA73090" w14:textId="77777777" w:rsidR="00BC4E80" w:rsidRDefault="00BC4E80">
      <w:pPr>
        <w:spacing w:after="80"/>
        <w:jc w:val="both"/>
      </w:pPr>
      <w:r>
        <w:rPr>
          <w:rFonts w:ascii="Times New Roman" w:hAnsi="Times New Roman" w:cs="Times New Roman" w:eastAsia="Times New Roman"/>
          <w:sz w:val="24"/>
        </w:rPr>
        <w:t>Мотиви за предсрочното заличаване:</w:t>
      </w:r>
    </w:p>
    <w:p w14:paraId="31FEB983" w14:textId="77777777" w:rsidR="00BC4E80" w:rsidRDefault="00BC4E80">
      <w:pPr>
        <w:spacing w:after="80"/>
      </w:pPr>
      <w:r>
        <w:rPr>
          <w:rFonts w:ascii="Times New Roman" w:hAnsi="Times New Roman" w:cs="Times New Roman" w:eastAsia="Times New Roman"/>
          <w:sz w:val="24"/>
        </w:rPr>
        <w:t>1. Настъпила положителна промяна в поведението: …………………………………………………</w:t>
      </w:r>
    </w:p>
    <w:p w14:paraId="141FAF15" w14:textId="77777777" w:rsidR="00BC4E80" w:rsidRDefault="00BC4E80">
      <w:pPr>
        <w:spacing w:after="80"/>
      </w:pPr>
      <w:r>
        <w:rPr>
          <w:rFonts w:ascii="Times New Roman" w:hAnsi="Times New Roman" w:cs="Times New Roman" w:eastAsia="Times New Roman"/>
          <w:sz w:val="24"/>
        </w:rPr>
        <w:t>………………………………………………………………………………………………………………</w:t>
      </w:r>
    </w:p>
    <w:p w14:paraId="1E8C7FF7" w14:textId="77777777" w:rsidR="00BC4E80" w:rsidRDefault="00BC4E80">
      <w:pPr>
        <w:spacing w:after="80"/>
      </w:pPr>
      <w:r>
        <w:rPr>
          <w:rFonts w:ascii="Times New Roman" w:hAnsi="Times New Roman" w:cs="Times New Roman" w:eastAsia="Times New Roman"/>
          <w:sz w:val="24"/>
        </w:rPr>
        <w:t>2. Резултати от приложените дейности за подкрепа: …………………………………………………</w:t>
      </w:r>
    </w:p>
    <w:p w14:paraId="0F15D736" w14:textId="77777777" w:rsidR="00BC4E80" w:rsidRDefault="00BC4E80">
      <w:pPr>
        <w:spacing w:after="80"/>
      </w:pPr>
      <w:r>
        <w:rPr>
          <w:rFonts w:ascii="Times New Roman" w:hAnsi="Times New Roman" w:cs="Times New Roman" w:eastAsia="Times New Roman"/>
          <w:sz w:val="24"/>
        </w:rPr>
        <w:t>………………………………………………………………………………………………………………</w:t>
      </w:r>
    </w:p>
    <w:p w14:paraId="53EDFA19" w14:textId="77777777" w:rsidR="00BC4E80" w:rsidRDefault="00BC4E80">
      <w:pPr>
        <w:spacing w:after="80"/>
      </w:pPr>
      <w:r>
        <w:rPr>
          <w:rFonts w:ascii="Times New Roman" w:hAnsi="Times New Roman" w:cs="Times New Roman" w:eastAsia="Times New Roman"/>
          <w:sz w:val="24"/>
        </w:rPr>
        <w:t>3. Допуснати отсъствия след налагане на санкцията: …………………………………………………</w:t>
      </w:r>
    </w:p>
    <w:p w14:paraId="6BA075DC" w14:textId="77777777" w:rsidR="00BC4E80" w:rsidRDefault="00BC4E80">
      <w:pPr>
        <w:spacing w:after="80"/>
      </w:pPr>
      <w:r>
        <w:rPr>
          <w:rFonts w:ascii="Times New Roman" w:hAnsi="Times New Roman" w:cs="Times New Roman" w:eastAsia="Times New Roman"/>
          <w:sz w:val="24"/>
        </w:rPr>
        <w:t>4. Становище на педагогическия съветник: ……………………………………………………………</w:t>
      </w:r>
    </w:p>
    <w:p w14:paraId="05D65E87" w14:textId="77777777" w:rsidR="00BC4E80" w:rsidRDefault="00BC4E80">
      <w:pPr>
        <w:spacing w:after="80"/>
      </w:pPr>
      <w:r>
        <w:rPr>
          <w:rFonts w:ascii="Times New Roman" w:hAnsi="Times New Roman" w:cs="Times New Roman" w:eastAsia="Times New Roman"/>
          <w:sz w:val="24"/>
        </w:rPr>
        <w:t>………………………………………………………………………………………………………………</w:t>
      </w:r>
    </w:p>
    <w:p w14:paraId="0BF52036" w14:textId="77777777" w:rsidR="00BC4E80" w:rsidRDefault="00BC4E80">
      <w:pPr>
        <w:spacing w:after="200"/>
      </w:pPr>
    </w:p>
    <w:p w14:paraId="55E16FD0" w14:textId="77777777" w:rsidR="00BC4E80" w:rsidRDefault="00BC4E80">
      <w:pPr>
        <w:tabs>
          <w:tab w:val="left" w:pos="5386"/>
        </w:tabs>
        <w:spacing w:after="160" w:before="207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448B613E" w14:textId="77777777" w:rsidR="00BC4E80" w:rsidRDefault="00BC4E80">
      <w:pPr>
        <w:tabs>
          <w:tab w:val="left" w:pos="5386"/>
        </w:tabs>
        <w:spacing w:after="160"/>
      </w:pPr>
      <w:r>
        <w:rPr>
          <w:rFonts w:ascii="Times New Roman" w:hAnsi="Times New Roman" w:cs="Times New Roman" w:eastAsia="Times New Roman"/>
          <w:sz w:val="24"/>
        </w:rPr>
        <w:tab/>
        <w:t>Педагогически съветник: ……………………</w:t>
      </w:r>
    </w:p>
    <w:p w14:paraId="321E69D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15 към Правилника за дейността на училището</w:t>
      </w:r>
    </w:p>
    <w:p w14:paraId="53CECFD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490E9C1" wp14:editId="466438E6">
            <wp:extent cx="6483600" cy="117515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008658A" w14:textId="77777777" w:rsidR="00BC4E80" w:rsidRDefault="00BC4E80">
      <w:r>
        <w:rPr>
          <w:rFonts w:ascii="Times New Roman" w:hAnsi="Times New Roman" w:cs="Times New Roman" w:eastAsia="Times New Roman"/>
          <w:b/>
          <w:sz w:val="24"/>
        </w:rPr>
        <w:t>ДО</w:t>
      </w:r>
    </w:p>
    <w:p w14:paraId="1D2C3155" w14:textId="77777777" w:rsidR="00BC4E80" w:rsidRDefault="00BC4E80">
      <w:r>
        <w:rPr>
          <w:rFonts w:ascii="Times New Roman" w:hAnsi="Times New Roman" w:cs="Times New Roman" w:eastAsia="Times New Roman"/>
          <w:b/>
          <w:sz w:val="24"/>
        </w:rPr>
        <w:t>Г-Н / Г-ЖА ………………………………………………………………………………………………</w:t>
      </w:r>
    </w:p>
    <w:p w14:paraId="436D4752" w14:textId="77777777" w:rsidR="00BC4E80" w:rsidRDefault="00BC4E80">
      <w:r>
        <w:rPr>
          <w:rFonts w:ascii="Times New Roman" w:hAnsi="Times New Roman" w:cs="Times New Roman" w:eastAsia="Times New Roman"/>
          <w:b/>
          <w:sz w:val="24"/>
        </w:rPr>
        <w:t>РОДИТЕЛ / НАСТОЙНИК НА УЧЕНИКА</w:t>
      </w:r>
    </w:p>
    <w:p w14:paraId="5255EC88" w14:textId="77777777" w:rsidR="00BC4E80" w:rsidRDefault="00BC4E80">
      <w:pPr>
        <w:spacing w:after="160"/>
      </w:pPr>
    </w:p>
    <w:p w14:paraId="455FEBC8" w14:textId="77777777" w:rsidR="00BC4E80" w:rsidRDefault="00BC4E80">
      <w:pPr>
        <w:spacing w:before="80" w:after="40"/>
        <w:jc w:val="center"/>
      </w:pPr>
      <w:r>
        <w:rPr>
          <w:rFonts w:ascii="Times New Roman" w:hAnsi="Times New Roman" w:cs="Times New Roman" w:eastAsia="Times New Roman"/>
          <w:b/>
          <w:sz w:val="26"/>
        </w:rPr>
        <w:t>С Ъ О Б Щ Е Н И Е</w:t>
      </w:r>
    </w:p>
    <w:p w14:paraId="0BE53159" w14:textId="77777777" w:rsidR="00BC4E80" w:rsidRDefault="00BC4E80">
      <w:pPr>
        <w:spacing w:after="80"/>
        <w:jc w:val="center"/>
      </w:pPr>
      <w:r>
        <w:rPr>
          <w:rFonts w:ascii="Times New Roman" w:hAnsi="Times New Roman" w:cs="Times New Roman" w:eastAsia="Times New Roman"/>
          <w:b/>
        </w:rPr>
        <w:t>за санкция, наложена по решение на Педагогическия съвет</w:t>
      </w:r>
    </w:p>
    <w:p w14:paraId="72A2E710" w14:textId="77777777" w:rsidR="00BC4E80" w:rsidRDefault="00BC4E80">
      <w:pPr>
        <w:spacing w:after="160"/>
        <w:jc w:val="center"/>
      </w:pPr>
      <w:r>
        <w:rPr>
          <w:rFonts w:ascii="Times New Roman" w:hAnsi="Times New Roman" w:cs="Times New Roman" w:eastAsia="Times New Roman"/>
          <w:i/>
          <w:sz w:val="20"/>
        </w:rPr>
        <w:t>чл. 205, ал. 3 от ЗПУО – в тридневен срок от издаване на заповедта</w:t>
      </w:r>
    </w:p>
    <w:p w14:paraId="6E8758CE"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5966CAC0" w14:textId="77777777" w:rsidR="00BC4E80" w:rsidRDefault="00BC4E80">
      <w:pPr>
        <w:spacing w:after="80"/>
      </w:pPr>
      <w:r>
        <w:rPr>
          <w:rFonts w:ascii="Times New Roman" w:hAnsi="Times New Roman" w:cs="Times New Roman" w:eastAsia="Times New Roman"/>
          <w:sz w:val="24"/>
        </w:rPr>
        <w:t>Уведомявам Ви, че по решение на Педагогическия съвет (Протокол № …………………… / …………………… г.) и със Заповед № …………………… / …………………… г. на директора на сина Ви / дъщеря Ви ……………………, ученик/ученичка от …………………… клас, е наложена санкция по чл. 199, ал. 1, т. …………………… от ЗПУО – …………………….</w:t>
      </w:r>
    </w:p>
    <w:p w14:paraId="577D0197" w14:textId="77777777" w:rsidR="00BC4E80" w:rsidRDefault="00BC4E80">
      <w:pPr>
        <w:spacing w:after="80"/>
      </w:pPr>
      <w:r>
        <w:rPr>
          <w:rFonts w:ascii="Times New Roman" w:hAnsi="Times New Roman" w:cs="Times New Roman" w:eastAsia="Times New Roman"/>
          <w:sz w:val="24"/>
        </w:rPr>
        <w:t>Срок на санкцията: до …………………………………………………………………………………….</w:t>
      </w:r>
    </w:p>
    <w:p w14:paraId="71B2CF86" w14:textId="77777777" w:rsidR="00BC4E80" w:rsidRDefault="00BC4E80">
      <w:pPr>
        <w:spacing w:after="80"/>
      </w:pPr>
      <w:r>
        <w:rPr>
          <w:rFonts w:ascii="Times New Roman" w:hAnsi="Times New Roman" w:cs="Times New Roman" w:eastAsia="Times New Roman"/>
          <w:sz w:val="24"/>
        </w:rPr>
        <w:t>Мотиви: ……………………………………………………………………………………………………</w:t>
      </w:r>
    </w:p>
    <w:p w14:paraId="73D0476E" w14:textId="77777777" w:rsidR="00BC4E80" w:rsidRDefault="00BC4E80">
      <w:pPr>
        <w:spacing w:after="80"/>
      </w:pPr>
      <w:r>
        <w:rPr>
          <w:rFonts w:ascii="Times New Roman" w:hAnsi="Times New Roman" w:cs="Times New Roman" w:eastAsia="Times New Roman"/>
          <w:sz w:val="24"/>
        </w:rPr>
        <w:t>………………………………………………………………………………………………………………</w:t>
      </w:r>
    </w:p>
    <w:p w14:paraId="18513BA1" w14:textId="77777777" w:rsidR="00BC4E80" w:rsidRDefault="00BC4E80">
      <w:pPr>
        <w:spacing w:after="80"/>
        <w:jc w:val="both"/>
      </w:pPr>
      <w:r>
        <w:rPr>
          <w:rFonts w:ascii="Times New Roman" w:hAnsi="Times New Roman" w:cs="Times New Roman" w:eastAsia="Times New Roman"/>
          <w:sz w:val="24"/>
        </w:rPr>
        <w:t>Санкцията е вписана в електронния дневник, в ученическата книжка и в личното образователно дело.</w:t>
      </w:r>
    </w:p>
    <w:p w14:paraId="7F693BEB" w14:textId="77777777" w:rsidR="00BC4E80" w:rsidRDefault="00BC4E80">
      <w:pPr>
        <w:spacing w:after="80"/>
      </w:pPr>
      <w:r>
        <w:rPr>
          <w:rFonts w:ascii="Times New Roman" w:hAnsi="Times New Roman" w:cs="Times New Roman" w:eastAsia="Times New Roman"/>
          <w:sz w:val="24"/>
        </w:rPr>
        <w:t>Определени дейности за превенция и преодоляване на проблемното поведение: ……………………</w:t>
      </w:r>
    </w:p>
    <w:p w14:paraId="032C9B90" w14:textId="77777777" w:rsidR="00BC4E80" w:rsidRDefault="00BC4E80">
      <w:pPr>
        <w:spacing w:after="80"/>
      </w:pPr>
      <w:r>
        <w:rPr>
          <w:rFonts w:ascii="Times New Roman" w:hAnsi="Times New Roman" w:cs="Times New Roman" w:eastAsia="Times New Roman"/>
          <w:sz w:val="24"/>
        </w:rPr>
        <w:t>………………………………………………………………………………………………………………</w:t>
      </w:r>
    </w:p>
    <w:p w14:paraId="61589A15" w14:textId="77777777" w:rsidR="00BC4E80" w:rsidRDefault="00BC4E80">
      <w:pPr>
        <w:spacing w:after="80"/>
        <w:jc w:val="both"/>
      </w:pPr>
      <w:r>
        <w:rPr>
          <w:rFonts w:ascii="Times New Roman" w:hAnsi="Times New Roman" w:cs="Times New Roman" w:eastAsia="Times New Roman"/>
          <w:sz w:val="24"/>
        </w:rPr>
        <w:t>Заповедта може да се обжалва по реда на Административнопроцесуалния кодекс.</w:t>
      </w:r>
    </w:p>
    <w:p w14:paraId="1F1C0F5E" w14:textId="77777777" w:rsidR="00BC4E80" w:rsidRDefault="00BC4E80">
      <w:pPr>
        <w:spacing w:after="200"/>
      </w:pPr>
    </w:p>
    <w:p w14:paraId="12865DAC"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47C43EC4" w14:textId="77777777" w:rsidR="00BC4E80" w:rsidRDefault="00BC4E80">
      <w:pPr>
        <w:tabs>
          <w:tab w:val="left" w:pos="5386"/>
        </w:tabs>
        <w:spacing w:after="160"/>
      </w:pPr>
      <w:r>
        <w:rPr>
          <w:rFonts w:ascii="Times New Roman" w:hAnsi="Times New Roman" w:cs="Times New Roman" w:eastAsia="Times New Roman"/>
          <w:sz w:val="24"/>
        </w:rPr>
        <w:t>Получил съобщението:</w:t>
      </w:r>
      <w:r>
        <w:rPr>
          <w:rFonts w:ascii="Times New Roman" w:hAnsi="Times New Roman" w:cs="Times New Roman" w:eastAsia="Times New Roman"/>
          <w:sz w:val="24"/>
        </w:rPr>
        <w:tab/>
        <w:t>Родител: ………………………………………</w:t>
      </w:r>
    </w:p>
    <w:p w14:paraId="4EA8B048" w14:textId="77777777" w:rsidR="00BC4E80" w:rsidRDefault="00BC4E80">
      <w:pPr>
        <w:pageBreakBefore/>
        <w:spacing w:after="2800"/>
      </w:pPr>
    </w:p>
    <w:p w14:paraId="387F9425" w14:textId="77777777" w:rsidR="00BC4E80" w:rsidRDefault="00BC4E80">
      <w:pPr>
        <w:spacing w:after="200"/>
        <w:jc w:val="center"/>
      </w:pPr>
      <w:r>
        <w:rPr>
          <w:rFonts w:ascii="Times New Roman" w:hAnsi="Times New Roman" w:cs="Times New Roman" w:eastAsia="Times New Roman"/>
          <w:b/>
          <w:sz w:val="32"/>
        </w:rPr>
        <w:t>РАЗДЕЛ II</w:t>
      </w:r>
    </w:p>
    <w:p w14:paraId="11632F0E" w14:textId="77777777" w:rsidR="00BC4E80" w:rsidRDefault="00BC4E80">
      <w:pPr>
        <w:jc w:val="center"/>
      </w:pPr>
      <w:r>
        <w:rPr>
          <w:rFonts w:ascii="Times New Roman" w:hAnsi="Times New Roman" w:cs="Times New Roman" w:eastAsia="Times New Roman"/>
          <w:b/>
          <w:sz w:val="28"/>
        </w:rPr>
        <w:t>ОТСЪСТВИЯ И ЗАКЪСНЕНИЯ</w:t>
      </w:r>
    </w:p>
    <w:p w14:paraId="2510D6D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16 към Правилника за дейността на училището</w:t>
      </w:r>
    </w:p>
    <w:p w14:paraId="120FF7FD"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DE7BAB5" wp14:editId="0DF25B7E">
            <wp:extent cx="6483600" cy="117515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9A9699F" w14:textId="77777777" w:rsidR="00BC4E80" w:rsidRDefault="00BC4E80">
      <w:pPr>
        <w:spacing w:after="160"/>
      </w:pPr>
      <w:r>
        <w:rPr>
          <w:rFonts w:ascii="Times New Roman" w:hAnsi="Times New Roman" w:cs="Times New Roman" w:eastAsia="Times New Roman"/>
        </w:rPr>
        <w:t>Вх. № ………………………………………………………… / ………………………………………………… г.</w:t>
      </w:r>
    </w:p>
    <w:p w14:paraId="4345C1E4" w14:textId="77777777" w:rsidR="00BC4E80" w:rsidRDefault="00BC4E80">
      <w:r>
        <w:rPr>
          <w:rFonts w:ascii="Times New Roman" w:hAnsi="Times New Roman" w:cs="Times New Roman" w:eastAsia="Times New Roman"/>
          <w:b/>
          <w:sz w:val="24"/>
        </w:rPr>
        <w:t>ДО</w:t>
      </w:r>
    </w:p>
    <w:p w14:paraId="662C2C74" w14:textId="77777777" w:rsidR="00BC4E80" w:rsidRDefault="00BC4E80">
      <w:r>
        <w:rPr>
          <w:rFonts w:ascii="Times New Roman" w:hAnsi="Times New Roman" w:cs="Times New Roman" w:eastAsia="Times New Roman"/>
          <w:b/>
          <w:sz w:val="24"/>
        </w:rPr>
        <w:t>КЛАСНИЯ РЪКОВОДИТЕЛ</w:t>
      </w:r>
    </w:p>
    <w:p w14:paraId="47B25C2B" w14:textId="77777777" w:rsidR="00BC4E80" w:rsidRDefault="00BC4E80">
      <w:r>
        <w:rPr>
          <w:rFonts w:ascii="Times New Roman" w:hAnsi="Times New Roman" w:cs="Times New Roman" w:eastAsia="Times New Roman"/>
          <w:b/>
          <w:sz w:val="24"/>
        </w:rPr>
        <w:t>НА ………………………………………………………………………………………………… КЛАС</w:t>
      </w:r>
    </w:p>
    <w:p w14:paraId="2086CB65" w14:textId="77777777" w:rsidR="00BC4E80" w:rsidRDefault="00BC4E80">
      <w:r>
        <w:rPr>
          <w:rFonts w:ascii="Times New Roman" w:hAnsi="Times New Roman" w:cs="Times New Roman" w:eastAsia="Times New Roman"/>
          <w:b/>
          <w:sz w:val="24"/>
        </w:rPr>
        <w:t>ПРИ ПГМКР „СВЕТИ НИКОЛА“ – ГР. БУРГАС</w:t>
      </w:r>
    </w:p>
    <w:p w14:paraId="6E359923" w14:textId="77777777" w:rsidR="00BC4E80" w:rsidRDefault="00BC4E80">
      <w:pPr>
        <w:spacing w:after="160"/>
      </w:pPr>
    </w:p>
    <w:p w14:paraId="1940BD71" w14:textId="77777777" w:rsidR="00BC4E80" w:rsidRDefault="00BC4E80">
      <w:pPr>
        <w:spacing w:before="80" w:after="40"/>
        <w:jc w:val="center"/>
      </w:pPr>
      <w:r>
        <w:rPr>
          <w:rFonts w:ascii="Times New Roman" w:hAnsi="Times New Roman" w:cs="Times New Roman" w:eastAsia="Times New Roman"/>
          <w:b/>
          <w:sz w:val="26"/>
        </w:rPr>
        <w:t>М О Т И В И Р А Н О   З А Я В Л Е Н И Е</w:t>
      </w:r>
    </w:p>
    <w:p w14:paraId="63B056EA" w14:textId="77777777" w:rsidR="00BC4E80" w:rsidRDefault="00BC4E80">
      <w:pPr>
        <w:spacing w:after="80"/>
        <w:jc w:val="center"/>
      </w:pPr>
      <w:r>
        <w:rPr>
          <w:rFonts w:ascii="Times New Roman" w:hAnsi="Times New Roman" w:cs="Times New Roman" w:eastAsia="Times New Roman"/>
          <w:b/>
        </w:rPr>
        <w:t>за разрешаване на отсъствия до 15 учебни дни в една учебна година</w:t>
      </w:r>
    </w:p>
    <w:p w14:paraId="7F03380E" w14:textId="77777777" w:rsidR="00BC4E80" w:rsidRDefault="00BC4E80">
      <w:pPr>
        <w:spacing w:after="160"/>
        <w:jc w:val="center"/>
      </w:pPr>
      <w:r>
        <w:rPr>
          <w:rFonts w:ascii="Times New Roman" w:hAnsi="Times New Roman" w:cs="Times New Roman" w:eastAsia="Times New Roman"/>
          <w:i/>
          <w:sz w:val="20"/>
        </w:rPr>
        <w:t>чл. 62, ал. 1, т. 3 и ал. 2 от Наредбата за приобщаващото образование (изм. ДВ, бр. 23 от 2024 г., в сила от 19.03.2024 г.); чл. 51 от ПДУ</w:t>
      </w:r>
    </w:p>
    <w:p w14:paraId="398A6440" w14:textId="77777777" w:rsidR="00BC4E80" w:rsidRDefault="00BC4E80">
      <w:pPr>
        <w:spacing w:after="40"/>
      </w:pPr>
      <w:r>
        <w:rPr>
          <w:rFonts w:ascii="Times New Roman" w:hAnsi="Times New Roman" w:cs="Times New Roman" w:eastAsia="Times New Roman"/>
          <w:sz w:val="24"/>
        </w:rPr>
        <w:t>от …………………………………………………………………………………………………………</w:t>
      </w:r>
    </w:p>
    <w:p w14:paraId="0D34CC23"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3D8808DF" w14:textId="77777777" w:rsidR="00BC4E80" w:rsidRDefault="00BC4E80">
      <w:pPr>
        <w:spacing w:after="40"/>
      </w:pPr>
      <w:r>
        <w:rPr>
          <w:rFonts w:ascii="Times New Roman" w:hAnsi="Times New Roman" w:cs="Times New Roman" w:eastAsia="Times New Roman"/>
          <w:sz w:val="24"/>
        </w:rPr>
        <w:t>родител на …………………………………………………………………………………………………</w:t>
      </w:r>
    </w:p>
    <w:p w14:paraId="26C928A8"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0E29801D" w14:textId="77777777" w:rsidR="00BC4E80" w:rsidRDefault="00BC4E80">
      <w:pPr>
        <w:spacing w:after="40"/>
      </w:pPr>
      <w:r>
        <w:rPr>
          <w:rFonts w:ascii="Times New Roman" w:hAnsi="Times New Roman" w:cs="Times New Roman" w:eastAsia="Times New Roman"/>
          <w:sz w:val="24"/>
        </w:rPr>
        <w:t>адрес и телефон за контакт: ……………………………………………………………………………</w:t>
      </w:r>
    </w:p>
    <w:p w14:paraId="69248C29" w14:textId="77777777" w:rsidR="00BC4E80" w:rsidRDefault="00BC4E80">
      <w:pPr>
        <w:spacing w:after="80"/>
      </w:pPr>
    </w:p>
    <w:p w14:paraId="3A21E081" w14:textId="77777777" w:rsidR="00BC4E80" w:rsidRDefault="00BC4E80">
      <w:pPr>
        <w:spacing w:after="120"/>
      </w:pPr>
      <w:r>
        <w:rPr>
          <w:rFonts w:ascii="Times New Roman" w:hAnsi="Times New Roman" w:cs="Times New Roman" w:eastAsia="Times New Roman"/>
          <w:b/>
          <w:sz w:val="24"/>
        </w:rPr>
        <w:t>УВАЖАЕМА ГОСПОЖО / УВАЖАЕМИ ГОСПОДИНЕ,</w:t>
      </w:r>
    </w:p>
    <w:p w14:paraId="40AE8603" w14:textId="77777777" w:rsidR="00BC4E80" w:rsidRDefault="00BC4E80">
      <w:pPr>
        <w:spacing w:after="80"/>
      </w:pPr>
      <w:r>
        <w:rPr>
          <w:rFonts w:ascii="Times New Roman" w:hAnsi="Times New Roman" w:cs="Times New Roman" w:eastAsia="Times New Roman"/>
          <w:sz w:val="24"/>
        </w:rPr>
        <w:t>На основание чл. 62, ал. 1, т. 3 от Наредбата за приобщаващото образование моля да разрешите отсъствието по семейни причини на сина ми / дъщеря ми ……………………,</w:t>
      </w:r>
    </w:p>
    <w:p w14:paraId="0257F011" w14:textId="77777777" w:rsidR="00BC4E80" w:rsidRDefault="00BC4E80">
      <w:pPr>
        <w:spacing w:after="80"/>
      </w:pPr>
      <w:r>
        <w:rPr>
          <w:rFonts w:ascii="Times New Roman" w:hAnsi="Times New Roman" w:cs="Times New Roman" w:eastAsia="Times New Roman"/>
          <w:sz w:val="24"/>
        </w:rPr>
        <w:t>ученик/ученичка от ……………………………………………………………………………… клас:</w:t>
      </w:r>
    </w:p>
    <w:p w14:paraId="02A180E4" w14:textId="77777777" w:rsidR="00BC4E80" w:rsidRDefault="00BC4E80">
      <w:pPr>
        <w:spacing w:after="80"/>
      </w:pPr>
      <w:r>
        <w:rPr>
          <w:rFonts w:ascii="Times New Roman" w:hAnsi="Times New Roman" w:cs="Times New Roman" w:eastAsia="Times New Roman"/>
          <w:sz w:val="24"/>
        </w:rPr>
        <w:t>☐ на ………………………………………………………………………………… г. (конкретна дата)</w:t>
      </w:r>
    </w:p>
    <w:p w14:paraId="08DA4D9A" w14:textId="77777777" w:rsidR="00BC4E80" w:rsidRDefault="00BC4E80">
      <w:pPr>
        <w:spacing w:after="80"/>
      </w:pPr>
      <w:r>
        <w:rPr>
          <w:rFonts w:ascii="Times New Roman" w:hAnsi="Times New Roman" w:cs="Times New Roman" w:eastAsia="Times New Roman"/>
          <w:sz w:val="24"/>
        </w:rPr>
        <w:t>☐ за периода от ……………………………… г. до ………………………………… г. включително,</w:t>
      </w:r>
    </w:p>
    <w:p w14:paraId="39DFBBD9" w14:textId="77777777" w:rsidR="00BC4E80" w:rsidRDefault="00BC4E80">
      <w:pPr>
        <w:spacing w:after="80"/>
      </w:pPr>
      <w:r>
        <w:rPr>
          <w:rFonts w:ascii="Times New Roman" w:hAnsi="Times New Roman" w:cs="Times New Roman" w:eastAsia="Times New Roman"/>
          <w:sz w:val="24"/>
        </w:rPr>
        <w:t>общо ………………………………………………………………………………………… учебни дни.</w:t>
      </w:r>
    </w:p>
    <w:p w14:paraId="57363ACF" w14:textId="77777777" w:rsidR="00BC4E80" w:rsidRDefault="00BC4E80">
      <w:pPr>
        <w:spacing w:after="80"/>
      </w:pPr>
      <w:r>
        <w:rPr>
          <w:rFonts w:ascii="Times New Roman" w:hAnsi="Times New Roman" w:cs="Times New Roman" w:eastAsia="Times New Roman"/>
          <w:sz w:val="24"/>
        </w:rPr>
        <w:t>Мотиви за отсъствието: …………………………………………………………………………………</w:t>
      </w:r>
    </w:p>
    <w:p w14:paraId="567AE9B2" w14:textId="77777777" w:rsidR="00BC4E80" w:rsidRDefault="00BC4E80">
      <w:pPr>
        <w:spacing w:after="80"/>
      </w:pPr>
      <w:r>
        <w:rPr>
          <w:rFonts w:ascii="Times New Roman" w:hAnsi="Times New Roman" w:cs="Times New Roman" w:eastAsia="Times New Roman"/>
          <w:sz w:val="24"/>
        </w:rPr>
        <w:t>Декларирам, че до момента ученикът/ученичката е ползвал/а …………………… учебни дни по чл. 62, ал. 1, т. 3 през текущата учебна година.</w:t>
      </w:r>
    </w:p>
    <w:p w14:paraId="44642AFB" w14:textId="77777777" w:rsidR="00BC4E80" w:rsidRDefault="00BC4E80">
      <w:pPr>
        <w:spacing w:after="80"/>
        <w:jc w:val="both"/>
      </w:pPr>
      <w:r>
        <w:rPr>
          <w:rFonts w:ascii="Times New Roman" w:hAnsi="Times New Roman" w:cs="Times New Roman" w:eastAsia="Times New Roman"/>
          <w:sz w:val="24"/>
        </w:rPr>
        <w:t>Известно ми е, че:</w:t>
      </w:r>
    </w:p>
    <w:p w14:paraId="51D1A671" w14:textId="77777777" w:rsidR="00BC4E80" w:rsidRDefault="00BC4E80">
      <w:pPr>
        <w:spacing w:after="80"/>
        <w:jc w:val="both"/>
      </w:pPr>
      <w:r>
        <w:rPr>
          <w:rFonts w:ascii="Times New Roman" w:hAnsi="Times New Roman" w:cs="Times New Roman" w:eastAsia="Times New Roman"/>
          <w:sz w:val="24"/>
        </w:rPr>
        <w:t>1. Общият брой на тези отсъствия не може да надвишава 15 учебни дни в една учебна година и не повече от 5 учебни дни наведнъж;</w:t>
      </w:r>
    </w:p>
    <w:p w14:paraId="72EB0CEC" w14:textId="77777777" w:rsidR="00BC4E80" w:rsidRDefault="00BC4E80">
      <w:pPr>
        <w:spacing w:after="80"/>
        <w:jc w:val="both"/>
      </w:pPr>
      <w:r>
        <w:rPr>
          <w:rFonts w:ascii="Times New Roman" w:hAnsi="Times New Roman" w:cs="Times New Roman" w:eastAsia="Times New Roman"/>
          <w:sz w:val="24"/>
        </w:rPr>
        <w:t>2. Заявлението се подава преди отсъствието, а ако това е невъзможно – уведомявам класния ръководител в първия ден (чл. 62, ал. 2); при превишаване отсъствията са неизвинени.</w:t>
      </w:r>
    </w:p>
    <w:p w14:paraId="3E5BABB3" w14:textId="77777777" w:rsidR="00BC4E80" w:rsidRDefault="00BC4E80">
      <w:pPr>
        <w:spacing w:after="80"/>
      </w:pPr>
    </w:p>
    <w:p w14:paraId="5DD6D681" w14:textId="77777777" w:rsidR="00BC4E80" w:rsidRDefault="00BC4E80">
      <w:pPr>
        <w:spacing w:after="80"/>
      </w:pPr>
      <w:r>
        <w:rPr>
          <w:rFonts w:ascii="Times New Roman" w:hAnsi="Times New Roman" w:cs="Times New Roman" w:eastAsia="Times New Roman"/>
          <w:i/>
          <w:sz w:val="20"/>
        </w:rPr>
        <w:t>СТАНОВИЩЕ НА КЛАСНИЯ РЪКОВОДИТЕЛ: ☐ разрешавам   ☐ не разрешавам   Ползвани дни: ……………………   Дата: ……………………   Подпис: ……………………</w:t>
      </w:r>
    </w:p>
    <w:p w14:paraId="15F002F5" w14:textId="77777777" w:rsidR="00BC4E80" w:rsidRDefault="00BC4E80">
      <w:pPr>
        <w:spacing w:after="200"/>
      </w:pPr>
    </w:p>
    <w:p w14:paraId="33AE40A7"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3EF323BB"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17 към Правилника за дейността на училището</w:t>
      </w:r>
    </w:p>
    <w:p w14:paraId="10AE875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5ACAAEB" wp14:editId="6C25D169">
            <wp:extent cx="6483600" cy="117515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28AD63F" w14:textId="77777777" w:rsidR="00BC4E80" w:rsidRDefault="00BC4E80">
      <w:pPr>
        <w:spacing w:after="160"/>
      </w:pPr>
      <w:r>
        <w:rPr>
          <w:rFonts w:ascii="Times New Roman" w:hAnsi="Times New Roman" w:cs="Times New Roman" w:eastAsia="Times New Roman"/>
        </w:rPr>
        <w:t>Вх. № ………………………………………………………… / ………………………………………………… г.</w:t>
      </w:r>
    </w:p>
    <w:p w14:paraId="7349E6DB" w14:textId="77777777" w:rsidR="00BC4E80" w:rsidRDefault="00BC4E80">
      <w:r>
        <w:rPr>
          <w:rFonts w:ascii="Times New Roman" w:hAnsi="Times New Roman" w:cs="Times New Roman" w:eastAsia="Times New Roman"/>
          <w:b/>
          <w:sz w:val="24"/>
        </w:rPr>
        <w:t>ДО</w:t>
      </w:r>
    </w:p>
    <w:p w14:paraId="752A53B2" w14:textId="77777777" w:rsidR="00BC4E80" w:rsidRDefault="00BC4E80">
      <w:r>
        <w:rPr>
          <w:rFonts w:ascii="Times New Roman" w:hAnsi="Times New Roman" w:cs="Times New Roman" w:eastAsia="Times New Roman"/>
          <w:b/>
          <w:sz w:val="24"/>
        </w:rPr>
        <w:t>КЛАСНИЯ РЪКОВОДИТЕЛ</w:t>
      </w:r>
    </w:p>
    <w:p w14:paraId="73D9C27B" w14:textId="77777777" w:rsidR="00BC4E80" w:rsidRDefault="00BC4E80">
      <w:r>
        <w:rPr>
          <w:rFonts w:ascii="Times New Roman" w:hAnsi="Times New Roman" w:cs="Times New Roman" w:eastAsia="Times New Roman"/>
          <w:b/>
          <w:sz w:val="24"/>
        </w:rPr>
        <w:t>НА ………………………………………………………………………………………………… КЛАС</w:t>
      </w:r>
    </w:p>
    <w:p w14:paraId="0406DB67" w14:textId="77777777" w:rsidR="00BC4E80" w:rsidRDefault="00BC4E80">
      <w:r>
        <w:rPr>
          <w:rFonts w:ascii="Times New Roman" w:hAnsi="Times New Roman" w:cs="Times New Roman" w:eastAsia="Times New Roman"/>
          <w:b/>
          <w:sz w:val="24"/>
        </w:rPr>
        <w:t>ПРИ ПГМКР „СВЕТИ НИКОЛА“ – ГР. БУРГАС</w:t>
      </w:r>
    </w:p>
    <w:p w14:paraId="161BB57E" w14:textId="77777777" w:rsidR="00BC4E80" w:rsidRDefault="00BC4E80">
      <w:pPr>
        <w:spacing w:after="160"/>
      </w:pPr>
    </w:p>
    <w:p w14:paraId="400E69A8" w14:textId="77777777" w:rsidR="00BC4E80" w:rsidRDefault="00BC4E80">
      <w:pPr>
        <w:spacing w:before="80" w:after="40"/>
        <w:jc w:val="center"/>
      </w:pPr>
      <w:r>
        <w:rPr>
          <w:rFonts w:ascii="Times New Roman" w:hAnsi="Times New Roman" w:cs="Times New Roman" w:eastAsia="Times New Roman"/>
          <w:b/>
          <w:sz w:val="26"/>
        </w:rPr>
        <w:t>Д Е К Л А Р А Ц И Я   З А   И Н Ф О Р М И Р А Н О С Т</w:t>
      </w:r>
    </w:p>
    <w:p w14:paraId="03F8256E" w14:textId="77777777" w:rsidR="00BC4E80" w:rsidRDefault="00BC4E80">
      <w:pPr>
        <w:spacing w:after="80"/>
        <w:jc w:val="center"/>
      </w:pPr>
      <w:r>
        <w:rPr>
          <w:rFonts w:ascii="Times New Roman" w:hAnsi="Times New Roman" w:cs="Times New Roman" w:eastAsia="Times New Roman"/>
          <w:b/>
        </w:rPr>
        <w:t>за отсъствие поради участие в дейности извън училищното образование</w:t>
      </w:r>
    </w:p>
    <w:p w14:paraId="61C0A6CE" w14:textId="77777777" w:rsidR="00BC4E80" w:rsidRDefault="00BC4E80">
      <w:pPr>
        <w:spacing w:after="160"/>
        <w:jc w:val="center"/>
      </w:pPr>
      <w:r>
        <w:rPr>
          <w:rFonts w:ascii="Times New Roman" w:hAnsi="Times New Roman" w:cs="Times New Roman" w:eastAsia="Times New Roman"/>
          <w:i/>
          <w:sz w:val="20"/>
        </w:rPr>
        <w:t>чл. 62, ал. 1, т. 2 от Наредбата за приобщаващото образование</w:t>
      </w:r>
    </w:p>
    <w:p w14:paraId="36CC0F5E" w14:textId="77777777" w:rsidR="00BC4E80" w:rsidRDefault="00BC4E80">
      <w:pPr>
        <w:spacing w:after="40"/>
      </w:pPr>
      <w:r>
        <w:rPr>
          <w:rFonts w:ascii="Times New Roman" w:hAnsi="Times New Roman" w:cs="Times New Roman" w:eastAsia="Times New Roman"/>
          <w:sz w:val="24"/>
        </w:rPr>
        <w:t>от …………………………………………………………………………………………………………</w:t>
      </w:r>
    </w:p>
    <w:p w14:paraId="4D765D84"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50EE7F06" w14:textId="77777777" w:rsidR="00BC4E80" w:rsidRDefault="00BC4E80">
      <w:pPr>
        <w:spacing w:after="40"/>
      </w:pPr>
      <w:r>
        <w:rPr>
          <w:rFonts w:ascii="Times New Roman" w:hAnsi="Times New Roman" w:cs="Times New Roman" w:eastAsia="Times New Roman"/>
          <w:sz w:val="24"/>
        </w:rPr>
        <w:t>родител на …………………………………………………………………………………………………</w:t>
      </w:r>
    </w:p>
    <w:p w14:paraId="688BDC7F"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5896F3BD" w14:textId="77777777" w:rsidR="00BC4E80" w:rsidRDefault="00BC4E80">
      <w:pPr>
        <w:spacing w:after="40"/>
      </w:pPr>
      <w:r>
        <w:rPr>
          <w:rFonts w:ascii="Times New Roman" w:hAnsi="Times New Roman" w:cs="Times New Roman" w:eastAsia="Times New Roman"/>
          <w:sz w:val="24"/>
        </w:rPr>
        <w:t>адрес и телефон за контакт: ……………………………………………………………………………</w:t>
      </w:r>
    </w:p>
    <w:p w14:paraId="32118050" w14:textId="77777777" w:rsidR="00BC4E80" w:rsidRDefault="00BC4E80">
      <w:pPr>
        <w:spacing w:after="80"/>
      </w:pPr>
    </w:p>
    <w:p w14:paraId="6474510E" w14:textId="77777777" w:rsidR="00BC4E80" w:rsidRDefault="00BC4E80">
      <w:pPr>
        <w:spacing w:after="120"/>
      </w:pPr>
      <w:r>
        <w:rPr>
          <w:rFonts w:ascii="Times New Roman" w:hAnsi="Times New Roman" w:cs="Times New Roman" w:eastAsia="Times New Roman"/>
          <w:b/>
          <w:sz w:val="24"/>
        </w:rPr>
        <w:t>УВАЖАЕМА ГОСПОЖО / УВАЖАЕМИ ГОСПОДИНЕ,</w:t>
      </w:r>
    </w:p>
    <w:p w14:paraId="5D5677AD" w14:textId="77777777" w:rsidR="00BC4E80" w:rsidRDefault="00BC4E80">
      <w:pPr>
        <w:spacing w:after="80"/>
        <w:jc w:val="both"/>
      </w:pPr>
      <w:r>
        <w:rPr>
          <w:rFonts w:ascii="Times New Roman" w:hAnsi="Times New Roman" w:cs="Times New Roman" w:eastAsia="Times New Roman"/>
          <w:sz w:val="24"/>
        </w:rPr>
        <w:t>Декларирам, че съм информиран/а и съм съгласен/на синът ми / дъщеря ми да отсъства от учебни занятия поради участие в дейност извън процеса на училищното образование:</w:t>
      </w:r>
    </w:p>
    <w:p w14:paraId="593A0FC6" w14:textId="77777777" w:rsidR="00BC4E80" w:rsidRDefault="00BC4E80">
      <w:pPr>
        <w:spacing w:after="80"/>
      </w:pPr>
      <w:r>
        <w:rPr>
          <w:rFonts w:ascii="Times New Roman" w:hAnsi="Times New Roman" w:cs="Times New Roman" w:eastAsia="Times New Roman"/>
          <w:sz w:val="24"/>
        </w:rPr>
        <w:t>Вид на дейността (състезание, конкурс, олимпиада, фестивал, концерт, спектакъл, изложба и др.): ……………………</w:t>
      </w:r>
    </w:p>
    <w:p w14:paraId="237BF64C" w14:textId="77777777" w:rsidR="00BC4E80" w:rsidRDefault="00BC4E80">
      <w:pPr>
        <w:spacing w:after="80"/>
      </w:pPr>
      <w:r>
        <w:rPr>
          <w:rFonts w:ascii="Times New Roman" w:hAnsi="Times New Roman" w:cs="Times New Roman" w:eastAsia="Times New Roman"/>
          <w:sz w:val="24"/>
        </w:rPr>
        <w:t>Организатор / спортен клуб / институция: ……………………………………………………………</w:t>
      </w:r>
    </w:p>
    <w:p w14:paraId="65A49381" w14:textId="77777777" w:rsidR="00BC4E80" w:rsidRDefault="00BC4E80">
      <w:pPr>
        <w:spacing w:after="80"/>
      </w:pPr>
      <w:r>
        <w:rPr>
          <w:rFonts w:ascii="Times New Roman" w:hAnsi="Times New Roman" w:cs="Times New Roman" w:eastAsia="Times New Roman"/>
          <w:sz w:val="24"/>
        </w:rPr>
        <w:t>Място на провеждане: ……………………………………………………………………………………</w:t>
      </w:r>
    </w:p>
    <w:p w14:paraId="75BBAA28" w14:textId="77777777" w:rsidR="00BC4E80" w:rsidRDefault="00BC4E80">
      <w:pPr>
        <w:spacing w:after="80"/>
      </w:pPr>
      <w:r>
        <w:rPr>
          <w:rFonts w:ascii="Times New Roman" w:hAnsi="Times New Roman" w:cs="Times New Roman" w:eastAsia="Times New Roman"/>
          <w:sz w:val="24"/>
        </w:rPr>
        <w:t>Период на отсъствието: от …………………… г. до …………………… г., общо …………………… учебни дни.</w:t>
      </w:r>
    </w:p>
    <w:p w14:paraId="3B7BA8C2" w14:textId="77777777" w:rsidR="00BC4E80" w:rsidRDefault="00BC4E80">
      <w:pPr>
        <w:spacing w:after="80"/>
        <w:jc w:val="both"/>
      </w:pPr>
      <w:r>
        <w:rPr>
          <w:rFonts w:ascii="Times New Roman" w:hAnsi="Times New Roman" w:cs="Times New Roman" w:eastAsia="Times New Roman"/>
          <w:sz w:val="24"/>
        </w:rPr>
        <w:t>Прилагам документ, удостоверяващ името на участника, събитието и сроковете на провеждане.</w:t>
      </w:r>
    </w:p>
    <w:p w14:paraId="1205E76E" w14:textId="77777777" w:rsidR="00BC4E80" w:rsidRDefault="00BC4E80">
      <w:pPr>
        <w:spacing w:after="80"/>
        <w:jc w:val="both"/>
      </w:pPr>
      <w:r>
        <w:rPr>
          <w:rFonts w:ascii="Times New Roman" w:hAnsi="Times New Roman" w:cs="Times New Roman" w:eastAsia="Times New Roman"/>
          <w:sz w:val="24"/>
        </w:rPr>
        <w:t>Известно ми е, че отсъствията се извиняват само след потвърждение от мен като родител и след представяне на посочения документ.</w:t>
      </w:r>
    </w:p>
    <w:p w14:paraId="078C2F58" w14:textId="77777777" w:rsidR="00BC4E80" w:rsidRDefault="00BC4E80">
      <w:pPr>
        <w:spacing w:after="80"/>
      </w:pPr>
    </w:p>
    <w:p w14:paraId="28010847" w14:textId="77777777" w:rsidR="00BC4E80" w:rsidRDefault="00BC4E80">
      <w:pPr>
        <w:spacing w:after="80"/>
        <w:jc w:val="both"/>
      </w:pPr>
      <w:r>
        <w:rPr>
          <w:rFonts w:ascii="Times New Roman" w:hAnsi="Times New Roman" w:cs="Times New Roman" w:eastAsia="Times New Roman"/>
          <w:i/>
          <w:sz w:val="20"/>
        </w:rPr>
        <w:t>Приложение: документ от организатора / спортния клуб / институцията – 1 бр.</w:t>
      </w:r>
    </w:p>
    <w:p w14:paraId="4AA7664E" w14:textId="77777777" w:rsidR="00BC4E80" w:rsidRDefault="00BC4E80">
      <w:pPr>
        <w:spacing w:after="200"/>
      </w:pPr>
    </w:p>
    <w:p w14:paraId="130CA85D"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67A3AC1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18 към Правилника за дейността на училището</w:t>
      </w:r>
    </w:p>
    <w:p w14:paraId="0D0D999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1DF9366" wp14:editId="7926530B">
            <wp:extent cx="6483600" cy="11751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DCA0846" w14:textId="77777777" w:rsidR="00BC4E80" w:rsidRDefault="00BC4E80">
      <w:pPr>
        <w:spacing w:after="160"/>
      </w:pPr>
      <w:r>
        <w:rPr>
          <w:rFonts w:ascii="Times New Roman" w:hAnsi="Times New Roman" w:cs="Times New Roman" w:eastAsia="Times New Roman"/>
        </w:rPr>
        <w:t>Вх. № ………………………………………………………… / ………………………………………………… г.</w:t>
      </w:r>
    </w:p>
    <w:p w14:paraId="2AAC5E24" w14:textId="77777777" w:rsidR="00BC4E80" w:rsidRDefault="00BC4E80">
      <w:r>
        <w:rPr>
          <w:rFonts w:ascii="Times New Roman" w:hAnsi="Times New Roman" w:cs="Times New Roman" w:eastAsia="Times New Roman"/>
          <w:b/>
          <w:sz w:val="24"/>
        </w:rPr>
        <w:t>ДО</w:t>
      </w:r>
    </w:p>
    <w:p w14:paraId="31A45675" w14:textId="77777777" w:rsidR="00BC4E80" w:rsidRDefault="00BC4E80">
      <w:r>
        <w:rPr>
          <w:rFonts w:ascii="Times New Roman" w:hAnsi="Times New Roman" w:cs="Times New Roman" w:eastAsia="Times New Roman"/>
          <w:b/>
          <w:sz w:val="24"/>
        </w:rPr>
        <w:t>ДИРЕКТОРА</w:t>
      </w:r>
    </w:p>
    <w:p w14:paraId="08959602" w14:textId="77777777" w:rsidR="00BC4E80" w:rsidRDefault="00BC4E80">
      <w:r>
        <w:rPr>
          <w:rFonts w:ascii="Times New Roman" w:hAnsi="Times New Roman" w:cs="Times New Roman" w:eastAsia="Times New Roman"/>
          <w:b/>
          <w:sz w:val="24"/>
        </w:rPr>
        <w:t>НА ПГМКР „СВЕТИ НИКОЛА“</w:t>
      </w:r>
    </w:p>
    <w:p w14:paraId="6DA8737C" w14:textId="77777777" w:rsidR="00BC4E80" w:rsidRDefault="00BC4E80">
      <w:r>
        <w:rPr>
          <w:rFonts w:ascii="Times New Roman" w:hAnsi="Times New Roman" w:cs="Times New Roman" w:eastAsia="Times New Roman"/>
          <w:b/>
          <w:sz w:val="24"/>
        </w:rPr>
        <w:t>ГР. БУРГАС</w:t>
      </w:r>
    </w:p>
    <w:p w14:paraId="7263550E" w14:textId="77777777" w:rsidR="00BC4E80" w:rsidRDefault="00BC4E80">
      <w:pPr>
        <w:spacing w:after="160"/>
      </w:pPr>
    </w:p>
    <w:p w14:paraId="67C2E169" w14:textId="77777777" w:rsidR="00BC4E80" w:rsidRDefault="00BC4E80">
      <w:pPr>
        <w:spacing w:before="80" w:after="40"/>
        <w:jc w:val="center"/>
      </w:pPr>
      <w:r>
        <w:rPr>
          <w:rFonts w:ascii="Times New Roman" w:hAnsi="Times New Roman" w:cs="Times New Roman" w:eastAsia="Times New Roman"/>
          <w:b/>
          <w:sz w:val="26"/>
        </w:rPr>
        <w:t>У В Е Д О М И Т Е Л Н О   П И С М О</w:t>
      </w:r>
    </w:p>
    <w:p w14:paraId="3A4E6591" w14:textId="77777777" w:rsidR="00BC4E80" w:rsidRDefault="00BC4E80">
      <w:pPr>
        <w:spacing w:after="80"/>
        <w:jc w:val="center"/>
      </w:pPr>
      <w:r>
        <w:rPr>
          <w:rFonts w:ascii="Times New Roman" w:hAnsi="Times New Roman" w:cs="Times New Roman" w:eastAsia="Times New Roman"/>
          <w:b/>
        </w:rPr>
        <w:t>за участие на ученик в изява извън училището</w:t>
      </w:r>
    </w:p>
    <w:p w14:paraId="6C9B3F25" w14:textId="77777777" w:rsidR="00BC4E80" w:rsidRDefault="00BC4E80">
      <w:pPr>
        <w:spacing w:after="160"/>
        <w:jc w:val="center"/>
      </w:pPr>
      <w:r>
        <w:rPr>
          <w:rFonts w:ascii="Times New Roman" w:hAnsi="Times New Roman" w:cs="Times New Roman" w:eastAsia="Times New Roman"/>
          <w:i/>
          <w:sz w:val="20"/>
        </w:rPr>
        <w:t>чл. 51 от ПДУ – подава се до 3 (три) работни дни преди датата на отсъствието</w:t>
      </w:r>
    </w:p>
    <w:p w14:paraId="1AD2559F" w14:textId="77777777" w:rsidR="00BC4E80" w:rsidRDefault="00BC4E80">
      <w:pPr>
        <w:spacing w:after="40"/>
      </w:pPr>
      <w:r>
        <w:rPr>
          <w:rFonts w:ascii="Times New Roman" w:hAnsi="Times New Roman" w:cs="Times New Roman" w:eastAsia="Times New Roman"/>
          <w:sz w:val="24"/>
        </w:rPr>
        <w:t>от …………………………………………………………………………………………………………</w:t>
      </w:r>
    </w:p>
    <w:p w14:paraId="122B6CE3" w14:textId="77777777" w:rsidR="00BC4E80" w:rsidRDefault="00BC4E80">
      <w:pPr>
        <w:spacing w:after="40"/>
      </w:pPr>
      <w:r>
        <w:rPr>
          <w:rFonts w:ascii="Times New Roman" w:hAnsi="Times New Roman" w:cs="Times New Roman" w:eastAsia="Times New Roman"/>
          <w:sz w:val="24"/>
        </w:rPr>
        <w:t>/трите имена и длъжност на ръководителя на ученика/</w:t>
      </w:r>
    </w:p>
    <w:p w14:paraId="26FCF5D1" w14:textId="77777777" w:rsidR="00BC4E80" w:rsidRDefault="00BC4E80">
      <w:pPr>
        <w:spacing w:after="80"/>
      </w:pPr>
    </w:p>
    <w:p w14:paraId="516F12FD" w14:textId="77777777" w:rsidR="00BC4E80" w:rsidRDefault="00BC4E80">
      <w:pPr>
        <w:spacing w:after="120"/>
      </w:pPr>
      <w:r>
        <w:rPr>
          <w:rFonts w:ascii="Times New Roman" w:hAnsi="Times New Roman" w:cs="Times New Roman" w:eastAsia="Times New Roman"/>
          <w:b/>
          <w:sz w:val="24"/>
        </w:rPr>
        <w:t>УВАЖАЕМА ГОСПОЖО ДИРЕКТОР,</w:t>
      </w:r>
    </w:p>
    <w:p w14:paraId="2D38595D" w14:textId="77777777" w:rsidR="00BC4E80" w:rsidRDefault="00BC4E80">
      <w:pPr>
        <w:spacing w:after="80"/>
        <w:jc w:val="both"/>
      </w:pPr>
      <w:r>
        <w:rPr>
          <w:rFonts w:ascii="Times New Roman" w:hAnsi="Times New Roman" w:cs="Times New Roman" w:eastAsia="Times New Roman"/>
          <w:sz w:val="24"/>
        </w:rPr>
        <w:t>Уведомявам Ви, че следните ученици ще участват в:</w:t>
      </w:r>
    </w:p>
    <w:p w14:paraId="65C91C60" w14:textId="77777777" w:rsidR="00BC4E80" w:rsidRDefault="00BC4E80">
      <w:pPr>
        <w:spacing w:after="80"/>
      </w:pPr>
      <w:r>
        <w:rPr>
          <w:rFonts w:ascii="Times New Roman" w:hAnsi="Times New Roman" w:cs="Times New Roman" w:eastAsia="Times New Roman"/>
          <w:sz w:val="24"/>
        </w:rPr>
        <w:t>Изява / състезание / конкурс: ……………………………………………………………………………</w:t>
      </w:r>
    </w:p>
    <w:p w14:paraId="6F5275AD" w14:textId="77777777" w:rsidR="00BC4E80" w:rsidRDefault="00BC4E80">
      <w:pPr>
        <w:spacing w:after="80"/>
      </w:pPr>
      <w:r>
        <w:rPr>
          <w:rFonts w:ascii="Times New Roman" w:hAnsi="Times New Roman" w:cs="Times New Roman" w:eastAsia="Times New Roman"/>
          <w:sz w:val="24"/>
        </w:rPr>
        <w:t>Организатор: ………………………………………………………………………………………………</w:t>
      </w:r>
    </w:p>
    <w:p w14:paraId="49794FC7" w14:textId="77777777" w:rsidR="00BC4E80" w:rsidRDefault="00BC4E80">
      <w:pPr>
        <w:spacing w:after="80"/>
      </w:pPr>
      <w:r>
        <w:rPr>
          <w:rFonts w:ascii="Times New Roman" w:hAnsi="Times New Roman" w:cs="Times New Roman" w:eastAsia="Times New Roman"/>
          <w:sz w:val="24"/>
        </w:rPr>
        <w:t>Място и период: …………………………………………………………………………………………</w:t>
      </w:r>
    </w:p>
    <w:p w14:paraId="4DF66EB7" w14:textId="77777777" w:rsidR="00BC4E80" w:rsidRDefault="00BC4E80">
      <w:pPr>
        <w:spacing w:after="80"/>
      </w:pPr>
      <w:r>
        <w:rPr>
          <w:rFonts w:ascii="Times New Roman" w:hAnsi="Times New Roman" w:cs="Times New Roman" w:eastAsia="Times New Roman"/>
          <w:sz w:val="24"/>
        </w:rPr>
        <w:t>Пътуването и престоят се осъществяват при следната организация: …………………………………</w:t>
      </w:r>
    </w:p>
    <w:p w14:paraId="02025221" w14:textId="77777777" w:rsidR="00BC4E80" w:rsidRDefault="00BC4E80">
      <w:pPr>
        <w:spacing w:after="200"/>
      </w:pPr>
    </w:p>
    <w:tbl>
      <w:tblPr>
        <w:tblStyle w:val="aff9"/>
        <w:tblW w:w="0" w:type="auto"/>
        <w:tblLook w:val="04A0" w:firstRow="1" w:lastRow="0" w:firstColumn="1" w:lastColumn="0" w:noHBand="0" w:noVBand="1"/>
      </w:tblPr>
      <w:tblGrid>
        <w:gridCol w:w="680"/>
        <w:gridCol w:w="3964"/>
        <w:gridCol w:w="1019"/>
        <w:gridCol w:w="2549"/>
        <w:gridCol w:w="1983"/>
      </w:tblGrid>
      <w:tr w:rsidR="00BC4E80" w14:paraId="3AC50752" w14:textId="77777777">
        <w:tc>
          <w:tcPr>
            <w:tcW w:w="680" w:type="dxa"/>
          </w:tcPr>
          <w:p w14:paraId="2E1561D4" w14:textId="77777777" w:rsidR="00BC4E80" w:rsidRDefault="00BC4E80">
            <w:pPr>
              <w:jc w:val="center"/>
            </w:pPr>
            <w:r>
              <w:rPr>
                <w:rFonts w:ascii="Times New Roman" w:hAnsi="Times New Roman" w:cs="Times New Roman" w:eastAsia="Times New Roman"/>
                <w:b/>
                <w:sz w:val="20"/>
              </w:rPr>
              <w:t>№</w:t>
            </w:r>
          </w:p>
        </w:tc>
        <w:tc>
          <w:tcPr>
            <w:tcW w:w="3969" w:type="dxa"/>
          </w:tcPr>
          <w:p w14:paraId="0556D172" w14:textId="77777777" w:rsidR="00BC4E80" w:rsidRDefault="00BC4E80">
            <w:pPr>
              <w:jc w:val="center"/>
            </w:pPr>
            <w:r>
              <w:rPr>
                <w:rFonts w:ascii="Times New Roman" w:hAnsi="Times New Roman" w:cs="Times New Roman" w:eastAsia="Times New Roman"/>
                <w:b/>
                <w:sz w:val="20"/>
              </w:rPr>
              <w:t>Трите имена на ученика</w:t>
            </w:r>
          </w:p>
        </w:tc>
        <w:tc>
          <w:tcPr>
            <w:tcW w:w="1020" w:type="dxa"/>
          </w:tcPr>
          <w:p w14:paraId="6EADBB35" w14:textId="77777777" w:rsidR="00BC4E80" w:rsidRDefault="00BC4E80">
            <w:pPr>
              <w:jc w:val="center"/>
            </w:pPr>
            <w:r>
              <w:rPr>
                <w:rFonts w:ascii="Times New Roman" w:hAnsi="Times New Roman" w:cs="Times New Roman" w:eastAsia="Times New Roman"/>
                <w:b/>
                <w:sz w:val="20"/>
              </w:rPr>
              <w:t>Клас</w:t>
            </w:r>
          </w:p>
        </w:tc>
        <w:tc>
          <w:tcPr>
            <w:tcW w:w="2551" w:type="dxa"/>
          </w:tcPr>
          <w:p w14:paraId="19F3D452" w14:textId="77777777" w:rsidR="00BC4E80" w:rsidRDefault="00BC4E80">
            <w:pPr>
              <w:jc w:val="center"/>
            </w:pPr>
            <w:r>
              <w:rPr>
                <w:rFonts w:ascii="Times New Roman" w:hAnsi="Times New Roman" w:cs="Times New Roman" w:eastAsia="Times New Roman"/>
                <w:b/>
                <w:sz w:val="20"/>
              </w:rPr>
              <w:t>Специалност</w:t>
            </w:r>
          </w:p>
        </w:tc>
        <w:tc>
          <w:tcPr>
            <w:tcW w:w="1984" w:type="dxa"/>
          </w:tcPr>
          <w:p w14:paraId="3A250F34" w14:textId="77777777" w:rsidR="00BC4E80" w:rsidRDefault="00BC4E80">
            <w:pPr>
              <w:jc w:val="center"/>
            </w:pPr>
            <w:r>
              <w:rPr>
                <w:rFonts w:ascii="Times New Roman" w:hAnsi="Times New Roman" w:cs="Times New Roman" w:eastAsia="Times New Roman"/>
                <w:b/>
                <w:sz w:val="20"/>
              </w:rPr>
              <w:t>Дати на отсъствие</w:t>
            </w:r>
          </w:p>
        </w:tc>
      </w:tr>
      <w:tr w:rsidR="00BC4E80" w14:paraId="1D363FDA" w14:textId="77777777">
        <w:tc>
          <w:tcPr>
            <w:tcW w:w="680" w:type="dxa"/>
          </w:tcPr>
          <w:p w14:paraId="33B6AEEE" w14:textId="77777777" w:rsidR="00BC4E80" w:rsidRDefault="00BC4E80">
            <w:pPr>
              <w:spacing w:after="60"/>
            </w:pPr>
          </w:p>
        </w:tc>
        <w:tc>
          <w:tcPr>
            <w:tcW w:w="3969" w:type="dxa"/>
          </w:tcPr>
          <w:p w14:paraId="0261A7A6" w14:textId="77777777" w:rsidR="00BC4E80" w:rsidRDefault="00BC4E80">
            <w:pPr>
              <w:spacing w:after="60"/>
            </w:pPr>
          </w:p>
        </w:tc>
        <w:tc>
          <w:tcPr>
            <w:tcW w:w="1020" w:type="dxa"/>
          </w:tcPr>
          <w:p w14:paraId="77692DD8" w14:textId="77777777" w:rsidR="00BC4E80" w:rsidRDefault="00BC4E80">
            <w:pPr>
              <w:spacing w:after="60"/>
            </w:pPr>
          </w:p>
        </w:tc>
        <w:tc>
          <w:tcPr>
            <w:tcW w:w="2551" w:type="dxa"/>
          </w:tcPr>
          <w:p w14:paraId="1910AD90" w14:textId="77777777" w:rsidR="00BC4E80" w:rsidRDefault="00BC4E80">
            <w:pPr>
              <w:spacing w:after="60"/>
            </w:pPr>
          </w:p>
        </w:tc>
        <w:tc>
          <w:tcPr>
            <w:tcW w:w="1984" w:type="dxa"/>
          </w:tcPr>
          <w:p w14:paraId="2FDF1BB2" w14:textId="77777777" w:rsidR="00BC4E80" w:rsidRDefault="00BC4E80">
            <w:pPr>
              <w:spacing w:after="60"/>
            </w:pPr>
          </w:p>
        </w:tc>
      </w:tr>
      <w:tr w:rsidR="00BC4E80" w14:paraId="71324534" w14:textId="77777777">
        <w:tc>
          <w:tcPr>
            <w:tcW w:w="680" w:type="dxa"/>
          </w:tcPr>
          <w:p w14:paraId="453C4CE9" w14:textId="77777777" w:rsidR="00BC4E80" w:rsidRDefault="00BC4E80">
            <w:pPr>
              <w:spacing w:after="60"/>
            </w:pPr>
          </w:p>
        </w:tc>
        <w:tc>
          <w:tcPr>
            <w:tcW w:w="3969" w:type="dxa"/>
          </w:tcPr>
          <w:p w14:paraId="355F61C2" w14:textId="77777777" w:rsidR="00BC4E80" w:rsidRDefault="00BC4E80">
            <w:pPr>
              <w:spacing w:after="60"/>
            </w:pPr>
          </w:p>
        </w:tc>
        <w:tc>
          <w:tcPr>
            <w:tcW w:w="1020" w:type="dxa"/>
          </w:tcPr>
          <w:p w14:paraId="27362486" w14:textId="77777777" w:rsidR="00BC4E80" w:rsidRDefault="00BC4E80">
            <w:pPr>
              <w:spacing w:after="60"/>
            </w:pPr>
          </w:p>
        </w:tc>
        <w:tc>
          <w:tcPr>
            <w:tcW w:w="2551" w:type="dxa"/>
          </w:tcPr>
          <w:p w14:paraId="6323E25F" w14:textId="77777777" w:rsidR="00BC4E80" w:rsidRDefault="00BC4E80">
            <w:pPr>
              <w:spacing w:after="60"/>
            </w:pPr>
          </w:p>
        </w:tc>
        <w:tc>
          <w:tcPr>
            <w:tcW w:w="1984" w:type="dxa"/>
          </w:tcPr>
          <w:p w14:paraId="72B05177" w14:textId="77777777" w:rsidR="00BC4E80" w:rsidRDefault="00BC4E80">
            <w:pPr>
              <w:spacing w:after="60"/>
            </w:pPr>
          </w:p>
        </w:tc>
      </w:tr>
      <w:tr w:rsidR="00BC4E80" w14:paraId="348E25F4" w14:textId="77777777">
        <w:tc>
          <w:tcPr>
            <w:tcW w:w="680" w:type="dxa"/>
          </w:tcPr>
          <w:p w14:paraId="3095C936" w14:textId="77777777" w:rsidR="00BC4E80" w:rsidRDefault="00BC4E80">
            <w:pPr>
              <w:spacing w:after="60"/>
            </w:pPr>
          </w:p>
        </w:tc>
        <w:tc>
          <w:tcPr>
            <w:tcW w:w="3969" w:type="dxa"/>
          </w:tcPr>
          <w:p w14:paraId="7D54F70D" w14:textId="77777777" w:rsidR="00BC4E80" w:rsidRDefault="00BC4E80">
            <w:pPr>
              <w:spacing w:after="60"/>
            </w:pPr>
          </w:p>
        </w:tc>
        <w:tc>
          <w:tcPr>
            <w:tcW w:w="1020" w:type="dxa"/>
          </w:tcPr>
          <w:p w14:paraId="3F96B724" w14:textId="77777777" w:rsidR="00BC4E80" w:rsidRDefault="00BC4E80">
            <w:pPr>
              <w:spacing w:after="60"/>
            </w:pPr>
          </w:p>
        </w:tc>
        <w:tc>
          <w:tcPr>
            <w:tcW w:w="2551" w:type="dxa"/>
          </w:tcPr>
          <w:p w14:paraId="13FCBF04" w14:textId="77777777" w:rsidR="00BC4E80" w:rsidRDefault="00BC4E80">
            <w:pPr>
              <w:spacing w:after="60"/>
            </w:pPr>
          </w:p>
        </w:tc>
        <w:tc>
          <w:tcPr>
            <w:tcW w:w="1984" w:type="dxa"/>
          </w:tcPr>
          <w:p w14:paraId="6238B53F" w14:textId="77777777" w:rsidR="00BC4E80" w:rsidRDefault="00BC4E80">
            <w:pPr>
              <w:spacing w:after="60"/>
            </w:pPr>
          </w:p>
        </w:tc>
      </w:tr>
      <w:tr w:rsidR="00BC4E80" w14:paraId="4D3A0379" w14:textId="77777777">
        <w:tc>
          <w:tcPr>
            <w:tcW w:w="680" w:type="dxa"/>
          </w:tcPr>
          <w:p w14:paraId="4C52C2FA" w14:textId="77777777" w:rsidR="00BC4E80" w:rsidRDefault="00BC4E80">
            <w:pPr>
              <w:spacing w:after="60"/>
            </w:pPr>
          </w:p>
        </w:tc>
        <w:tc>
          <w:tcPr>
            <w:tcW w:w="3969" w:type="dxa"/>
          </w:tcPr>
          <w:p w14:paraId="1E0ED9A6" w14:textId="77777777" w:rsidR="00BC4E80" w:rsidRDefault="00BC4E80">
            <w:pPr>
              <w:spacing w:after="60"/>
            </w:pPr>
          </w:p>
        </w:tc>
        <w:tc>
          <w:tcPr>
            <w:tcW w:w="1020" w:type="dxa"/>
          </w:tcPr>
          <w:p w14:paraId="3AC06D34" w14:textId="77777777" w:rsidR="00BC4E80" w:rsidRDefault="00BC4E80">
            <w:pPr>
              <w:spacing w:after="60"/>
            </w:pPr>
          </w:p>
        </w:tc>
        <w:tc>
          <w:tcPr>
            <w:tcW w:w="2551" w:type="dxa"/>
          </w:tcPr>
          <w:p w14:paraId="032A2AB4" w14:textId="77777777" w:rsidR="00BC4E80" w:rsidRDefault="00BC4E80">
            <w:pPr>
              <w:spacing w:after="60"/>
            </w:pPr>
          </w:p>
        </w:tc>
        <w:tc>
          <w:tcPr>
            <w:tcW w:w="1984" w:type="dxa"/>
          </w:tcPr>
          <w:p w14:paraId="03B4E175" w14:textId="77777777" w:rsidR="00BC4E80" w:rsidRDefault="00BC4E80">
            <w:pPr>
              <w:spacing w:after="60"/>
            </w:pPr>
          </w:p>
        </w:tc>
      </w:tr>
      <w:tr w:rsidR="00BC4E80" w14:paraId="05A18189" w14:textId="77777777">
        <w:tc>
          <w:tcPr>
            <w:tcW w:w="680" w:type="dxa"/>
          </w:tcPr>
          <w:p w14:paraId="45A40BBE" w14:textId="77777777" w:rsidR="00BC4E80" w:rsidRDefault="00BC4E80">
            <w:pPr>
              <w:spacing w:after="60"/>
            </w:pPr>
          </w:p>
        </w:tc>
        <w:tc>
          <w:tcPr>
            <w:tcW w:w="3969" w:type="dxa"/>
          </w:tcPr>
          <w:p w14:paraId="41635DED" w14:textId="77777777" w:rsidR="00BC4E80" w:rsidRDefault="00BC4E80">
            <w:pPr>
              <w:spacing w:after="60"/>
            </w:pPr>
          </w:p>
        </w:tc>
        <w:tc>
          <w:tcPr>
            <w:tcW w:w="1020" w:type="dxa"/>
          </w:tcPr>
          <w:p w14:paraId="1C172823" w14:textId="77777777" w:rsidR="00BC4E80" w:rsidRDefault="00BC4E80">
            <w:pPr>
              <w:spacing w:after="60"/>
            </w:pPr>
          </w:p>
        </w:tc>
        <w:tc>
          <w:tcPr>
            <w:tcW w:w="2551" w:type="dxa"/>
          </w:tcPr>
          <w:p w14:paraId="3F6B94CA" w14:textId="77777777" w:rsidR="00BC4E80" w:rsidRDefault="00BC4E80">
            <w:pPr>
              <w:spacing w:after="60"/>
            </w:pPr>
          </w:p>
        </w:tc>
        <w:tc>
          <w:tcPr>
            <w:tcW w:w="1984" w:type="dxa"/>
          </w:tcPr>
          <w:p w14:paraId="1D37ED90" w14:textId="77777777" w:rsidR="00BC4E80" w:rsidRDefault="00BC4E80">
            <w:pPr>
              <w:spacing w:after="60"/>
            </w:pPr>
          </w:p>
        </w:tc>
      </w:tr>
      <w:tr w:rsidR="00BC4E80" w14:paraId="32979F79" w14:textId="77777777">
        <w:tc>
          <w:tcPr>
            <w:tcW w:w="680" w:type="dxa"/>
          </w:tcPr>
          <w:p w14:paraId="1FF31E8B" w14:textId="77777777" w:rsidR="00BC4E80" w:rsidRDefault="00BC4E80">
            <w:pPr>
              <w:spacing w:after="60"/>
            </w:pPr>
          </w:p>
        </w:tc>
        <w:tc>
          <w:tcPr>
            <w:tcW w:w="3969" w:type="dxa"/>
          </w:tcPr>
          <w:p w14:paraId="4CE76FB2" w14:textId="77777777" w:rsidR="00BC4E80" w:rsidRDefault="00BC4E80">
            <w:pPr>
              <w:spacing w:after="60"/>
            </w:pPr>
          </w:p>
        </w:tc>
        <w:tc>
          <w:tcPr>
            <w:tcW w:w="1020" w:type="dxa"/>
          </w:tcPr>
          <w:p w14:paraId="65B4D827" w14:textId="77777777" w:rsidR="00BC4E80" w:rsidRDefault="00BC4E80">
            <w:pPr>
              <w:spacing w:after="60"/>
            </w:pPr>
          </w:p>
        </w:tc>
        <w:tc>
          <w:tcPr>
            <w:tcW w:w="2551" w:type="dxa"/>
          </w:tcPr>
          <w:p w14:paraId="65D53DDC" w14:textId="77777777" w:rsidR="00BC4E80" w:rsidRDefault="00BC4E80">
            <w:pPr>
              <w:spacing w:after="60"/>
            </w:pPr>
          </w:p>
        </w:tc>
        <w:tc>
          <w:tcPr>
            <w:tcW w:w="1984" w:type="dxa"/>
          </w:tcPr>
          <w:p w14:paraId="40B31E21" w14:textId="77777777" w:rsidR="00BC4E80" w:rsidRDefault="00BC4E80">
            <w:pPr>
              <w:spacing w:after="60"/>
            </w:pPr>
          </w:p>
        </w:tc>
      </w:tr>
      <w:tr w:rsidR="00BC4E80" w14:paraId="6567C01B" w14:textId="77777777">
        <w:tc>
          <w:tcPr>
            <w:tcW w:w="680" w:type="dxa"/>
          </w:tcPr>
          <w:p w14:paraId="7DCDA35E" w14:textId="77777777" w:rsidR="00BC4E80" w:rsidRDefault="00BC4E80">
            <w:pPr>
              <w:spacing w:after="60"/>
            </w:pPr>
          </w:p>
        </w:tc>
        <w:tc>
          <w:tcPr>
            <w:tcW w:w="3969" w:type="dxa"/>
          </w:tcPr>
          <w:p w14:paraId="5501591D" w14:textId="77777777" w:rsidR="00BC4E80" w:rsidRDefault="00BC4E80">
            <w:pPr>
              <w:spacing w:after="60"/>
            </w:pPr>
          </w:p>
        </w:tc>
        <w:tc>
          <w:tcPr>
            <w:tcW w:w="1020" w:type="dxa"/>
          </w:tcPr>
          <w:p w14:paraId="2FC49310" w14:textId="77777777" w:rsidR="00BC4E80" w:rsidRDefault="00BC4E80">
            <w:pPr>
              <w:spacing w:after="60"/>
            </w:pPr>
          </w:p>
        </w:tc>
        <w:tc>
          <w:tcPr>
            <w:tcW w:w="2551" w:type="dxa"/>
          </w:tcPr>
          <w:p w14:paraId="234AAB60" w14:textId="77777777" w:rsidR="00BC4E80" w:rsidRDefault="00BC4E80">
            <w:pPr>
              <w:spacing w:after="60"/>
            </w:pPr>
          </w:p>
        </w:tc>
        <w:tc>
          <w:tcPr>
            <w:tcW w:w="1984" w:type="dxa"/>
          </w:tcPr>
          <w:p w14:paraId="029D3E32" w14:textId="77777777" w:rsidR="00BC4E80" w:rsidRDefault="00BC4E80">
            <w:pPr>
              <w:spacing w:after="60"/>
            </w:pPr>
          </w:p>
        </w:tc>
      </w:tr>
      <w:tr w:rsidR="00BC4E80" w14:paraId="37684F26" w14:textId="77777777">
        <w:tc>
          <w:tcPr>
            <w:tcW w:w="680" w:type="dxa"/>
          </w:tcPr>
          <w:p w14:paraId="5841B1A3" w14:textId="77777777" w:rsidR="00BC4E80" w:rsidRDefault="00BC4E80">
            <w:pPr>
              <w:spacing w:after="60"/>
            </w:pPr>
          </w:p>
        </w:tc>
        <w:tc>
          <w:tcPr>
            <w:tcW w:w="3969" w:type="dxa"/>
          </w:tcPr>
          <w:p w14:paraId="6B48A549" w14:textId="77777777" w:rsidR="00BC4E80" w:rsidRDefault="00BC4E80">
            <w:pPr>
              <w:spacing w:after="60"/>
            </w:pPr>
          </w:p>
        </w:tc>
        <w:tc>
          <w:tcPr>
            <w:tcW w:w="1020" w:type="dxa"/>
          </w:tcPr>
          <w:p w14:paraId="5CF9D103" w14:textId="77777777" w:rsidR="00BC4E80" w:rsidRDefault="00BC4E80">
            <w:pPr>
              <w:spacing w:after="60"/>
            </w:pPr>
          </w:p>
        </w:tc>
        <w:tc>
          <w:tcPr>
            <w:tcW w:w="2551" w:type="dxa"/>
          </w:tcPr>
          <w:p w14:paraId="76D444B7" w14:textId="77777777" w:rsidR="00BC4E80" w:rsidRDefault="00BC4E80">
            <w:pPr>
              <w:spacing w:after="60"/>
            </w:pPr>
          </w:p>
        </w:tc>
        <w:tc>
          <w:tcPr>
            <w:tcW w:w="1984" w:type="dxa"/>
          </w:tcPr>
          <w:p w14:paraId="485D1E82" w14:textId="77777777" w:rsidR="00BC4E80" w:rsidRDefault="00BC4E80">
            <w:pPr>
              <w:spacing w:after="60"/>
            </w:pPr>
          </w:p>
        </w:tc>
      </w:tr>
    </w:tbl>
    <w:p w14:paraId="37B12A3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Ръководител: …………………………………</w:t>
      </w:r>
    </w:p>
    <w:p w14:paraId="22AC54EC"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19 към Правилника за дейността на училището</w:t>
      </w:r>
    </w:p>
    <w:p w14:paraId="4842A14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E4CC688" wp14:editId="726931C9">
            <wp:extent cx="6483600" cy="117515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F31D578" w14:textId="77777777" w:rsidR="00BC4E80" w:rsidRDefault="00BC4E80">
      <w:r>
        <w:rPr>
          <w:rFonts w:ascii="Times New Roman" w:hAnsi="Times New Roman" w:cs="Times New Roman" w:eastAsia="Times New Roman"/>
          <w:b/>
          <w:sz w:val="24"/>
        </w:rPr>
        <w:t>ДО</w:t>
      </w:r>
    </w:p>
    <w:p w14:paraId="75D72AAB" w14:textId="77777777" w:rsidR="00BC4E80" w:rsidRDefault="00BC4E80">
      <w:r>
        <w:rPr>
          <w:rFonts w:ascii="Times New Roman" w:hAnsi="Times New Roman" w:cs="Times New Roman" w:eastAsia="Times New Roman"/>
          <w:b/>
          <w:sz w:val="24"/>
        </w:rPr>
        <w:t>ДИРЕКТОРА</w:t>
      </w:r>
    </w:p>
    <w:p w14:paraId="5A8CC64D" w14:textId="77777777" w:rsidR="00BC4E80" w:rsidRDefault="00BC4E80">
      <w:r>
        <w:rPr>
          <w:rFonts w:ascii="Times New Roman" w:hAnsi="Times New Roman" w:cs="Times New Roman" w:eastAsia="Times New Roman"/>
          <w:b/>
          <w:sz w:val="24"/>
        </w:rPr>
        <w:t>НА ПГМКР „СВЕТИ НИКОЛА“</w:t>
      </w:r>
    </w:p>
    <w:p w14:paraId="65A04C44" w14:textId="77777777" w:rsidR="00BC4E80" w:rsidRDefault="00BC4E80">
      <w:r>
        <w:rPr>
          <w:rFonts w:ascii="Times New Roman" w:hAnsi="Times New Roman" w:cs="Times New Roman" w:eastAsia="Times New Roman"/>
          <w:b/>
          <w:sz w:val="24"/>
        </w:rPr>
        <w:t>ГР. БУРГАС</w:t>
      </w:r>
    </w:p>
    <w:p w14:paraId="519AB3CE" w14:textId="77777777" w:rsidR="00BC4E80" w:rsidRDefault="00BC4E80">
      <w:pPr>
        <w:spacing w:after="160"/>
      </w:pPr>
    </w:p>
    <w:p w14:paraId="36F0BD47" w14:textId="77777777" w:rsidR="00BC4E80" w:rsidRDefault="00BC4E80">
      <w:pPr>
        <w:spacing w:before="80" w:after="40"/>
        <w:jc w:val="center"/>
      </w:pPr>
      <w:r>
        <w:rPr>
          <w:rFonts w:ascii="Times New Roman" w:hAnsi="Times New Roman" w:cs="Times New Roman" w:eastAsia="Times New Roman"/>
          <w:b/>
          <w:sz w:val="26"/>
        </w:rPr>
        <w:t>С П Р А В К А</w:t>
      </w:r>
    </w:p>
    <w:p w14:paraId="4C9A25A8" w14:textId="77777777" w:rsidR="00BC4E80" w:rsidRDefault="00BC4E80">
      <w:pPr>
        <w:spacing w:after="80"/>
        <w:jc w:val="center"/>
      </w:pPr>
      <w:r>
        <w:rPr>
          <w:rFonts w:ascii="Times New Roman" w:hAnsi="Times New Roman" w:cs="Times New Roman" w:eastAsia="Times New Roman"/>
          <w:b/>
        </w:rPr>
        <w:t>за ученици с натрупани отсъствия</w:t>
      </w:r>
    </w:p>
    <w:p w14:paraId="50A38834" w14:textId="77777777" w:rsidR="00BC4E80" w:rsidRDefault="00BC4E80">
      <w:pPr>
        <w:spacing w:after="160"/>
        <w:jc w:val="center"/>
      </w:pPr>
      <w:r>
        <w:rPr>
          <w:rFonts w:ascii="Times New Roman" w:hAnsi="Times New Roman" w:cs="Times New Roman" w:eastAsia="Times New Roman"/>
          <w:i/>
          <w:sz w:val="20"/>
        </w:rPr>
        <w:t>чл. 50 и чл. 51 от ПДУ</w:t>
      </w:r>
    </w:p>
    <w:p w14:paraId="2CAD1B7E" w14:textId="77777777" w:rsidR="00BC4E80" w:rsidRDefault="00BC4E80">
      <w:pPr>
        <w:spacing w:after="40"/>
      </w:pPr>
      <w:r>
        <w:rPr>
          <w:rFonts w:ascii="Times New Roman" w:hAnsi="Times New Roman" w:cs="Times New Roman" w:eastAsia="Times New Roman"/>
          <w:sz w:val="24"/>
        </w:rPr>
        <w:t>от ……………………………………………………………, класен ръководител на …………… клас</w:t>
      </w:r>
    </w:p>
    <w:p w14:paraId="08047A22" w14:textId="77777777" w:rsidR="00BC4E80" w:rsidRDefault="00BC4E80">
      <w:pPr>
        <w:spacing w:after="40"/>
      </w:pPr>
      <w:r>
        <w:rPr>
          <w:rFonts w:ascii="Times New Roman" w:hAnsi="Times New Roman" w:cs="Times New Roman" w:eastAsia="Times New Roman"/>
          <w:sz w:val="24"/>
        </w:rPr>
        <w:t>за периода от ………………………………………… г. до ………………………………………… г.</w:t>
      </w:r>
    </w:p>
    <w:p w14:paraId="2ECE1729" w14:textId="77777777" w:rsidR="00BC4E80" w:rsidRDefault="00BC4E80">
      <w:pPr>
        <w:spacing w:after="80"/>
      </w:pPr>
    </w:p>
    <w:p w14:paraId="335B4B33" w14:textId="77777777" w:rsidR="00BC4E80" w:rsidRDefault="00BC4E80">
      <w:pPr>
        <w:spacing w:after="200"/>
      </w:pPr>
    </w:p>
    <w:tbl>
      <w:tblPr>
        <w:tblStyle w:val="aff9"/>
        <w:tblW w:w="0" w:type="auto"/>
        <w:tblLook w:val="04A0" w:firstRow="1" w:lastRow="0" w:firstColumn="1" w:lastColumn="0" w:noHBand="0" w:noVBand="1"/>
      </w:tblPr>
      <w:tblGrid>
        <w:gridCol w:w="565"/>
        <w:gridCol w:w="3080"/>
        <w:gridCol w:w="1134"/>
        <w:gridCol w:w="1314"/>
        <w:gridCol w:w="904"/>
        <w:gridCol w:w="3198"/>
      </w:tblGrid>
      <w:tr w:rsidR="00BC4E80" w14:paraId="4787CC82" w14:textId="77777777">
        <w:tc>
          <w:tcPr>
            <w:tcW w:w="567" w:type="dxa"/>
          </w:tcPr>
          <w:p w14:paraId="5060AC0F" w14:textId="77777777" w:rsidR="00BC4E80" w:rsidRDefault="00BC4E80">
            <w:pPr>
              <w:jc w:val="center"/>
            </w:pPr>
            <w:r>
              <w:rPr>
                <w:rFonts w:ascii="Times New Roman" w:hAnsi="Times New Roman" w:cs="Times New Roman" w:eastAsia="Times New Roman"/>
                <w:b/>
                <w:sz w:val="20"/>
              </w:rPr>
              <w:t>№</w:t>
            </w:r>
          </w:p>
        </w:tc>
        <w:tc>
          <w:tcPr>
            <w:tcW w:w="3118" w:type="dxa"/>
          </w:tcPr>
          <w:p w14:paraId="27B58EB2" w14:textId="77777777" w:rsidR="00BC4E80" w:rsidRDefault="00BC4E80">
            <w:pPr>
              <w:jc w:val="center"/>
            </w:pPr>
            <w:r>
              <w:rPr>
                <w:rFonts w:ascii="Times New Roman" w:hAnsi="Times New Roman" w:cs="Times New Roman" w:eastAsia="Times New Roman"/>
                <w:b/>
                <w:sz w:val="20"/>
              </w:rPr>
              <w:t>Ученик</w:t>
            </w:r>
          </w:p>
        </w:tc>
        <w:tc>
          <w:tcPr>
            <w:tcW w:w="1134" w:type="dxa"/>
          </w:tcPr>
          <w:p w14:paraId="7B3014EF" w14:textId="77777777" w:rsidR="00BC4E80" w:rsidRDefault="00BC4E80">
            <w:pPr>
              <w:jc w:val="center"/>
            </w:pPr>
            <w:r>
              <w:rPr>
                <w:rFonts w:ascii="Times New Roman" w:hAnsi="Times New Roman" w:cs="Times New Roman" w:eastAsia="Times New Roman"/>
                <w:b/>
                <w:sz w:val="20"/>
              </w:rPr>
              <w:t>Извинени</w:t>
            </w:r>
          </w:p>
        </w:tc>
        <w:tc>
          <w:tcPr>
            <w:tcW w:w="1247" w:type="dxa"/>
          </w:tcPr>
          <w:p w14:paraId="7E9FFF98" w14:textId="77777777" w:rsidR="00BC4E80" w:rsidRDefault="00BC4E80">
            <w:pPr>
              <w:jc w:val="center"/>
            </w:pPr>
            <w:r>
              <w:rPr>
                <w:rFonts w:ascii="Times New Roman" w:hAnsi="Times New Roman" w:cs="Times New Roman" w:eastAsia="Times New Roman"/>
                <w:b/>
                <w:sz w:val="20"/>
              </w:rPr>
              <w:t>Неизвинени</w:t>
            </w:r>
          </w:p>
        </w:tc>
        <w:tc>
          <w:tcPr>
            <w:tcW w:w="907" w:type="dxa"/>
          </w:tcPr>
          <w:p w14:paraId="5B1D6447" w14:textId="77777777" w:rsidR="00BC4E80" w:rsidRDefault="00BC4E80">
            <w:pPr>
              <w:jc w:val="center"/>
            </w:pPr>
            <w:r>
              <w:rPr>
                <w:rFonts w:ascii="Times New Roman" w:hAnsi="Times New Roman" w:cs="Times New Roman" w:eastAsia="Times New Roman"/>
                <w:b/>
                <w:sz w:val="20"/>
              </w:rPr>
              <w:t>Общо</w:t>
            </w:r>
          </w:p>
        </w:tc>
        <w:tc>
          <w:tcPr>
            <w:tcW w:w="3231" w:type="dxa"/>
          </w:tcPr>
          <w:p w14:paraId="119CCD97" w14:textId="77777777" w:rsidR="00BC4E80" w:rsidRDefault="00BC4E80">
            <w:pPr>
              <w:jc w:val="center"/>
            </w:pPr>
            <w:r>
              <w:rPr>
                <w:rFonts w:ascii="Times New Roman" w:hAnsi="Times New Roman" w:cs="Times New Roman" w:eastAsia="Times New Roman"/>
                <w:b/>
                <w:sz w:val="20"/>
              </w:rPr>
              <w:t>Предприети мерки</w:t>
            </w:r>
          </w:p>
        </w:tc>
      </w:tr>
      <w:tr w:rsidR="00BC4E80" w14:paraId="2E44D23A" w14:textId="77777777">
        <w:tc>
          <w:tcPr>
            <w:tcW w:w="567" w:type="dxa"/>
          </w:tcPr>
          <w:p w14:paraId="3FBD68F9" w14:textId="77777777" w:rsidR="00BC4E80" w:rsidRDefault="00BC4E80">
            <w:pPr>
              <w:spacing w:after="60"/>
            </w:pPr>
          </w:p>
        </w:tc>
        <w:tc>
          <w:tcPr>
            <w:tcW w:w="3118" w:type="dxa"/>
          </w:tcPr>
          <w:p w14:paraId="6070F8D0" w14:textId="77777777" w:rsidR="00BC4E80" w:rsidRDefault="00BC4E80">
            <w:pPr>
              <w:spacing w:after="60"/>
            </w:pPr>
          </w:p>
        </w:tc>
        <w:tc>
          <w:tcPr>
            <w:tcW w:w="1134" w:type="dxa"/>
          </w:tcPr>
          <w:p w14:paraId="69063407" w14:textId="77777777" w:rsidR="00BC4E80" w:rsidRDefault="00BC4E80">
            <w:pPr>
              <w:spacing w:after="60"/>
            </w:pPr>
          </w:p>
        </w:tc>
        <w:tc>
          <w:tcPr>
            <w:tcW w:w="1247" w:type="dxa"/>
          </w:tcPr>
          <w:p w14:paraId="2E06E309" w14:textId="77777777" w:rsidR="00BC4E80" w:rsidRDefault="00BC4E80">
            <w:pPr>
              <w:spacing w:after="60"/>
            </w:pPr>
          </w:p>
        </w:tc>
        <w:tc>
          <w:tcPr>
            <w:tcW w:w="907" w:type="dxa"/>
          </w:tcPr>
          <w:p w14:paraId="594098B9" w14:textId="77777777" w:rsidR="00BC4E80" w:rsidRDefault="00BC4E80">
            <w:pPr>
              <w:spacing w:after="60"/>
            </w:pPr>
          </w:p>
        </w:tc>
        <w:tc>
          <w:tcPr>
            <w:tcW w:w="3231" w:type="dxa"/>
          </w:tcPr>
          <w:p w14:paraId="1E2FE3DA" w14:textId="77777777" w:rsidR="00BC4E80" w:rsidRDefault="00BC4E80">
            <w:pPr>
              <w:spacing w:after="60"/>
            </w:pPr>
          </w:p>
        </w:tc>
      </w:tr>
      <w:tr w:rsidR="00BC4E80" w14:paraId="4F4D5675" w14:textId="77777777">
        <w:tc>
          <w:tcPr>
            <w:tcW w:w="567" w:type="dxa"/>
          </w:tcPr>
          <w:p w14:paraId="2141BF1B" w14:textId="77777777" w:rsidR="00BC4E80" w:rsidRDefault="00BC4E80">
            <w:pPr>
              <w:spacing w:after="60"/>
            </w:pPr>
          </w:p>
        </w:tc>
        <w:tc>
          <w:tcPr>
            <w:tcW w:w="3118" w:type="dxa"/>
          </w:tcPr>
          <w:p w14:paraId="724D45F3" w14:textId="77777777" w:rsidR="00BC4E80" w:rsidRDefault="00BC4E80">
            <w:pPr>
              <w:spacing w:after="60"/>
            </w:pPr>
          </w:p>
        </w:tc>
        <w:tc>
          <w:tcPr>
            <w:tcW w:w="1134" w:type="dxa"/>
          </w:tcPr>
          <w:p w14:paraId="19815EA3" w14:textId="77777777" w:rsidR="00BC4E80" w:rsidRDefault="00BC4E80">
            <w:pPr>
              <w:spacing w:after="60"/>
            </w:pPr>
          </w:p>
        </w:tc>
        <w:tc>
          <w:tcPr>
            <w:tcW w:w="1247" w:type="dxa"/>
          </w:tcPr>
          <w:p w14:paraId="1318414C" w14:textId="77777777" w:rsidR="00BC4E80" w:rsidRDefault="00BC4E80">
            <w:pPr>
              <w:spacing w:after="60"/>
            </w:pPr>
          </w:p>
        </w:tc>
        <w:tc>
          <w:tcPr>
            <w:tcW w:w="907" w:type="dxa"/>
          </w:tcPr>
          <w:p w14:paraId="248DCF49" w14:textId="77777777" w:rsidR="00BC4E80" w:rsidRDefault="00BC4E80">
            <w:pPr>
              <w:spacing w:after="60"/>
            </w:pPr>
          </w:p>
        </w:tc>
        <w:tc>
          <w:tcPr>
            <w:tcW w:w="3231" w:type="dxa"/>
          </w:tcPr>
          <w:p w14:paraId="6F55F2B7" w14:textId="77777777" w:rsidR="00BC4E80" w:rsidRDefault="00BC4E80">
            <w:pPr>
              <w:spacing w:after="60"/>
            </w:pPr>
          </w:p>
        </w:tc>
      </w:tr>
      <w:tr w:rsidR="00BC4E80" w14:paraId="39A59432" w14:textId="77777777">
        <w:tc>
          <w:tcPr>
            <w:tcW w:w="567" w:type="dxa"/>
          </w:tcPr>
          <w:p w14:paraId="64FAA9A2" w14:textId="77777777" w:rsidR="00BC4E80" w:rsidRDefault="00BC4E80">
            <w:pPr>
              <w:spacing w:after="60"/>
            </w:pPr>
          </w:p>
        </w:tc>
        <w:tc>
          <w:tcPr>
            <w:tcW w:w="3118" w:type="dxa"/>
          </w:tcPr>
          <w:p w14:paraId="7F4A919A" w14:textId="77777777" w:rsidR="00BC4E80" w:rsidRDefault="00BC4E80">
            <w:pPr>
              <w:spacing w:after="60"/>
            </w:pPr>
          </w:p>
        </w:tc>
        <w:tc>
          <w:tcPr>
            <w:tcW w:w="1134" w:type="dxa"/>
          </w:tcPr>
          <w:p w14:paraId="6AC0B468" w14:textId="77777777" w:rsidR="00BC4E80" w:rsidRDefault="00BC4E80">
            <w:pPr>
              <w:spacing w:after="60"/>
            </w:pPr>
          </w:p>
        </w:tc>
        <w:tc>
          <w:tcPr>
            <w:tcW w:w="1247" w:type="dxa"/>
          </w:tcPr>
          <w:p w14:paraId="7DD5F689" w14:textId="77777777" w:rsidR="00BC4E80" w:rsidRDefault="00BC4E80">
            <w:pPr>
              <w:spacing w:after="60"/>
            </w:pPr>
          </w:p>
        </w:tc>
        <w:tc>
          <w:tcPr>
            <w:tcW w:w="907" w:type="dxa"/>
          </w:tcPr>
          <w:p w14:paraId="145FD02C" w14:textId="77777777" w:rsidR="00BC4E80" w:rsidRDefault="00BC4E80">
            <w:pPr>
              <w:spacing w:after="60"/>
            </w:pPr>
          </w:p>
        </w:tc>
        <w:tc>
          <w:tcPr>
            <w:tcW w:w="3231" w:type="dxa"/>
          </w:tcPr>
          <w:p w14:paraId="3AC1D8C3" w14:textId="77777777" w:rsidR="00BC4E80" w:rsidRDefault="00BC4E80">
            <w:pPr>
              <w:spacing w:after="60"/>
            </w:pPr>
          </w:p>
        </w:tc>
      </w:tr>
      <w:tr w:rsidR="00BC4E80" w14:paraId="1C1708EA" w14:textId="77777777">
        <w:tc>
          <w:tcPr>
            <w:tcW w:w="567" w:type="dxa"/>
          </w:tcPr>
          <w:p w14:paraId="20331676" w14:textId="77777777" w:rsidR="00BC4E80" w:rsidRDefault="00BC4E80">
            <w:pPr>
              <w:spacing w:after="60"/>
            </w:pPr>
          </w:p>
        </w:tc>
        <w:tc>
          <w:tcPr>
            <w:tcW w:w="3118" w:type="dxa"/>
          </w:tcPr>
          <w:p w14:paraId="62F16D9A" w14:textId="77777777" w:rsidR="00BC4E80" w:rsidRDefault="00BC4E80">
            <w:pPr>
              <w:spacing w:after="60"/>
            </w:pPr>
          </w:p>
        </w:tc>
        <w:tc>
          <w:tcPr>
            <w:tcW w:w="1134" w:type="dxa"/>
          </w:tcPr>
          <w:p w14:paraId="6306AAC0" w14:textId="77777777" w:rsidR="00BC4E80" w:rsidRDefault="00BC4E80">
            <w:pPr>
              <w:spacing w:after="60"/>
            </w:pPr>
          </w:p>
        </w:tc>
        <w:tc>
          <w:tcPr>
            <w:tcW w:w="1247" w:type="dxa"/>
          </w:tcPr>
          <w:p w14:paraId="11D1609E" w14:textId="77777777" w:rsidR="00BC4E80" w:rsidRDefault="00BC4E80">
            <w:pPr>
              <w:spacing w:after="60"/>
            </w:pPr>
          </w:p>
        </w:tc>
        <w:tc>
          <w:tcPr>
            <w:tcW w:w="907" w:type="dxa"/>
          </w:tcPr>
          <w:p w14:paraId="28745136" w14:textId="77777777" w:rsidR="00BC4E80" w:rsidRDefault="00BC4E80">
            <w:pPr>
              <w:spacing w:after="60"/>
            </w:pPr>
          </w:p>
        </w:tc>
        <w:tc>
          <w:tcPr>
            <w:tcW w:w="3231" w:type="dxa"/>
          </w:tcPr>
          <w:p w14:paraId="115C46DB" w14:textId="77777777" w:rsidR="00BC4E80" w:rsidRDefault="00BC4E80">
            <w:pPr>
              <w:spacing w:after="60"/>
            </w:pPr>
          </w:p>
        </w:tc>
      </w:tr>
      <w:tr w:rsidR="00BC4E80" w14:paraId="503321B1" w14:textId="77777777">
        <w:tc>
          <w:tcPr>
            <w:tcW w:w="567" w:type="dxa"/>
          </w:tcPr>
          <w:p w14:paraId="3ABDCC2E" w14:textId="77777777" w:rsidR="00BC4E80" w:rsidRDefault="00BC4E80">
            <w:pPr>
              <w:spacing w:after="60"/>
            </w:pPr>
          </w:p>
        </w:tc>
        <w:tc>
          <w:tcPr>
            <w:tcW w:w="3118" w:type="dxa"/>
          </w:tcPr>
          <w:p w14:paraId="1E4ECC04" w14:textId="77777777" w:rsidR="00BC4E80" w:rsidRDefault="00BC4E80">
            <w:pPr>
              <w:spacing w:after="60"/>
            </w:pPr>
          </w:p>
        </w:tc>
        <w:tc>
          <w:tcPr>
            <w:tcW w:w="1134" w:type="dxa"/>
          </w:tcPr>
          <w:p w14:paraId="4FF57DFC" w14:textId="77777777" w:rsidR="00BC4E80" w:rsidRDefault="00BC4E80">
            <w:pPr>
              <w:spacing w:after="60"/>
            </w:pPr>
          </w:p>
        </w:tc>
        <w:tc>
          <w:tcPr>
            <w:tcW w:w="1247" w:type="dxa"/>
          </w:tcPr>
          <w:p w14:paraId="17EEFFCC" w14:textId="77777777" w:rsidR="00BC4E80" w:rsidRDefault="00BC4E80">
            <w:pPr>
              <w:spacing w:after="60"/>
            </w:pPr>
          </w:p>
        </w:tc>
        <w:tc>
          <w:tcPr>
            <w:tcW w:w="907" w:type="dxa"/>
          </w:tcPr>
          <w:p w14:paraId="46D7E104" w14:textId="77777777" w:rsidR="00BC4E80" w:rsidRDefault="00BC4E80">
            <w:pPr>
              <w:spacing w:after="60"/>
            </w:pPr>
          </w:p>
        </w:tc>
        <w:tc>
          <w:tcPr>
            <w:tcW w:w="3231" w:type="dxa"/>
          </w:tcPr>
          <w:p w14:paraId="62E04139" w14:textId="77777777" w:rsidR="00BC4E80" w:rsidRDefault="00BC4E80">
            <w:pPr>
              <w:spacing w:after="60"/>
            </w:pPr>
          </w:p>
        </w:tc>
      </w:tr>
      <w:tr w:rsidR="00BC4E80" w14:paraId="26DE4A0E" w14:textId="77777777">
        <w:tc>
          <w:tcPr>
            <w:tcW w:w="567" w:type="dxa"/>
          </w:tcPr>
          <w:p w14:paraId="54A0520D" w14:textId="77777777" w:rsidR="00BC4E80" w:rsidRDefault="00BC4E80">
            <w:pPr>
              <w:spacing w:after="60"/>
            </w:pPr>
          </w:p>
        </w:tc>
        <w:tc>
          <w:tcPr>
            <w:tcW w:w="3118" w:type="dxa"/>
          </w:tcPr>
          <w:p w14:paraId="257892E4" w14:textId="77777777" w:rsidR="00BC4E80" w:rsidRDefault="00BC4E80">
            <w:pPr>
              <w:spacing w:after="60"/>
            </w:pPr>
          </w:p>
        </w:tc>
        <w:tc>
          <w:tcPr>
            <w:tcW w:w="1134" w:type="dxa"/>
          </w:tcPr>
          <w:p w14:paraId="1DA80A53" w14:textId="77777777" w:rsidR="00BC4E80" w:rsidRDefault="00BC4E80">
            <w:pPr>
              <w:spacing w:after="60"/>
            </w:pPr>
          </w:p>
        </w:tc>
        <w:tc>
          <w:tcPr>
            <w:tcW w:w="1247" w:type="dxa"/>
          </w:tcPr>
          <w:p w14:paraId="52A0CF4B" w14:textId="77777777" w:rsidR="00BC4E80" w:rsidRDefault="00BC4E80">
            <w:pPr>
              <w:spacing w:after="60"/>
            </w:pPr>
          </w:p>
        </w:tc>
        <w:tc>
          <w:tcPr>
            <w:tcW w:w="907" w:type="dxa"/>
          </w:tcPr>
          <w:p w14:paraId="7E3D5279" w14:textId="77777777" w:rsidR="00BC4E80" w:rsidRDefault="00BC4E80">
            <w:pPr>
              <w:spacing w:after="60"/>
            </w:pPr>
          </w:p>
        </w:tc>
        <w:tc>
          <w:tcPr>
            <w:tcW w:w="3231" w:type="dxa"/>
          </w:tcPr>
          <w:p w14:paraId="1191F12F" w14:textId="77777777" w:rsidR="00BC4E80" w:rsidRDefault="00BC4E80">
            <w:pPr>
              <w:spacing w:after="60"/>
            </w:pPr>
          </w:p>
        </w:tc>
      </w:tr>
      <w:tr w:rsidR="00BC4E80" w14:paraId="21C36083" w14:textId="77777777">
        <w:tc>
          <w:tcPr>
            <w:tcW w:w="567" w:type="dxa"/>
          </w:tcPr>
          <w:p w14:paraId="38CBB47B" w14:textId="77777777" w:rsidR="00BC4E80" w:rsidRDefault="00BC4E80">
            <w:pPr>
              <w:spacing w:after="60"/>
            </w:pPr>
          </w:p>
        </w:tc>
        <w:tc>
          <w:tcPr>
            <w:tcW w:w="3118" w:type="dxa"/>
          </w:tcPr>
          <w:p w14:paraId="79D7B1C4" w14:textId="77777777" w:rsidR="00BC4E80" w:rsidRDefault="00BC4E80">
            <w:pPr>
              <w:spacing w:after="60"/>
            </w:pPr>
          </w:p>
        </w:tc>
        <w:tc>
          <w:tcPr>
            <w:tcW w:w="1134" w:type="dxa"/>
          </w:tcPr>
          <w:p w14:paraId="62CB994C" w14:textId="77777777" w:rsidR="00BC4E80" w:rsidRDefault="00BC4E80">
            <w:pPr>
              <w:spacing w:after="60"/>
            </w:pPr>
          </w:p>
        </w:tc>
        <w:tc>
          <w:tcPr>
            <w:tcW w:w="1247" w:type="dxa"/>
          </w:tcPr>
          <w:p w14:paraId="37C4E46F" w14:textId="77777777" w:rsidR="00BC4E80" w:rsidRDefault="00BC4E80">
            <w:pPr>
              <w:spacing w:after="60"/>
            </w:pPr>
          </w:p>
        </w:tc>
        <w:tc>
          <w:tcPr>
            <w:tcW w:w="907" w:type="dxa"/>
          </w:tcPr>
          <w:p w14:paraId="177C386A" w14:textId="77777777" w:rsidR="00BC4E80" w:rsidRDefault="00BC4E80">
            <w:pPr>
              <w:spacing w:after="60"/>
            </w:pPr>
          </w:p>
        </w:tc>
        <w:tc>
          <w:tcPr>
            <w:tcW w:w="3231" w:type="dxa"/>
          </w:tcPr>
          <w:p w14:paraId="138CF5EE" w14:textId="77777777" w:rsidR="00BC4E80" w:rsidRDefault="00BC4E80">
            <w:pPr>
              <w:spacing w:after="60"/>
            </w:pPr>
          </w:p>
        </w:tc>
      </w:tr>
      <w:tr w:rsidR="00BC4E80" w14:paraId="798C367A" w14:textId="77777777">
        <w:tc>
          <w:tcPr>
            <w:tcW w:w="567" w:type="dxa"/>
          </w:tcPr>
          <w:p w14:paraId="5F5A4C24" w14:textId="77777777" w:rsidR="00BC4E80" w:rsidRDefault="00BC4E80">
            <w:pPr>
              <w:spacing w:after="60"/>
            </w:pPr>
          </w:p>
        </w:tc>
        <w:tc>
          <w:tcPr>
            <w:tcW w:w="3118" w:type="dxa"/>
          </w:tcPr>
          <w:p w14:paraId="2627F704" w14:textId="77777777" w:rsidR="00BC4E80" w:rsidRDefault="00BC4E80">
            <w:pPr>
              <w:spacing w:after="60"/>
            </w:pPr>
          </w:p>
        </w:tc>
        <w:tc>
          <w:tcPr>
            <w:tcW w:w="1134" w:type="dxa"/>
          </w:tcPr>
          <w:p w14:paraId="663C2A8B" w14:textId="77777777" w:rsidR="00BC4E80" w:rsidRDefault="00BC4E80">
            <w:pPr>
              <w:spacing w:after="60"/>
            </w:pPr>
          </w:p>
        </w:tc>
        <w:tc>
          <w:tcPr>
            <w:tcW w:w="1247" w:type="dxa"/>
          </w:tcPr>
          <w:p w14:paraId="2D390B63" w14:textId="77777777" w:rsidR="00BC4E80" w:rsidRDefault="00BC4E80">
            <w:pPr>
              <w:spacing w:after="60"/>
            </w:pPr>
          </w:p>
        </w:tc>
        <w:tc>
          <w:tcPr>
            <w:tcW w:w="907" w:type="dxa"/>
          </w:tcPr>
          <w:p w14:paraId="0076963B" w14:textId="77777777" w:rsidR="00BC4E80" w:rsidRDefault="00BC4E80">
            <w:pPr>
              <w:spacing w:after="60"/>
            </w:pPr>
          </w:p>
        </w:tc>
        <w:tc>
          <w:tcPr>
            <w:tcW w:w="3231" w:type="dxa"/>
          </w:tcPr>
          <w:p w14:paraId="606E10ED" w14:textId="77777777" w:rsidR="00BC4E80" w:rsidRDefault="00BC4E80">
            <w:pPr>
              <w:spacing w:after="60"/>
            </w:pPr>
          </w:p>
        </w:tc>
      </w:tr>
      <w:tr w:rsidR="00BC4E80" w14:paraId="41651DDE" w14:textId="77777777">
        <w:tc>
          <w:tcPr>
            <w:tcW w:w="567" w:type="dxa"/>
          </w:tcPr>
          <w:p w14:paraId="1312DE95" w14:textId="77777777" w:rsidR="00BC4E80" w:rsidRDefault="00BC4E80">
            <w:pPr>
              <w:spacing w:after="60"/>
            </w:pPr>
          </w:p>
        </w:tc>
        <w:tc>
          <w:tcPr>
            <w:tcW w:w="3118" w:type="dxa"/>
          </w:tcPr>
          <w:p w14:paraId="55F1C222" w14:textId="77777777" w:rsidR="00BC4E80" w:rsidRDefault="00BC4E80">
            <w:pPr>
              <w:spacing w:after="60"/>
            </w:pPr>
          </w:p>
        </w:tc>
        <w:tc>
          <w:tcPr>
            <w:tcW w:w="1134" w:type="dxa"/>
          </w:tcPr>
          <w:p w14:paraId="36B1818C" w14:textId="77777777" w:rsidR="00BC4E80" w:rsidRDefault="00BC4E80">
            <w:pPr>
              <w:spacing w:after="60"/>
            </w:pPr>
          </w:p>
        </w:tc>
        <w:tc>
          <w:tcPr>
            <w:tcW w:w="1247" w:type="dxa"/>
          </w:tcPr>
          <w:p w14:paraId="52C3A09D" w14:textId="77777777" w:rsidR="00BC4E80" w:rsidRDefault="00BC4E80">
            <w:pPr>
              <w:spacing w:after="60"/>
            </w:pPr>
          </w:p>
        </w:tc>
        <w:tc>
          <w:tcPr>
            <w:tcW w:w="907" w:type="dxa"/>
          </w:tcPr>
          <w:p w14:paraId="35F58F30" w14:textId="77777777" w:rsidR="00BC4E80" w:rsidRDefault="00BC4E80">
            <w:pPr>
              <w:spacing w:after="60"/>
            </w:pPr>
          </w:p>
        </w:tc>
        <w:tc>
          <w:tcPr>
            <w:tcW w:w="3231" w:type="dxa"/>
          </w:tcPr>
          <w:p w14:paraId="2882EA59" w14:textId="77777777" w:rsidR="00BC4E80" w:rsidRDefault="00BC4E80">
            <w:pPr>
              <w:spacing w:after="60"/>
            </w:pPr>
          </w:p>
        </w:tc>
      </w:tr>
      <w:tr w:rsidR="00BC4E80" w14:paraId="216D210F" w14:textId="77777777">
        <w:tc>
          <w:tcPr>
            <w:tcW w:w="567" w:type="dxa"/>
          </w:tcPr>
          <w:p w14:paraId="5F3796B4" w14:textId="77777777" w:rsidR="00BC4E80" w:rsidRDefault="00BC4E80">
            <w:pPr>
              <w:spacing w:after="60"/>
            </w:pPr>
          </w:p>
        </w:tc>
        <w:tc>
          <w:tcPr>
            <w:tcW w:w="3118" w:type="dxa"/>
          </w:tcPr>
          <w:p w14:paraId="729D550C" w14:textId="77777777" w:rsidR="00BC4E80" w:rsidRDefault="00BC4E80">
            <w:pPr>
              <w:spacing w:after="60"/>
            </w:pPr>
          </w:p>
        </w:tc>
        <w:tc>
          <w:tcPr>
            <w:tcW w:w="1134" w:type="dxa"/>
          </w:tcPr>
          <w:p w14:paraId="18D4AF83" w14:textId="77777777" w:rsidR="00BC4E80" w:rsidRDefault="00BC4E80">
            <w:pPr>
              <w:spacing w:after="60"/>
            </w:pPr>
          </w:p>
        </w:tc>
        <w:tc>
          <w:tcPr>
            <w:tcW w:w="1247" w:type="dxa"/>
          </w:tcPr>
          <w:p w14:paraId="325DFBB3" w14:textId="77777777" w:rsidR="00BC4E80" w:rsidRDefault="00BC4E80">
            <w:pPr>
              <w:spacing w:after="60"/>
            </w:pPr>
          </w:p>
        </w:tc>
        <w:tc>
          <w:tcPr>
            <w:tcW w:w="907" w:type="dxa"/>
          </w:tcPr>
          <w:p w14:paraId="5A8DC3F7" w14:textId="77777777" w:rsidR="00BC4E80" w:rsidRDefault="00BC4E80">
            <w:pPr>
              <w:spacing w:after="60"/>
            </w:pPr>
          </w:p>
        </w:tc>
        <w:tc>
          <w:tcPr>
            <w:tcW w:w="3231" w:type="dxa"/>
          </w:tcPr>
          <w:p w14:paraId="0BA3AE94" w14:textId="77777777" w:rsidR="00BC4E80" w:rsidRDefault="00BC4E80">
            <w:pPr>
              <w:spacing w:after="60"/>
            </w:pPr>
          </w:p>
        </w:tc>
      </w:tr>
    </w:tbl>
    <w:p w14:paraId="729A0640" w14:textId="77777777" w:rsidR="00BC4E80" w:rsidRDefault="00BC4E80">
      <w:pPr>
        <w:tabs>
          <w:tab w:val="left" w:pos="5386"/>
        </w:tabs>
        <w:spacing w:after="160" w:before="3022"/>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19EEC23C"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20 към Правилника за дейността на училището</w:t>
      </w:r>
    </w:p>
    <w:p w14:paraId="779E2A5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8A7D8D1" wp14:editId="6A3599DF">
            <wp:extent cx="6483600" cy="117515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9CC6FA8" w14:textId="77777777" w:rsidR="00BC4E80" w:rsidRDefault="00BC4E80">
      <w:pPr>
        <w:spacing w:before="80" w:after="40"/>
        <w:jc w:val="center"/>
      </w:pPr>
      <w:r>
        <w:rPr>
          <w:rFonts w:ascii="Times New Roman" w:hAnsi="Times New Roman" w:cs="Times New Roman" w:eastAsia="Times New Roman"/>
          <w:b/>
          <w:sz w:val="26"/>
        </w:rPr>
        <w:t>П Р О Т О К О Л</w:t>
      </w:r>
    </w:p>
    <w:p w14:paraId="02E43E4D" w14:textId="77777777" w:rsidR="00BC4E80" w:rsidRDefault="00BC4E80">
      <w:pPr>
        <w:spacing w:after="80"/>
        <w:jc w:val="center"/>
      </w:pPr>
      <w:r>
        <w:rPr>
          <w:rFonts w:ascii="Times New Roman" w:hAnsi="Times New Roman" w:cs="Times New Roman" w:eastAsia="Times New Roman"/>
          <w:b/>
        </w:rPr>
        <w:t>от разговор с ученик относно допуснатите отсъствия</w:t>
      </w:r>
    </w:p>
    <w:p w14:paraId="0936C147" w14:textId="77777777" w:rsidR="00BC4E80" w:rsidRDefault="00BC4E80">
      <w:pPr>
        <w:spacing w:after="160"/>
        <w:jc w:val="center"/>
      </w:pPr>
      <w:r>
        <w:rPr>
          <w:rFonts w:ascii="Times New Roman" w:hAnsi="Times New Roman" w:cs="Times New Roman" w:eastAsia="Times New Roman"/>
          <w:i/>
          <w:sz w:val="20"/>
        </w:rPr>
        <w:t>чл. 38, ал. 1, т. 1 от ПДУ</w:t>
      </w:r>
    </w:p>
    <w:p w14:paraId="14A18834" w14:textId="77777777" w:rsidR="00BC4E80" w:rsidRDefault="00BC4E80">
      <w:pPr>
        <w:spacing w:after="40"/>
      </w:pPr>
      <w:r>
        <w:rPr>
          <w:rFonts w:ascii="Times New Roman" w:hAnsi="Times New Roman" w:cs="Times New Roman" w:eastAsia="Times New Roman"/>
          <w:sz w:val="24"/>
        </w:rPr>
        <w:t>Днес, ………………………………………… г., в ……………………… часа, се проведе разговор с:</w:t>
      </w:r>
    </w:p>
    <w:p w14:paraId="13F30156" w14:textId="77777777" w:rsidR="00BC4E80" w:rsidRDefault="00BC4E80">
      <w:pPr>
        <w:spacing w:after="40"/>
      </w:pPr>
      <w:r>
        <w:rPr>
          <w:rFonts w:ascii="Times New Roman" w:hAnsi="Times New Roman" w:cs="Times New Roman" w:eastAsia="Times New Roman"/>
          <w:sz w:val="24"/>
        </w:rPr>
        <w:t>Ученик/ученичка: …………………………………………………………………………………………</w:t>
      </w:r>
    </w:p>
    <w:p w14:paraId="6C86EB49" w14:textId="77777777" w:rsidR="00BC4E80" w:rsidRDefault="00BC4E80">
      <w:pPr>
        <w:spacing w:after="40"/>
      </w:pPr>
      <w:r>
        <w:rPr>
          <w:rFonts w:ascii="Times New Roman" w:hAnsi="Times New Roman" w:cs="Times New Roman" w:eastAsia="Times New Roman"/>
          <w:sz w:val="24"/>
        </w:rPr>
        <w:t>Клас: …………………        Специалност: ………………………………………………………………</w:t>
      </w:r>
    </w:p>
    <w:p w14:paraId="0EFD4A11" w14:textId="77777777" w:rsidR="00BC4E80" w:rsidRDefault="00BC4E80">
      <w:pPr>
        <w:spacing w:after="40"/>
      </w:pPr>
      <w:r>
        <w:rPr>
          <w:rFonts w:ascii="Times New Roman" w:hAnsi="Times New Roman" w:cs="Times New Roman" w:eastAsia="Times New Roman"/>
          <w:sz w:val="24"/>
        </w:rPr>
        <w:t>Учебна година: 20………………………………………… / 20……………………………………… г.</w:t>
      </w:r>
    </w:p>
    <w:p w14:paraId="260F37AF" w14:textId="77777777" w:rsidR="00BC4E80" w:rsidRDefault="00BC4E80">
      <w:pPr>
        <w:spacing w:after="80"/>
      </w:pPr>
    </w:p>
    <w:p w14:paraId="30D7EF52" w14:textId="77777777" w:rsidR="00BC4E80" w:rsidRDefault="00BC4E80">
      <w:pPr>
        <w:spacing w:after="80"/>
      </w:pPr>
      <w:r>
        <w:rPr>
          <w:rFonts w:ascii="Times New Roman" w:hAnsi="Times New Roman" w:cs="Times New Roman" w:eastAsia="Times New Roman"/>
          <w:sz w:val="24"/>
        </w:rPr>
        <w:t>Провел разговора: ………………………………… – класен ръководител / педагогически съветник.</w:t>
      </w:r>
    </w:p>
    <w:p w14:paraId="6704DFD9" w14:textId="77777777" w:rsidR="00BC4E80" w:rsidRDefault="00BC4E80">
      <w:pPr>
        <w:spacing w:after="80"/>
      </w:pPr>
      <w:r>
        <w:rPr>
          <w:rFonts w:ascii="Times New Roman" w:hAnsi="Times New Roman" w:cs="Times New Roman" w:eastAsia="Times New Roman"/>
          <w:sz w:val="24"/>
        </w:rPr>
        <w:t>Брой допуснати отсъствия към датата на разговора: извинени ……………………, неизвинени …………………….</w:t>
      </w:r>
    </w:p>
    <w:p w14:paraId="410C777A" w14:textId="77777777" w:rsidR="00BC4E80" w:rsidRDefault="00BC4E80">
      <w:pPr>
        <w:spacing w:after="80"/>
      </w:pPr>
      <w:r>
        <w:rPr>
          <w:rFonts w:ascii="Times New Roman" w:hAnsi="Times New Roman" w:cs="Times New Roman" w:eastAsia="Times New Roman"/>
          <w:sz w:val="24"/>
        </w:rPr>
        <w:t>Причини за отсъствията, посочени от ученика/ученичката: …………………………………………</w:t>
      </w:r>
    </w:p>
    <w:p w14:paraId="16504F86" w14:textId="77777777" w:rsidR="00BC4E80" w:rsidRDefault="00BC4E80">
      <w:pPr>
        <w:spacing w:after="80"/>
      </w:pPr>
      <w:r>
        <w:rPr>
          <w:rFonts w:ascii="Times New Roman" w:hAnsi="Times New Roman" w:cs="Times New Roman" w:eastAsia="Times New Roman"/>
          <w:sz w:val="24"/>
        </w:rPr>
        <w:t>………………………………………………………………………………………………………………</w:t>
      </w:r>
    </w:p>
    <w:p w14:paraId="2207971B" w14:textId="77777777" w:rsidR="00BC4E80" w:rsidRDefault="00BC4E80">
      <w:pPr>
        <w:spacing w:after="80"/>
      </w:pPr>
      <w:r>
        <w:rPr>
          <w:rFonts w:ascii="Times New Roman" w:hAnsi="Times New Roman" w:cs="Times New Roman" w:eastAsia="Times New Roman"/>
          <w:sz w:val="24"/>
        </w:rPr>
        <w:t>………………………………………………………………………………………………………………</w:t>
      </w:r>
    </w:p>
    <w:p w14:paraId="183CAEF8" w14:textId="77777777" w:rsidR="00BC4E80" w:rsidRDefault="00BC4E80">
      <w:pPr>
        <w:spacing w:after="80"/>
      </w:pPr>
      <w:r>
        <w:rPr>
          <w:rFonts w:ascii="Times New Roman" w:hAnsi="Times New Roman" w:cs="Times New Roman" w:eastAsia="Times New Roman"/>
          <w:sz w:val="24"/>
        </w:rPr>
        <w:t>Обсъдени възможности за преодоляване на затрудненията: …………………………………………</w:t>
      </w:r>
    </w:p>
    <w:p w14:paraId="6B11107F" w14:textId="77777777" w:rsidR="00BC4E80" w:rsidRDefault="00BC4E80">
      <w:pPr>
        <w:spacing w:after="80"/>
      </w:pPr>
      <w:r>
        <w:rPr>
          <w:rFonts w:ascii="Times New Roman" w:hAnsi="Times New Roman" w:cs="Times New Roman" w:eastAsia="Times New Roman"/>
          <w:sz w:val="24"/>
        </w:rPr>
        <w:t>………………………………………………………………………………………………………………</w:t>
      </w:r>
    </w:p>
    <w:p w14:paraId="08B2BF04" w14:textId="77777777" w:rsidR="00BC4E80" w:rsidRDefault="00BC4E80">
      <w:pPr>
        <w:spacing w:after="80"/>
      </w:pPr>
      <w:r>
        <w:rPr>
          <w:rFonts w:ascii="Times New Roman" w:hAnsi="Times New Roman" w:cs="Times New Roman" w:eastAsia="Times New Roman"/>
          <w:sz w:val="24"/>
        </w:rPr>
        <w:t>Поети ангажименти от ученика/ученичката: …………………………………………………………</w:t>
      </w:r>
    </w:p>
    <w:p w14:paraId="4C56BF10" w14:textId="77777777" w:rsidR="00BC4E80" w:rsidRDefault="00BC4E80">
      <w:pPr>
        <w:spacing w:after="80"/>
      </w:pPr>
      <w:r>
        <w:rPr>
          <w:rFonts w:ascii="Times New Roman" w:hAnsi="Times New Roman" w:cs="Times New Roman" w:eastAsia="Times New Roman"/>
          <w:sz w:val="24"/>
        </w:rPr>
        <w:t>………………………………………………………………………………………………………………</w:t>
      </w:r>
    </w:p>
    <w:p w14:paraId="36ECB503" w14:textId="77777777" w:rsidR="00BC4E80" w:rsidRDefault="00BC4E80">
      <w:pPr>
        <w:spacing w:after="80"/>
      </w:pPr>
      <w:r>
        <w:rPr>
          <w:rFonts w:ascii="Times New Roman" w:hAnsi="Times New Roman" w:cs="Times New Roman" w:eastAsia="Times New Roman"/>
          <w:sz w:val="24"/>
        </w:rPr>
        <w:t>Срок за проследяване на резултата: ……………………………………………………………………</w:t>
      </w:r>
    </w:p>
    <w:p w14:paraId="31E8F2A8" w14:textId="77777777" w:rsidR="00BC4E80" w:rsidRDefault="00BC4E80">
      <w:pPr>
        <w:spacing w:after="200"/>
      </w:pPr>
    </w:p>
    <w:p w14:paraId="50B1E435" w14:textId="77777777" w:rsidR="00BC4E80" w:rsidRDefault="00BC4E80">
      <w:pPr>
        <w:tabs>
          <w:tab w:val="left" w:pos="5386"/>
        </w:tabs>
        <w:spacing w:after="160" w:before="3288"/>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Ученик: …………………………………………</w:t>
      </w:r>
    </w:p>
    <w:p w14:paraId="538CA28A" w14:textId="77777777" w:rsidR="00BC4E80" w:rsidRDefault="00BC4E80">
      <w:pPr>
        <w:tabs>
          <w:tab w:val="left" w:pos="5386"/>
        </w:tabs>
        <w:spacing w:after="160"/>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r>
    </w:p>
    <w:p w14:paraId="5544677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21 към Правилника за дейността на училището</w:t>
      </w:r>
    </w:p>
    <w:p w14:paraId="3C4135B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55CF8F3" wp14:editId="7AC73C32">
            <wp:extent cx="6483600" cy="11751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CB58066" w14:textId="77777777" w:rsidR="00BC4E80" w:rsidRDefault="00BC4E80">
      <w:pPr>
        <w:spacing w:before="80" w:after="40"/>
        <w:jc w:val="center"/>
      </w:pPr>
      <w:r>
        <w:rPr>
          <w:rFonts w:ascii="Times New Roman" w:hAnsi="Times New Roman" w:cs="Times New Roman" w:eastAsia="Times New Roman"/>
          <w:b/>
          <w:sz w:val="26"/>
        </w:rPr>
        <w:t>П Л А Н   З А   Р А Б О Т А</w:t>
      </w:r>
    </w:p>
    <w:p w14:paraId="4A0B8C44" w14:textId="77777777" w:rsidR="00BC4E80" w:rsidRDefault="00BC4E80">
      <w:pPr>
        <w:spacing w:after="80"/>
        <w:jc w:val="center"/>
      </w:pPr>
      <w:r>
        <w:rPr>
          <w:rFonts w:ascii="Times New Roman" w:hAnsi="Times New Roman" w:cs="Times New Roman" w:eastAsia="Times New Roman"/>
          <w:b/>
        </w:rPr>
        <w:t>с ученик с повишен риск от отпадане от училище</w:t>
      </w:r>
    </w:p>
    <w:p w14:paraId="3810E3EC" w14:textId="77777777" w:rsidR="00BC4E80" w:rsidRDefault="00BC4E80">
      <w:pPr>
        <w:spacing w:after="160"/>
        <w:jc w:val="center"/>
      </w:pPr>
      <w:r>
        <w:rPr>
          <w:rFonts w:ascii="Times New Roman" w:hAnsi="Times New Roman" w:cs="Times New Roman" w:eastAsia="Times New Roman"/>
          <w:i/>
          <w:sz w:val="20"/>
        </w:rPr>
        <w:t>чл. 38 от ПДУ; Механизъм за съвместна работа на институциите по обхващане, включване и предотвратяване на отпадането</w:t>
      </w:r>
    </w:p>
    <w:p w14:paraId="7B0498B1" w14:textId="77777777" w:rsidR="00BC4E80" w:rsidRDefault="00BC4E80">
      <w:pPr>
        <w:spacing w:after="40"/>
      </w:pPr>
      <w:r>
        <w:rPr>
          <w:rFonts w:ascii="Times New Roman" w:hAnsi="Times New Roman" w:cs="Times New Roman" w:eastAsia="Times New Roman"/>
          <w:sz w:val="24"/>
        </w:rPr>
        <w:t>Ученик/ученичка: …………………………………………………………………………………………</w:t>
      </w:r>
    </w:p>
    <w:p w14:paraId="7A62B4D6" w14:textId="77777777" w:rsidR="00BC4E80" w:rsidRDefault="00BC4E80">
      <w:pPr>
        <w:spacing w:after="40"/>
      </w:pPr>
      <w:r>
        <w:rPr>
          <w:rFonts w:ascii="Times New Roman" w:hAnsi="Times New Roman" w:cs="Times New Roman" w:eastAsia="Times New Roman"/>
          <w:sz w:val="24"/>
        </w:rPr>
        <w:t>Клас: …………………        Специалност: ………………………………………………………………</w:t>
      </w:r>
    </w:p>
    <w:p w14:paraId="37C05D5E" w14:textId="77777777" w:rsidR="00BC4E80" w:rsidRDefault="00BC4E80">
      <w:pPr>
        <w:spacing w:after="40"/>
      </w:pPr>
      <w:r>
        <w:rPr>
          <w:rFonts w:ascii="Times New Roman" w:hAnsi="Times New Roman" w:cs="Times New Roman" w:eastAsia="Times New Roman"/>
          <w:sz w:val="24"/>
        </w:rPr>
        <w:t>Учебна година: 20………………………………………… / 20……………………………………… г.</w:t>
      </w:r>
    </w:p>
    <w:p w14:paraId="69CAC114" w14:textId="77777777" w:rsidR="00BC4E80" w:rsidRDefault="00BC4E80">
      <w:pPr>
        <w:spacing w:after="40"/>
      </w:pPr>
      <w:r>
        <w:rPr>
          <w:rFonts w:ascii="Times New Roman" w:hAnsi="Times New Roman" w:cs="Times New Roman" w:eastAsia="Times New Roman"/>
          <w:sz w:val="24"/>
        </w:rPr>
        <w:t>Класен ръководител: ……………………………………………………………………………………</w:t>
      </w:r>
    </w:p>
    <w:p w14:paraId="225E059E" w14:textId="77777777" w:rsidR="00BC4E80" w:rsidRDefault="00BC4E80">
      <w:pPr>
        <w:spacing w:after="80"/>
      </w:pPr>
    </w:p>
    <w:p w14:paraId="0C0A40B7" w14:textId="77777777" w:rsidR="00BC4E80" w:rsidRDefault="00BC4E80">
      <w:pPr>
        <w:spacing w:after="80"/>
      </w:pPr>
      <w:r>
        <w:rPr>
          <w:rFonts w:ascii="Times New Roman" w:hAnsi="Times New Roman" w:cs="Times New Roman" w:eastAsia="Times New Roman"/>
          <w:sz w:val="24"/>
        </w:rPr>
        <w:t>Идентифицирани рискови фактори: ……………………………………………………………………</w:t>
      </w:r>
    </w:p>
    <w:p w14:paraId="00615672" w14:textId="77777777" w:rsidR="00BC4E80" w:rsidRDefault="00BC4E80">
      <w:pPr>
        <w:spacing w:after="80"/>
      </w:pPr>
      <w:r>
        <w:rPr>
          <w:rFonts w:ascii="Times New Roman" w:hAnsi="Times New Roman" w:cs="Times New Roman" w:eastAsia="Times New Roman"/>
          <w:sz w:val="24"/>
        </w:rPr>
        <w:t>………………………………………………………………………………………………………………</w:t>
      </w:r>
    </w:p>
    <w:p w14:paraId="313DFC1A" w14:textId="77777777" w:rsidR="00BC4E80" w:rsidRDefault="00BC4E80">
      <w:pPr>
        <w:spacing w:after="80"/>
      </w:pPr>
      <w:r>
        <w:rPr>
          <w:rFonts w:ascii="Times New Roman" w:hAnsi="Times New Roman" w:cs="Times New Roman" w:eastAsia="Times New Roman"/>
          <w:sz w:val="24"/>
        </w:rPr>
        <w:t>Силни страни и интереси на ученика/ученичката: ……………………………………………………</w:t>
      </w:r>
    </w:p>
    <w:p w14:paraId="31FD3D20" w14:textId="77777777" w:rsidR="00BC4E80" w:rsidRDefault="00BC4E80">
      <w:pPr>
        <w:spacing w:after="80"/>
      </w:pPr>
      <w:r>
        <w:rPr>
          <w:rFonts w:ascii="Times New Roman" w:hAnsi="Times New Roman" w:cs="Times New Roman" w:eastAsia="Times New Roman"/>
          <w:sz w:val="24"/>
        </w:rPr>
        <w:t>………………………………………………………………………………………………………………</w:t>
      </w:r>
    </w:p>
    <w:p w14:paraId="5B1EC805" w14:textId="77777777" w:rsidR="00BC4E80" w:rsidRDefault="00BC4E80">
      <w:pPr>
        <w:spacing w:after="200"/>
      </w:pPr>
    </w:p>
    <w:tbl>
      <w:tblPr>
        <w:tblStyle w:val="aff9"/>
        <w:tblW w:w="0" w:type="auto"/>
        <w:tblLook w:val="04A0" w:firstRow="1" w:lastRow="0" w:firstColumn="1" w:lastColumn="0" w:noHBand="0" w:noVBand="1"/>
      </w:tblPr>
      <w:tblGrid>
        <w:gridCol w:w="566"/>
        <w:gridCol w:w="3681"/>
        <w:gridCol w:w="1983"/>
        <w:gridCol w:w="1416"/>
        <w:gridCol w:w="2549"/>
      </w:tblGrid>
      <w:tr w:rsidR="00BC4E80" w14:paraId="34FD285E" w14:textId="77777777">
        <w:tc>
          <w:tcPr>
            <w:tcW w:w="567" w:type="dxa"/>
          </w:tcPr>
          <w:p w14:paraId="46EC4806" w14:textId="77777777" w:rsidR="00BC4E80" w:rsidRDefault="00BC4E80">
            <w:pPr>
              <w:jc w:val="center"/>
            </w:pPr>
            <w:r>
              <w:rPr>
                <w:rFonts w:ascii="Times New Roman" w:hAnsi="Times New Roman" w:cs="Times New Roman" w:eastAsia="Times New Roman"/>
                <w:b/>
                <w:sz w:val="20"/>
              </w:rPr>
              <w:t>№</w:t>
            </w:r>
          </w:p>
        </w:tc>
        <w:tc>
          <w:tcPr>
            <w:tcW w:w="3685" w:type="dxa"/>
          </w:tcPr>
          <w:p w14:paraId="7193F0B5" w14:textId="77777777" w:rsidR="00BC4E80" w:rsidRDefault="00BC4E80">
            <w:pPr>
              <w:jc w:val="center"/>
            </w:pPr>
            <w:r>
              <w:rPr>
                <w:rFonts w:ascii="Times New Roman" w:hAnsi="Times New Roman" w:cs="Times New Roman" w:eastAsia="Times New Roman"/>
                <w:b/>
                <w:sz w:val="20"/>
              </w:rPr>
              <w:t>Дейност за подкрепа</w:t>
            </w:r>
          </w:p>
        </w:tc>
        <w:tc>
          <w:tcPr>
            <w:tcW w:w="1984" w:type="dxa"/>
          </w:tcPr>
          <w:p w14:paraId="53864A7C" w14:textId="77777777" w:rsidR="00BC4E80" w:rsidRDefault="00BC4E80">
            <w:pPr>
              <w:jc w:val="center"/>
            </w:pPr>
            <w:r>
              <w:rPr>
                <w:rFonts w:ascii="Times New Roman" w:hAnsi="Times New Roman" w:cs="Times New Roman" w:eastAsia="Times New Roman"/>
                <w:b/>
                <w:sz w:val="20"/>
              </w:rPr>
              <w:t>Отговорник</w:t>
            </w:r>
          </w:p>
        </w:tc>
        <w:tc>
          <w:tcPr>
            <w:tcW w:w="1417" w:type="dxa"/>
          </w:tcPr>
          <w:p w14:paraId="61E46544" w14:textId="77777777" w:rsidR="00BC4E80" w:rsidRDefault="00BC4E80">
            <w:pPr>
              <w:jc w:val="center"/>
            </w:pPr>
            <w:r>
              <w:rPr>
                <w:rFonts w:ascii="Times New Roman" w:hAnsi="Times New Roman" w:cs="Times New Roman" w:eastAsia="Times New Roman"/>
                <w:b/>
                <w:sz w:val="20"/>
              </w:rPr>
              <w:t>Срок</w:t>
            </w:r>
          </w:p>
        </w:tc>
        <w:tc>
          <w:tcPr>
            <w:tcW w:w="2551" w:type="dxa"/>
          </w:tcPr>
          <w:p w14:paraId="120DC2F7" w14:textId="77777777" w:rsidR="00BC4E80" w:rsidRDefault="00BC4E80">
            <w:pPr>
              <w:jc w:val="center"/>
            </w:pPr>
            <w:r>
              <w:rPr>
                <w:rFonts w:ascii="Times New Roman" w:hAnsi="Times New Roman" w:cs="Times New Roman" w:eastAsia="Times New Roman"/>
                <w:b/>
                <w:sz w:val="20"/>
              </w:rPr>
              <w:t>Отчитане на резултата</w:t>
            </w:r>
          </w:p>
        </w:tc>
      </w:tr>
      <w:tr w:rsidR="00BC4E80" w14:paraId="24CCA47A" w14:textId="77777777">
        <w:tc>
          <w:tcPr>
            <w:tcW w:w="567" w:type="dxa"/>
          </w:tcPr>
          <w:p w14:paraId="6F025F2F" w14:textId="77777777" w:rsidR="00BC4E80" w:rsidRDefault="00BC4E80">
            <w:pPr>
              <w:spacing w:after="60"/>
            </w:pPr>
          </w:p>
        </w:tc>
        <w:tc>
          <w:tcPr>
            <w:tcW w:w="3685" w:type="dxa"/>
          </w:tcPr>
          <w:p w14:paraId="490A8163" w14:textId="77777777" w:rsidR="00BC4E80" w:rsidRDefault="00BC4E80">
            <w:pPr>
              <w:spacing w:after="60"/>
            </w:pPr>
          </w:p>
        </w:tc>
        <w:tc>
          <w:tcPr>
            <w:tcW w:w="1984" w:type="dxa"/>
          </w:tcPr>
          <w:p w14:paraId="3312A1C9" w14:textId="77777777" w:rsidR="00BC4E80" w:rsidRDefault="00BC4E80">
            <w:pPr>
              <w:spacing w:after="60"/>
            </w:pPr>
          </w:p>
        </w:tc>
        <w:tc>
          <w:tcPr>
            <w:tcW w:w="1417" w:type="dxa"/>
          </w:tcPr>
          <w:p w14:paraId="6CD5684B" w14:textId="77777777" w:rsidR="00BC4E80" w:rsidRDefault="00BC4E80">
            <w:pPr>
              <w:spacing w:after="60"/>
            </w:pPr>
          </w:p>
        </w:tc>
        <w:tc>
          <w:tcPr>
            <w:tcW w:w="2551" w:type="dxa"/>
          </w:tcPr>
          <w:p w14:paraId="520F0200" w14:textId="77777777" w:rsidR="00BC4E80" w:rsidRDefault="00BC4E80">
            <w:pPr>
              <w:spacing w:after="60"/>
            </w:pPr>
          </w:p>
        </w:tc>
      </w:tr>
      <w:tr w:rsidR="00BC4E80" w14:paraId="5A9DCA88" w14:textId="77777777">
        <w:tc>
          <w:tcPr>
            <w:tcW w:w="567" w:type="dxa"/>
          </w:tcPr>
          <w:p w14:paraId="59CE9411" w14:textId="77777777" w:rsidR="00BC4E80" w:rsidRDefault="00BC4E80">
            <w:pPr>
              <w:spacing w:after="60"/>
            </w:pPr>
          </w:p>
        </w:tc>
        <w:tc>
          <w:tcPr>
            <w:tcW w:w="3685" w:type="dxa"/>
          </w:tcPr>
          <w:p w14:paraId="65132F68" w14:textId="77777777" w:rsidR="00BC4E80" w:rsidRDefault="00BC4E80">
            <w:pPr>
              <w:spacing w:after="60"/>
            </w:pPr>
          </w:p>
        </w:tc>
        <w:tc>
          <w:tcPr>
            <w:tcW w:w="1984" w:type="dxa"/>
          </w:tcPr>
          <w:p w14:paraId="2C0EA3D1" w14:textId="77777777" w:rsidR="00BC4E80" w:rsidRDefault="00BC4E80">
            <w:pPr>
              <w:spacing w:after="60"/>
            </w:pPr>
          </w:p>
        </w:tc>
        <w:tc>
          <w:tcPr>
            <w:tcW w:w="1417" w:type="dxa"/>
          </w:tcPr>
          <w:p w14:paraId="48AF4624" w14:textId="77777777" w:rsidR="00BC4E80" w:rsidRDefault="00BC4E80">
            <w:pPr>
              <w:spacing w:after="60"/>
            </w:pPr>
          </w:p>
        </w:tc>
        <w:tc>
          <w:tcPr>
            <w:tcW w:w="2551" w:type="dxa"/>
          </w:tcPr>
          <w:p w14:paraId="0722BC48" w14:textId="77777777" w:rsidR="00BC4E80" w:rsidRDefault="00BC4E80">
            <w:pPr>
              <w:spacing w:after="60"/>
            </w:pPr>
          </w:p>
        </w:tc>
      </w:tr>
      <w:tr w:rsidR="00BC4E80" w14:paraId="5A7EAB1F" w14:textId="77777777">
        <w:tc>
          <w:tcPr>
            <w:tcW w:w="567" w:type="dxa"/>
          </w:tcPr>
          <w:p w14:paraId="726F9BF8" w14:textId="77777777" w:rsidR="00BC4E80" w:rsidRDefault="00BC4E80">
            <w:pPr>
              <w:spacing w:after="60"/>
            </w:pPr>
          </w:p>
        </w:tc>
        <w:tc>
          <w:tcPr>
            <w:tcW w:w="3685" w:type="dxa"/>
          </w:tcPr>
          <w:p w14:paraId="3EBF6DC2" w14:textId="77777777" w:rsidR="00BC4E80" w:rsidRDefault="00BC4E80">
            <w:pPr>
              <w:spacing w:after="60"/>
            </w:pPr>
          </w:p>
        </w:tc>
        <w:tc>
          <w:tcPr>
            <w:tcW w:w="1984" w:type="dxa"/>
          </w:tcPr>
          <w:p w14:paraId="50E27E46" w14:textId="77777777" w:rsidR="00BC4E80" w:rsidRDefault="00BC4E80">
            <w:pPr>
              <w:spacing w:after="60"/>
            </w:pPr>
          </w:p>
        </w:tc>
        <w:tc>
          <w:tcPr>
            <w:tcW w:w="1417" w:type="dxa"/>
          </w:tcPr>
          <w:p w14:paraId="1C131242" w14:textId="77777777" w:rsidR="00BC4E80" w:rsidRDefault="00BC4E80">
            <w:pPr>
              <w:spacing w:after="60"/>
            </w:pPr>
          </w:p>
        </w:tc>
        <w:tc>
          <w:tcPr>
            <w:tcW w:w="2551" w:type="dxa"/>
          </w:tcPr>
          <w:p w14:paraId="22B024C0" w14:textId="77777777" w:rsidR="00BC4E80" w:rsidRDefault="00BC4E80">
            <w:pPr>
              <w:spacing w:after="60"/>
            </w:pPr>
          </w:p>
        </w:tc>
      </w:tr>
      <w:tr w:rsidR="00BC4E80" w14:paraId="4167709D" w14:textId="77777777">
        <w:tc>
          <w:tcPr>
            <w:tcW w:w="567" w:type="dxa"/>
          </w:tcPr>
          <w:p w14:paraId="4877A824" w14:textId="77777777" w:rsidR="00BC4E80" w:rsidRDefault="00BC4E80">
            <w:pPr>
              <w:spacing w:after="60"/>
            </w:pPr>
          </w:p>
        </w:tc>
        <w:tc>
          <w:tcPr>
            <w:tcW w:w="3685" w:type="dxa"/>
          </w:tcPr>
          <w:p w14:paraId="317A4BCA" w14:textId="77777777" w:rsidR="00BC4E80" w:rsidRDefault="00BC4E80">
            <w:pPr>
              <w:spacing w:after="60"/>
            </w:pPr>
          </w:p>
        </w:tc>
        <w:tc>
          <w:tcPr>
            <w:tcW w:w="1984" w:type="dxa"/>
          </w:tcPr>
          <w:p w14:paraId="3BBA4EA3" w14:textId="77777777" w:rsidR="00BC4E80" w:rsidRDefault="00BC4E80">
            <w:pPr>
              <w:spacing w:after="60"/>
            </w:pPr>
          </w:p>
        </w:tc>
        <w:tc>
          <w:tcPr>
            <w:tcW w:w="1417" w:type="dxa"/>
          </w:tcPr>
          <w:p w14:paraId="75679D47" w14:textId="77777777" w:rsidR="00BC4E80" w:rsidRDefault="00BC4E80">
            <w:pPr>
              <w:spacing w:after="60"/>
            </w:pPr>
          </w:p>
        </w:tc>
        <w:tc>
          <w:tcPr>
            <w:tcW w:w="2551" w:type="dxa"/>
          </w:tcPr>
          <w:p w14:paraId="2309935F" w14:textId="77777777" w:rsidR="00BC4E80" w:rsidRDefault="00BC4E80">
            <w:pPr>
              <w:spacing w:after="60"/>
            </w:pPr>
          </w:p>
        </w:tc>
      </w:tr>
      <w:tr w:rsidR="00BC4E80" w14:paraId="40C1CBC7" w14:textId="77777777">
        <w:tc>
          <w:tcPr>
            <w:tcW w:w="567" w:type="dxa"/>
          </w:tcPr>
          <w:p w14:paraId="38580D5A" w14:textId="77777777" w:rsidR="00BC4E80" w:rsidRDefault="00BC4E80">
            <w:pPr>
              <w:spacing w:after="60"/>
            </w:pPr>
          </w:p>
        </w:tc>
        <w:tc>
          <w:tcPr>
            <w:tcW w:w="3685" w:type="dxa"/>
          </w:tcPr>
          <w:p w14:paraId="25051921" w14:textId="77777777" w:rsidR="00BC4E80" w:rsidRDefault="00BC4E80">
            <w:pPr>
              <w:spacing w:after="60"/>
            </w:pPr>
          </w:p>
        </w:tc>
        <w:tc>
          <w:tcPr>
            <w:tcW w:w="1984" w:type="dxa"/>
          </w:tcPr>
          <w:p w14:paraId="4FA1BBE3" w14:textId="77777777" w:rsidR="00BC4E80" w:rsidRDefault="00BC4E80">
            <w:pPr>
              <w:spacing w:after="60"/>
            </w:pPr>
          </w:p>
        </w:tc>
        <w:tc>
          <w:tcPr>
            <w:tcW w:w="1417" w:type="dxa"/>
          </w:tcPr>
          <w:p w14:paraId="0AB1D673" w14:textId="77777777" w:rsidR="00BC4E80" w:rsidRDefault="00BC4E80">
            <w:pPr>
              <w:spacing w:after="60"/>
            </w:pPr>
          </w:p>
        </w:tc>
        <w:tc>
          <w:tcPr>
            <w:tcW w:w="2551" w:type="dxa"/>
          </w:tcPr>
          <w:p w14:paraId="637CAB3A" w14:textId="77777777" w:rsidR="00BC4E80" w:rsidRDefault="00BC4E80">
            <w:pPr>
              <w:spacing w:after="60"/>
            </w:pPr>
          </w:p>
        </w:tc>
      </w:tr>
      <w:tr w:rsidR="00BC4E80" w14:paraId="1B7A35D1" w14:textId="77777777">
        <w:tc>
          <w:tcPr>
            <w:tcW w:w="567" w:type="dxa"/>
          </w:tcPr>
          <w:p w14:paraId="65B366DC" w14:textId="77777777" w:rsidR="00BC4E80" w:rsidRDefault="00BC4E80">
            <w:pPr>
              <w:spacing w:after="60"/>
            </w:pPr>
          </w:p>
        </w:tc>
        <w:tc>
          <w:tcPr>
            <w:tcW w:w="3685" w:type="dxa"/>
          </w:tcPr>
          <w:p w14:paraId="2E7DF065" w14:textId="77777777" w:rsidR="00BC4E80" w:rsidRDefault="00BC4E80">
            <w:pPr>
              <w:spacing w:after="60"/>
            </w:pPr>
          </w:p>
        </w:tc>
        <w:tc>
          <w:tcPr>
            <w:tcW w:w="1984" w:type="dxa"/>
          </w:tcPr>
          <w:p w14:paraId="307C30CD" w14:textId="77777777" w:rsidR="00BC4E80" w:rsidRDefault="00BC4E80">
            <w:pPr>
              <w:spacing w:after="60"/>
            </w:pPr>
          </w:p>
        </w:tc>
        <w:tc>
          <w:tcPr>
            <w:tcW w:w="1417" w:type="dxa"/>
          </w:tcPr>
          <w:p w14:paraId="276907B5" w14:textId="77777777" w:rsidR="00BC4E80" w:rsidRDefault="00BC4E80">
            <w:pPr>
              <w:spacing w:after="60"/>
            </w:pPr>
          </w:p>
        </w:tc>
        <w:tc>
          <w:tcPr>
            <w:tcW w:w="2551" w:type="dxa"/>
          </w:tcPr>
          <w:p w14:paraId="03597F6D" w14:textId="77777777" w:rsidR="00BC4E80" w:rsidRDefault="00BC4E80">
            <w:pPr>
              <w:spacing w:after="60"/>
            </w:pPr>
          </w:p>
        </w:tc>
      </w:tr>
      <w:tr w:rsidR="00BC4E80" w14:paraId="28F95A2F" w14:textId="77777777">
        <w:tc>
          <w:tcPr>
            <w:tcW w:w="567" w:type="dxa"/>
          </w:tcPr>
          <w:p w14:paraId="3A6F55C3" w14:textId="77777777" w:rsidR="00BC4E80" w:rsidRDefault="00BC4E80">
            <w:pPr>
              <w:spacing w:after="60"/>
            </w:pPr>
          </w:p>
        </w:tc>
        <w:tc>
          <w:tcPr>
            <w:tcW w:w="3685" w:type="dxa"/>
          </w:tcPr>
          <w:p w14:paraId="5C39F494" w14:textId="77777777" w:rsidR="00BC4E80" w:rsidRDefault="00BC4E80">
            <w:pPr>
              <w:spacing w:after="60"/>
            </w:pPr>
          </w:p>
        </w:tc>
        <w:tc>
          <w:tcPr>
            <w:tcW w:w="1984" w:type="dxa"/>
          </w:tcPr>
          <w:p w14:paraId="3668AA55" w14:textId="77777777" w:rsidR="00BC4E80" w:rsidRDefault="00BC4E80">
            <w:pPr>
              <w:spacing w:after="60"/>
            </w:pPr>
          </w:p>
        </w:tc>
        <w:tc>
          <w:tcPr>
            <w:tcW w:w="1417" w:type="dxa"/>
          </w:tcPr>
          <w:p w14:paraId="685B4D2D" w14:textId="77777777" w:rsidR="00BC4E80" w:rsidRDefault="00BC4E80">
            <w:pPr>
              <w:spacing w:after="60"/>
            </w:pPr>
          </w:p>
        </w:tc>
        <w:tc>
          <w:tcPr>
            <w:tcW w:w="2551" w:type="dxa"/>
          </w:tcPr>
          <w:p w14:paraId="11ACB06F" w14:textId="77777777" w:rsidR="00BC4E80" w:rsidRDefault="00BC4E80">
            <w:pPr>
              <w:spacing w:after="60"/>
            </w:pPr>
          </w:p>
        </w:tc>
      </w:tr>
      <w:tr w:rsidR="00BC4E80" w14:paraId="0283DC8E" w14:textId="77777777">
        <w:tc>
          <w:tcPr>
            <w:tcW w:w="567" w:type="dxa"/>
          </w:tcPr>
          <w:p w14:paraId="010577F9" w14:textId="77777777" w:rsidR="00BC4E80" w:rsidRDefault="00BC4E80">
            <w:pPr>
              <w:spacing w:after="60"/>
            </w:pPr>
          </w:p>
        </w:tc>
        <w:tc>
          <w:tcPr>
            <w:tcW w:w="3685" w:type="dxa"/>
          </w:tcPr>
          <w:p w14:paraId="49D83617" w14:textId="77777777" w:rsidR="00BC4E80" w:rsidRDefault="00BC4E80">
            <w:pPr>
              <w:spacing w:after="60"/>
            </w:pPr>
          </w:p>
        </w:tc>
        <w:tc>
          <w:tcPr>
            <w:tcW w:w="1984" w:type="dxa"/>
          </w:tcPr>
          <w:p w14:paraId="069FF7C3" w14:textId="77777777" w:rsidR="00BC4E80" w:rsidRDefault="00BC4E80">
            <w:pPr>
              <w:spacing w:after="60"/>
            </w:pPr>
          </w:p>
        </w:tc>
        <w:tc>
          <w:tcPr>
            <w:tcW w:w="1417" w:type="dxa"/>
          </w:tcPr>
          <w:p w14:paraId="41F0A5E4" w14:textId="77777777" w:rsidR="00BC4E80" w:rsidRDefault="00BC4E80">
            <w:pPr>
              <w:spacing w:after="60"/>
            </w:pPr>
          </w:p>
        </w:tc>
        <w:tc>
          <w:tcPr>
            <w:tcW w:w="2551" w:type="dxa"/>
          </w:tcPr>
          <w:p w14:paraId="4819028E" w14:textId="77777777" w:rsidR="00BC4E80" w:rsidRDefault="00BC4E80">
            <w:pPr>
              <w:spacing w:after="60"/>
            </w:pPr>
          </w:p>
        </w:tc>
      </w:tr>
    </w:tbl>
    <w:p w14:paraId="17B0D455" w14:textId="77777777" w:rsidR="00BC4E80" w:rsidRDefault="00BC4E80">
      <w:pPr>
        <w:tabs>
          <w:tab w:val="left" w:pos="5386"/>
        </w:tabs>
        <w:spacing w:after="160"/>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Педагогически съветник: ……………………</w:t>
      </w:r>
    </w:p>
    <w:p w14:paraId="75CE82D1" w14:textId="77777777" w:rsidR="00BC4E80" w:rsidRDefault="00BC4E80">
      <w:pPr>
        <w:tabs>
          <w:tab w:val="left" w:pos="5386"/>
        </w:tabs>
        <w:spacing w:after="160"/>
      </w:pPr>
      <w:r>
        <w:rPr>
          <w:rFonts w:ascii="Times New Roman" w:hAnsi="Times New Roman" w:cs="Times New Roman" w:eastAsia="Times New Roman"/>
          <w:sz w:val="24"/>
        </w:rPr>
        <w:t>Родител: ……………………………………………</w:t>
      </w:r>
      <w:r>
        <w:rPr>
          <w:rFonts w:ascii="Times New Roman" w:hAnsi="Times New Roman" w:cs="Times New Roman" w:eastAsia="Times New Roman"/>
          <w:sz w:val="24"/>
        </w:rPr>
        <w:tab/>
        <w:t>Директор: ………………………………………</w:t>
      </w:r>
    </w:p>
    <w:p w14:paraId="0E7D76C7" w14:textId="77777777" w:rsidR="00BC4E80" w:rsidRDefault="00BC4E80">
      <w:pPr>
        <w:pageBreakBefore/>
        <w:spacing w:after="2800"/>
      </w:pPr>
    </w:p>
    <w:p w14:paraId="7E4264AA" w14:textId="77777777" w:rsidR="00BC4E80" w:rsidRDefault="00BC4E80">
      <w:pPr>
        <w:spacing w:after="200"/>
        <w:jc w:val="center"/>
      </w:pPr>
      <w:r>
        <w:rPr>
          <w:rFonts w:ascii="Times New Roman" w:hAnsi="Times New Roman" w:cs="Times New Roman" w:eastAsia="Times New Roman"/>
          <w:b/>
          <w:sz w:val="32"/>
        </w:rPr>
        <w:t>РАЗДЕЛ III</w:t>
      </w:r>
    </w:p>
    <w:p w14:paraId="541CCCAF" w14:textId="77777777" w:rsidR="00BC4E80" w:rsidRDefault="00BC4E80">
      <w:pPr>
        <w:jc w:val="center"/>
      </w:pPr>
      <w:r>
        <w:rPr>
          <w:rFonts w:ascii="Times New Roman" w:hAnsi="Times New Roman" w:cs="Times New Roman" w:eastAsia="Times New Roman"/>
          <w:b/>
          <w:sz w:val="28"/>
        </w:rPr>
        <w:t>ПРИЕМАНЕ, ЗАПИСВАНЕ, ПРЕМЕСТВАНЕ И ФОРМИ НА ОБУЧЕНИЕ</w:t>
      </w:r>
    </w:p>
    <w:p w14:paraId="6FE54A63"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22 към Правилника за дейността на училището</w:t>
      </w:r>
    </w:p>
    <w:p w14:paraId="4A63989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85D33AA" wp14:editId="3A93D102">
            <wp:extent cx="6483600" cy="117515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9E2F1E3" w14:textId="77777777" w:rsidR="00BC4E80" w:rsidRDefault="00BC4E80">
      <w:pPr>
        <w:spacing w:after="160"/>
      </w:pPr>
      <w:r>
        <w:rPr>
          <w:rFonts w:ascii="Times New Roman" w:hAnsi="Times New Roman" w:cs="Times New Roman" w:eastAsia="Times New Roman"/>
        </w:rPr>
        <w:t>Вх. № ………………………………………………………… / ………………………………………………… г.</w:t>
      </w:r>
    </w:p>
    <w:p w14:paraId="42668168" w14:textId="77777777" w:rsidR="00BC4E80" w:rsidRDefault="00BC4E80">
      <w:r>
        <w:rPr>
          <w:rFonts w:ascii="Times New Roman" w:hAnsi="Times New Roman" w:cs="Times New Roman" w:eastAsia="Times New Roman"/>
          <w:b/>
          <w:sz w:val="24"/>
        </w:rPr>
        <w:t>ДО</w:t>
      </w:r>
    </w:p>
    <w:p w14:paraId="717F5ADB" w14:textId="77777777" w:rsidR="00BC4E80" w:rsidRDefault="00BC4E80">
      <w:r>
        <w:rPr>
          <w:rFonts w:ascii="Times New Roman" w:hAnsi="Times New Roman" w:cs="Times New Roman" w:eastAsia="Times New Roman"/>
          <w:b/>
          <w:sz w:val="24"/>
        </w:rPr>
        <w:t>ДИРЕКТОРА</w:t>
      </w:r>
    </w:p>
    <w:p w14:paraId="3DCD68DD" w14:textId="77777777" w:rsidR="00BC4E80" w:rsidRDefault="00BC4E80">
      <w:r>
        <w:rPr>
          <w:rFonts w:ascii="Times New Roman" w:hAnsi="Times New Roman" w:cs="Times New Roman" w:eastAsia="Times New Roman"/>
          <w:b/>
          <w:sz w:val="24"/>
        </w:rPr>
        <w:t>НА ПГМКР „СВЕТИ НИКОЛА“</w:t>
      </w:r>
    </w:p>
    <w:p w14:paraId="0C3CAFF1" w14:textId="77777777" w:rsidR="00BC4E80" w:rsidRDefault="00BC4E80">
      <w:r>
        <w:rPr>
          <w:rFonts w:ascii="Times New Roman" w:hAnsi="Times New Roman" w:cs="Times New Roman" w:eastAsia="Times New Roman"/>
          <w:b/>
          <w:sz w:val="24"/>
        </w:rPr>
        <w:t>ГР. БУРГАС</w:t>
      </w:r>
    </w:p>
    <w:p w14:paraId="0F36793C" w14:textId="77777777" w:rsidR="00BC4E80" w:rsidRDefault="00BC4E80">
      <w:pPr>
        <w:spacing w:after="160"/>
      </w:pPr>
    </w:p>
    <w:p w14:paraId="37D5AD9E"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1B72506E" w14:textId="77777777" w:rsidR="00BC4E80" w:rsidRDefault="00BC4E80">
      <w:pPr>
        <w:spacing w:after="80"/>
        <w:jc w:val="center"/>
      </w:pPr>
      <w:r>
        <w:rPr>
          <w:rFonts w:ascii="Times New Roman" w:hAnsi="Times New Roman" w:cs="Times New Roman" w:eastAsia="Times New Roman"/>
          <w:b/>
        </w:rPr>
        <w:t>за записване в VIII клас, дневна форма на обучение</w:t>
      </w:r>
    </w:p>
    <w:p w14:paraId="0B845120" w14:textId="77777777" w:rsidR="00BC4E80" w:rsidRDefault="00BC4E80">
      <w:pPr>
        <w:spacing w:after="160"/>
        <w:jc w:val="center"/>
      </w:pPr>
      <w:r>
        <w:rPr>
          <w:rFonts w:ascii="Times New Roman" w:hAnsi="Times New Roman" w:cs="Times New Roman" w:eastAsia="Times New Roman"/>
          <w:i/>
          <w:sz w:val="20"/>
        </w:rPr>
        <w:t>чл. 52 – чл. 55 от ПДУ; Наредба № 10 от 01.09.2016 г. за организация на дейностите в училищното образование</w:t>
      </w:r>
    </w:p>
    <w:p w14:paraId="6E28DED6" w14:textId="77777777" w:rsidR="00BC4E80" w:rsidRDefault="00BC4E80">
      <w:pPr>
        <w:spacing w:after="40"/>
      </w:pPr>
      <w:r>
        <w:rPr>
          <w:rFonts w:ascii="Times New Roman" w:hAnsi="Times New Roman" w:cs="Times New Roman" w:eastAsia="Times New Roman"/>
          <w:sz w:val="24"/>
        </w:rPr>
        <w:t>от …………………………………………………………………………………………………………</w:t>
      </w:r>
    </w:p>
    <w:p w14:paraId="30F9AA02"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74FBE8B6" w14:textId="77777777" w:rsidR="00BC4E80" w:rsidRDefault="00BC4E80">
      <w:pPr>
        <w:spacing w:after="40"/>
      </w:pPr>
      <w:r>
        <w:rPr>
          <w:rFonts w:ascii="Times New Roman" w:hAnsi="Times New Roman" w:cs="Times New Roman" w:eastAsia="Times New Roman"/>
          <w:sz w:val="24"/>
        </w:rPr>
        <w:t>адрес ………………………………………………………………………………………………………</w:t>
      </w:r>
    </w:p>
    <w:p w14:paraId="7F1B9416" w14:textId="77777777" w:rsidR="00BC4E80" w:rsidRDefault="00BC4E80">
      <w:pPr>
        <w:spacing w:after="40"/>
      </w:pPr>
      <w:r>
        <w:rPr>
          <w:rFonts w:ascii="Times New Roman" w:hAnsi="Times New Roman" w:cs="Times New Roman" w:eastAsia="Times New Roman"/>
          <w:sz w:val="24"/>
        </w:rPr>
        <w:t>телефон ………………………………………, e-mail …………………………………………………</w:t>
      </w:r>
    </w:p>
    <w:p w14:paraId="600D0780" w14:textId="77777777" w:rsidR="00BC4E80" w:rsidRDefault="00BC4E80">
      <w:pPr>
        <w:spacing w:after="80"/>
      </w:pPr>
    </w:p>
    <w:p w14:paraId="6EE5AEE9" w14:textId="77777777" w:rsidR="00BC4E80" w:rsidRDefault="00BC4E80">
      <w:pPr>
        <w:spacing w:after="120"/>
      </w:pPr>
      <w:r>
        <w:rPr>
          <w:rFonts w:ascii="Times New Roman" w:hAnsi="Times New Roman" w:cs="Times New Roman" w:eastAsia="Times New Roman"/>
          <w:b/>
          <w:sz w:val="24"/>
        </w:rPr>
        <w:t>УВАЖАЕМА ГОСПОЖО ДИРЕКТОР,</w:t>
      </w:r>
    </w:p>
    <w:p w14:paraId="7C7412AF" w14:textId="77777777" w:rsidR="00BC4E80" w:rsidRDefault="00BC4E80">
      <w:pPr>
        <w:spacing w:after="80"/>
      </w:pPr>
      <w:r>
        <w:rPr>
          <w:rFonts w:ascii="Times New Roman" w:hAnsi="Times New Roman" w:cs="Times New Roman" w:eastAsia="Times New Roman"/>
          <w:sz w:val="24"/>
        </w:rPr>
        <w:t>Моля синът ми / дъщеря ми …………………………………………………, ЕГН …………………,</w:t>
      </w:r>
    </w:p>
    <w:p w14:paraId="0BFDAF1A" w14:textId="77777777" w:rsidR="00BC4E80" w:rsidRDefault="00BC4E80">
      <w:pPr>
        <w:spacing w:after="80"/>
      </w:pPr>
      <w:r>
        <w:rPr>
          <w:rFonts w:ascii="Times New Roman" w:hAnsi="Times New Roman" w:cs="Times New Roman" w:eastAsia="Times New Roman"/>
          <w:sz w:val="24"/>
        </w:rPr>
        <w:t>да бъде записан/а в VIII клас, дневна форма на обучение, за учебната 20…………………… / 20…………………… година по специалност:</w:t>
      </w:r>
    </w:p>
    <w:p w14:paraId="1E331EBC" w14:textId="77777777" w:rsidR="00BC4E80" w:rsidRDefault="00BC4E80">
      <w:pPr>
        <w:spacing w:after="80"/>
        <w:jc w:val="both"/>
      </w:pPr>
      <w:r>
        <w:rPr>
          <w:rFonts w:ascii="Times New Roman" w:hAnsi="Times New Roman" w:cs="Times New Roman" w:eastAsia="Times New Roman"/>
          <w:sz w:val="24"/>
        </w:rPr>
        <w:t>☐ „Корабоводене – морско“</w:t>
      </w:r>
    </w:p>
    <w:p w14:paraId="2A2EE52B" w14:textId="77777777" w:rsidR="00BC4E80" w:rsidRDefault="00BC4E80">
      <w:pPr>
        <w:spacing w:after="80"/>
        <w:jc w:val="both"/>
      </w:pPr>
      <w:r>
        <w:rPr>
          <w:rFonts w:ascii="Times New Roman" w:hAnsi="Times New Roman" w:cs="Times New Roman" w:eastAsia="Times New Roman"/>
          <w:sz w:val="24"/>
        </w:rPr>
        <w:t>☐ „Корабни машини и механизми“</w:t>
      </w:r>
    </w:p>
    <w:p w14:paraId="641A786A" w14:textId="77777777" w:rsidR="00BC4E80" w:rsidRDefault="00BC4E80">
      <w:pPr>
        <w:spacing w:after="80"/>
        <w:jc w:val="both"/>
      </w:pPr>
      <w:r>
        <w:rPr>
          <w:rFonts w:ascii="Times New Roman" w:hAnsi="Times New Roman" w:cs="Times New Roman" w:eastAsia="Times New Roman"/>
          <w:sz w:val="24"/>
        </w:rPr>
        <w:t>☐ „Експлоатация на пристанищата и флота“</w:t>
      </w:r>
    </w:p>
    <w:p w14:paraId="668A5385" w14:textId="77777777" w:rsidR="00BC4E80" w:rsidRDefault="00BC4E80">
      <w:pPr>
        <w:spacing w:after="80"/>
        <w:jc w:val="both"/>
      </w:pPr>
      <w:r>
        <w:rPr>
          <w:rFonts w:ascii="Times New Roman" w:hAnsi="Times New Roman" w:cs="Times New Roman" w:eastAsia="Times New Roman"/>
          <w:sz w:val="24"/>
        </w:rPr>
        <w:t>☐ „Митническа и данъчна администрация“</w:t>
      </w:r>
    </w:p>
    <w:p w14:paraId="63B30D6D" w14:textId="77777777" w:rsidR="00BC4E80" w:rsidRDefault="00BC4E80">
      <w:pPr>
        <w:spacing w:after="80"/>
      </w:pPr>
      <w:r>
        <w:rPr>
          <w:rFonts w:ascii="Times New Roman" w:hAnsi="Times New Roman" w:cs="Times New Roman" w:eastAsia="Times New Roman"/>
          <w:sz w:val="24"/>
        </w:rPr>
        <w:t>Ученикът/ученичката е класиран/а на …………………………………………… етап на класиране.</w:t>
      </w:r>
    </w:p>
    <w:p w14:paraId="6716EEF4" w14:textId="77777777" w:rsidR="00BC4E80" w:rsidRDefault="00BC4E80">
      <w:pPr>
        <w:spacing w:after="80"/>
      </w:pPr>
      <w:r>
        <w:rPr>
          <w:rFonts w:ascii="Times New Roman" w:hAnsi="Times New Roman" w:cs="Times New Roman" w:eastAsia="Times New Roman"/>
          <w:sz w:val="24"/>
        </w:rPr>
        <w:t>Завършил/а е VII клас в …………………………………………………………………………………</w:t>
      </w:r>
    </w:p>
    <w:p w14:paraId="75D9F71B" w14:textId="77777777" w:rsidR="00BC4E80" w:rsidRDefault="00BC4E80">
      <w:pPr>
        <w:spacing w:after="80"/>
        <w:jc w:val="both"/>
      </w:pPr>
      <w:r>
        <w:rPr>
          <w:rFonts w:ascii="Times New Roman" w:hAnsi="Times New Roman" w:cs="Times New Roman" w:eastAsia="Times New Roman"/>
          <w:sz w:val="24"/>
        </w:rPr>
        <w:t>Декларирам, че съм запознат/а с Правилника за дейността на училището, с учебния план по избраната специалност и с изискванията на Конвенция STCW и на Изпълнителна агенция „Морска администрация“ към морските специалности.</w:t>
      </w:r>
    </w:p>
    <w:p w14:paraId="45E9B94D" w14:textId="77777777" w:rsidR="00BC4E80" w:rsidRDefault="00BC4E80">
      <w:pPr>
        <w:spacing w:after="80"/>
      </w:pPr>
    </w:p>
    <w:p w14:paraId="3276876E" w14:textId="77777777" w:rsidR="00BC4E80" w:rsidRDefault="00BC4E80">
      <w:pPr>
        <w:spacing w:after="80"/>
        <w:jc w:val="both"/>
      </w:pPr>
      <w:r>
        <w:rPr>
          <w:rFonts w:ascii="Times New Roman" w:hAnsi="Times New Roman" w:cs="Times New Roman" w:eastAsia="Times New Roman"/>
          <w:i/>
          <w:sz w:val="20"/>
        </w:rPr>
        <w:t>Прилагам: свидетелство за завършено основно образование (оригинал); служебна бележка с резултатите от НВО; медицинско свидетелство; копие от акт за раждане.</w:t>
      </w:r>
    </w:p>
    <w:p w14:paraId="0836533E" w14:textId="77777777" w:rsidR="00BC4E80" w:rsidRDefault="00BC4E80">
      <w:pPr>
        <w:spacing w:after="200"/>
      </w:pPr>
    </w:p>
    <w:p w14:paraId="2724218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3028089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23 към Правилника за дейността на училището</w:t>
      </w:r>
    </w:p>
    <w:p w14:paraId="0ADF92E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3C601CF" wp14:editId="6E4031FF">
            <wp:extent cx="6483600" cy="117515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E138B46" w14:textId="77777777" w:rsidR="00BC4E80" w:rsidRDefault="00BC4E80">
      <w:pPr>
        <w:spacing w:after="160"/>
      </w:pPr>
      <w:r>
        <w:rPr>
          <w:rFonts w:ascii="Times New Roman" w:hAnsi="Times New Roman" w:cs="Times New Roman" w:eastAsia="Times New Roman"/>
        </w:rPr>
        <w:t>Вх. № ………………………………………………………… / ………………………………………………… г.</w:t>
      </w:r>
    </w:p>
    <w:p w14:paraId="0ED2D0BA" w14:textId="77777777" w:rsidR="00BC4E80" w:rsidRDefault="00BC4E80">
      <w:r>
        <w:rPr>
          <w:rFonts w:ascii="Times New Roman" w:hAnsi="Times New Roman" w:cs="Times New Roman" w:eastAsia="Times New Roman"/>
          <w:b/>
          <w:sz w:val="24"/>
        </w:rPr>
        <w:t>ДО</w:t>
      </w:r>
    </w:p>
    <w:p w14:paraId="489E304F" w14:textId="77777777" w:rsidR="00BC4E80" w:rsidRDefault="00BC4E80">
      <w:r>
        <w:rPr>
          <w:rFonts w:ascii="Times New Roman" w:hAnsi="Times New Roman" w:cs="Times New Roman" w:eastAsia="Times New Roman"/>
          <w:b/>
          <w:sz w:val="24"/>
        </w:rPr>
        <w:t>ДИРЕКТОРА</w:t>
      </w:r>
    </w:p>
    <w:p w14:paraId="77B01E23" w14:textId="77777777" w:rsidR="00BC4E80" w:rsidRDefault="00BC4E80">
      <w:r>
        <w:rPr>
          <w:rFonts w:ascii="Times New Roman" w:hAnsi="Times New Roman" w:cs="Times New Roman" w:eastAsia="Times New Roman"/>
          <w:b/>
          <w:sz w:val="24"/>
        </w:rPr>
        <w:t>НА ПГМКР „СВЕТИ НИКОЛА“</w:t>
      </w:r>
    </w:p>
    <w:p w14:paraId="3A8123F2" w14:textId="77777777" w:rsidR="00BC4E80" w:rsidRDefault="00BC4E80">
      <w:r>
        <w:rPr>
          <w:rFonts w:ascii="Times New Roman" w:hAnsi="Times New Roman" w:cs="Times New Roman" w:eastAsia="Times New Roman"/>
          <w:b/>
          <w:sz w:val="24"/>
        </w:rPr>
        <w:t>ГР. БУРГАС</w:t>
      </w:r>
    </w:p>
    <w:p w14:paraId="074CBEE1" w14:textId="77777777" w:rsidR="00BC4E80" w:rsidRDefault="00BC4E80">
      <w:pPr>
        <w:spacing w:after="160"/>
      </w:pPr>
    </w:p>
    <w:p w14:paraId="2643678D"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02E84D57" w14:textId="77777777" w:rsidR="00BC4E80" w:rsidRDefault="00BC4E80">
      <w:pPr>
        <w:spacing w:after="80"/>
        <w:jc w:val="center"/>
      </w:pPr>
      <w:r>
        <w:rPr>
          <w:rFonts w:ascii="Times New Roman" w:hAnsi="Times New Roman" w:cs="Times New Roman" w:eastAsia="Times New Roman"/>
          <w:b/>
        </w:rPr>
        <w:t>за записване в задочна форма на обучение</w:t>
      </w:r>
    </w:p>
    <w:p w14:paraId="24EBB02A" w14:textId="77777777" w:rsidR="00BC4E80" w:rsidRDefault="00BC4E80">
      <w:pPr>
        <w:spacing w:after="160"/>
        <w:jc w:val="center"/>
      </w:pPr>
      <w:r>
        <w:rPr>
          <w:rFonts w:ascii="Times New Roman" w:hAnsi="Times New Roman" w:cs="Times New Roman" w:eastAsia="Times New Roman"/>
          <w:i/>
          <w:sz w:val="20"/>
        </w:rPr>
        <w:t>чл. 92 от ПДУ; чл. 111 от ЗПУО</w:t>
      </w:r>
    </w:p>
    <w:p w14:paraId="00D1FF86" w14:textId="77777777" w:rsidR="00BC4E80" w:rsidRDefault="00BC4E80">
      <w:pPr>
        <w:spacing w:after="40"/>
      </w:pPr>
      <w:r>
        <w:rPr>
          <w:rFonts w:ascii="Times New Roman" w:hAnsi="Times New Roman" w:cs="Times New Roman" w:eastAsia="Times New Roman"/>
          <w:sz w:val="24"/>
        </w:rPr>
        <w:t>от …………………………………………………………………………………………………………</w:t>
      </w:r>
    </w:p>
    <w:p w14:paraId="13446E01" w14:textId="77777777" w:rsidR="00BC4E80" w:rsidRDefault="00BC4E80">
      <w:pPr>
        <w:spacing w:after="40"/>
      </w:pPr>
      <w:r>
        <w:rPr>
          <w:rFonts w:ascii="Times New Roman" w:hAnsi="Times New Roman" w:cs="Times New Roman" w:eastAsia="Times New Roman"/>
          <w:sz w:val="24"/>
        </w:rPr>
        <w:t>ЕГН ………………………………, адрес ………………………………………………………………</w:t>
      </w:r>
    </w:p>
    <w:p w14:paraId="433CEA4A" w14:textId="77777777" w:rsidR="00BC4E80" w:rsidRDefault="00BC4E80">
      <w:pPr>
        <w:spacing w:after="40"/>
      </w:pPr>
      <w:r>
        <w:rPr>
          <w:rFonts w:ascii="Times New Roman" w:hAnsi="Times New Roman" w:cs="Times New Roman" w:eastAsia="Times New Roman"/>
          <w:sz w:val="24"/>
        </w:rPr>
        <w:t>телефон ………………………………………, e-mail …………………………………………………</w:t>
      </w:r>
    </w:p>
    <w:p w14:paraId="12F4FAA1" w14:textId="77777777" w:rsidR="00BC4E80" w:rsidRDefault="00BC4E80">
      <w:pPr>
        <w:spacing w:after="80"/>
      </w:pPr>
    </w:p>
    <w:p w14:paraId="5B3FB745"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666C887" w14:textId="77777777" w:rsidR="00BC4E80" w:rsidRDefault="00BC4E80">
      <w:pPr>
        <w:spacing w:after="80"/>
      </w:pPr>
      <w:r>
        <w:rPr>
          <w:rFonts w:ascii="Times New Roman" w:hAnsi="Times New Roman" w:cs="Times New Roman" w:eastAsia="Times New Roman"/>
          <w:sz w:val="24"/>
        </w:rPr>
        <w:t>Моля да бъда записан/а в задочна форма на обучение за учебната 20…………………… / 20…………………… година в …………………… клас, специалност …………………….</w:t>
      </w:r>
    </w:p>
    <w:p w14:paraId="2027C38E" w14:textId="77777777" w:rsidR="00BC4E80" w:rsidRDefault="00BC4E80">
      <w:pPr>
        <w:spacing w:after="80"/>
      </w:pPr>
      <w:r>
        <w:rPr>
          <w:rFonts w:ascii="Times New Roman" w:hAnsi="Times New Roman" w:cs="Times New Roman" w:eastAsia="Times New Roman"/>
          <w:sz w:val="24"/>
        </w:rPr>
        <w:t>Завършен клас и училище: ………………………………………………………………………………</w:t>
      </w:r>
    </w:p>
    <w:p w14:paraId="3085D044" w14:textId="77777777" w:rsidR="00BC4E80" w:rsidRDefault="00BC4E80">
      <w:pPr>
        <w:spacing w:after="80"/>
      </w:pPr>
      <w:r>
        <w:rPr>
          <w:rFonts w:ascii="Times New Roman" w:hAnsi="Times New Roman" w:cs="Times New Roman" w:eastAsia="Times New Roman"/>
          <w:sz w:val="24"/>
        </w:rPr>
        <w:t>Месторабота (ако е приложимо): ………………………………………………………………………</w:t>
      </w:r>
    </w:p>
    <w:p w14:paraId="18938497" w14:textId="77777777" w:rsidR="00BC4E80" w:rsidRDefault="00BC4E80">
      <w:pPr>
        <w:spacing w:after="80"/>
        <w:jc w:val="both"/>
      </w:pPr>
      <w:r>
        <w:rPr>
          <w:rFonts w:ascii="Times New Roman" w:hAnsi="Times New Roman" w:cs="Times New Roman" w:eastAsia="Times New Roman"/>
          <w:sz w:val="24"/>
        </w:rPr>
        <w:t>Запознат/а съм, че:</w:t>
      </w:r>
    </w:p>
    <w:p w14:paraId="6E525E0F" w14:textId="77777777" w:rsidR="00BC4E80" w:rsidRDefault="00BC4E80">
      <w:pPr>
        <w:spacing w:after="80"/>
        <w:jc w:val="both"/>
      </w:pPr>
      <w:r>
        <w:rPr>
          <w:rFonts w:ascii="Times New Roman" w:hAnsi="Times New Roman" w:cs="Times New Roman" w:eastAsia="Times New Roman"/>
          <w:sz w:val="24"/>
        </w:rPr>
        <w:t>1. Обучението се организира в сесии по график, утвърден от директора;</w:t>
      </w:r>
    </w:p>
    <w:p w14:paraId="68EF510B" w14:textId="77777777" w:rsidR="00BC4E80" w:rsidRDefault="00BC4E80">
      <w:pPr>
        <w:spacing w:after="80"/>
        <w:jc w:val="both"/>
      </w:pPr>
      <w:r>
        <w:rPr>
          <w:rFonts w:ascii="Times New Roman" w:hAnsi="Times New Roman" w:cs="Times New Roman" w:eastAsia="Times New Roman"/>
          <w:sz w:val="24"/>
        </w:rPr>
        <w:t>2. За учениците от специалност „Корабни машини и механизми“ в задочна форма медицинското свидетелство и курсът „Основна подготовка по морска безопасност“ по Конвенция STCW са за лична сметка на ученика (чл. 101, ал. 8 от ПДУ);</w:t>
      </w:r>
    </w:p>
    <w:p w14:paraId="40050CE8" w14:textId="77777777" w:rsidR="00BC4E80" w:rsidRDefault="00BC4E80">
      <w:pPr>
        <w:spacing w:after="80"/>
        <w:jc w:val="both"/>
      </w:pPr>
      <w:r>
        <w:rPr>
          <w:rFonts w:ascii="Times New Roman" w:hAnsi="Times New Roman" w:cs="Times New Roman" w:eastAsia="Times New Roman"/>
          <w:sz w:val="24"/>
        </w:rPr>
        <w:t>3. Училището не носи отговорност за плавателния стаж на учениците в задочна форма (чл. 101, ал. 4 от ПДУ).</w:t>
      </w:r>
    </w:p>
    <w:p w14:paraId="1CCCE811" w14:textId="77777777" w:rsidR="00BC4E80" w:rsidRDefault="00BC4E80">
      <w:pPr>
        <w:spacing w:after="80"/>
      </w:pPr>
    </w:p>
    <w:p w14:paraId="7BEF8819" w14:textId="77777777" w:rsidR="00BC4E80" w:rsidRDefault="00BC4E80">
      <w:pPr>
        <w:spacing w:after="80"/>
        <w:jc w:val="both"/>
      </w:pPr>
      <w:r>
        <w:rPr>
          <w:rFonts w:ascii="Times New Roman" w:hAnsi="Times New Roman" w:cs="Times New Roman" w:eastAsia="Times New Roman"/>
          <w:i/>
          <w:sz w:val="20"/>
        </w:rPr>
        <w:t>Прилагам: документ за завършен клас; документи, удостоверяващи основанието за кандидатстване.</w:t>
      </w:r>
    </w:p>
    <w:p w14:paraId="2F452291" w14:textId="77777777" w:rsidR="00BC4E80" w:rsidRDefault="00BC4E80">
      <w:pPr>
        <w:spacing w:after="200"/>
      </w:pPr>
    </w:p>
    <w:p w14:paraId="0A4BD558" w14:textId="77777777" w:rsidR="00BC4E80" w:rsidRDefault="00BC4E80">
      <w:pPr>
        <w:tabs>
          <w:tab w:val="left" w:pos="5386"/>
        </w:tabs>
        <w:spacing w:after="160" w:before="1276"/>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1A443B1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24 към Правилника за дейността на училището</w:t>
      </w:r>
    </w:p>
    <w:p w14:paraId="469B4B4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FCAEEA3" wp14:editId="1731A561">
            <wp:extent cx="6483600" cy="117515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EA2C00C" w14:textId="77777777" w:rsidR="00BC4E80" w:rsidRDefault="00BC4E80">
      <w:pPr>
        <w:spacing w:after="160"/>
      </w:pPr>
      <w:r>
        <w:rPr>
          <w:rFonts w:ascii="Times New Roman" w:hAnsi="Times New Roman" w:cs="Times New Roman" w:eastAsia="Times New Roman"/>
        </w:rPr>
        <w:t>Вх. № ………………………………………………………… / ………………………………………………… г.</w:t>
      </w:r>
    </w:p>
    <w:p w14:paraId="54AE787B" w14:textId="77777777" w:rsidR="00BC4E80" w:rsidRDefault="00BC4E80">
      <w:r>
        <w:rPr>
          <w:rFonts w:ascii="Times New Roman" w:hAnsi="Times New Roman" w:cs="Times New Roman" w:eastAsia="Times New Roman"/>
          <w:b/>
          <w:sz w:val="24"/>
        </w:rPr>
        <w:t>ДО</w:t>
      </w:r>
    </w:p>
    <w:p w14:paraId="4450E4A5" w14:textId="77777777" w:rsidR="00BC4E80" w:rsidRDefault="00BC4E80">
      <w:r>
        <w:rPr>
          <w:rFonts w:ascii="Times New Roman" w:hAnsi="Times New Roman" w:cs="Times New Roman" w:eastAsia="Times New Roman"/>
          <w:b/>
          <w:sz w:val="24"/>
        </w:rPr>
        <w:t>ДИРЕКТОРА</w:t>
      </w:r>
    </w:p>
    <w:p w14:paraId="6E605F3C" w14:textId="77777777" w:rsidR="00BC4E80" w:rsidRDefault="00BC4E80">
      <w:r>
        <w:rPr>
          <w:rFonts w:ascii="Times New Roman" w:hAnsi="Times New Roman" w:cs="Times New Roman" w:eastAsia="Times New Roman"/>
          <w:b/>
          <w:sz w:val="24"/>
        </w:rPr>
        <w:t>НА ПГМКР „СВЕТИ НИКОЛА“</w:t>
      </w:r>
    </w:p>
    <w:p w14:paraId="02328413" w14:textId="77777777" w:rsidR="00BC4E80" w:rsidRDefault="00BC4E80">
      <w:r>
        <w:rPr>
          <w:rFonts w:ascii="Times New Roman" w:hAnsi="Times New Roman" w:cs="Times New Roman" w:eastAsia="Times New Roman"/>
          <w:b/>
          <w:sz w:val="24"/>
        </w:rPr>
        <w:t>ГР. БУРГАС</w:t>
      </w:r>
    </w:p>
    <w:p w14:paraId="6701895E" w14:textId="77777777" w:rsidR="00BC4E80" w:rsidRDefault="00BC4E80">
      <w:pPr>
        <w:spacing w:after="160"/>
      </w:pPr>
    </w:p>
    <w:p w14:paraId="40FFCB65"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302AAFEB" w14:textId="77777777" w:rsidR="00BC4E80" w:rsidRDefault="00BC4E80">
      <w:pPr>
        <w:spacing w:after="80"/>
        <w:jc w:val="center"/>
      </w:pPr>
      <w:r>
        <w:rPr>
          <w:rFonts w:ascii="Times New Roman" w:hAnsi="Times New Roman" w:cs="Times New Roman" w:eastAsia="Times New Roman"/>
          <w:b/>
        </w:rPr>
        <w:t>за промяна на формата на обучение</w:t>
      </w:r>
    </w:p>
    <w:p w14:paraId="70AB961F" w14:textId="77777777" w:rsidR="00BC4E80" w:rsidRDefault="00BC4E80">
      <w:pPr>
        <w:spacing w:after="160"/>
        <w:jc w:val="center"/>
      </w:pPr>
      <w:r>
        <w:rPr>
          <w:rFonts w:ascii="Times New Roman" w:hAnsi="Times New Roman" w:cs="Times New Roman" w:eastAsia="Times New Roman"/>
          <w:i/>
          <w:sz w:val="20"/>
        </w:rPr>
        <w:t>чл. 8 и чл. 84 от ПДУ; чл. 12, ал. 2 от ЗПУО; Наредба № 10 от 01.09.2016 г.</w:t>
      </w:r>
    </w:p>
    <w:p w14:paraId="01AB159B" w14:textId="77777777" w:rsidR="00BC4E80" w:rsidRDefault="00BC4E80">
      <w:pPr>
        <w:spacing w:after="40"/>
      </w:pPr>
      <w:r>
        <w:rPr>
          <w:rFonts w:ascii="Times New Roman" w:hAnsi="Times New Roman" w:cs="Times New Roman" w:eastAsia="Times New Roman"/>
          <w:sz w:val="24"/>
        </w:rPr>
        <w:t>от …………………………………………………………………………………………………………</w:t>
      </w:r>
    </w:p>
    <w:p w14:paraId="1B6895FB" w14:textId="77777777" w:rsidR="00BC4E80" w:rsidRDefault="00BC4E80">
      <w:pPr>
        <w:spacing w:after="40"/>
      </w:pPr>
      <w:r>
        <w:rPr>
          <w:rFonts w:ascii="Times New Roman" w:hAnsi="Times New Roman" w:cs="Times New Roman" w:eastAsia="Times New Roman"/>
          <w:sz w:val="24"/>
        </w:rPr>
        <w:t>/трите имена на родителя/настойника или на ученика/</w:t>
      </w:r>
    </w:p>
    <w:p w14:paraId="164E7A48"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5BB5DA32" w14:textId="77777777" w:rsidR="00BC4E80" w:rsidRDefault="00BC4E80">
      <w:pPr>
        <w:spacing w:after="80"/>
      </w:pPr>
    </w:p>
    <w:p w14:paraId="6A809949" w14:textId="77777777" w:rsidR="00BC4E80" w:rsidRDefault="00BC4E80">
      <w:pPr>
        <w:spacing w:after="120"/>
      </w:pPr>
      <w:r>
        <w:rPr>
          <w:rFonts w:ascii="Times New Roman" w:hAnsi="Times New Roman" w:cs="Times New Roman" w:eastAsia="Times New Roman"/>
          <w:b/>
          <w:sz w:val="24"/>
        </w:rPr>
        <w:t>УВАЖАЕМА ГОСПОЖО ДИРЕКТОР,</w:t>
      </w:r>
    </w:p>
    <w:p w14:paraId="62857FA7" w14:textId="77777777" w:rsidR="00BC4E80" w:rsidRDefault="00BC4E80">
      <w:pPr>
        <w:spacing w:after="80"/>
      </w:pPr>
      <w:r>
        <w:rPr>
          <w:rFonts w:ascii="Times New Roman" w:hAnsi="Times New Roman" w:cs="Times New Roman" w:eastAsia="Times New Roman"/>
          <w:sz w:val="24"/>
        </w:rPr>
        <w:t>Моля формата на обучение на ученика/ученичката ……………………………………………………</w:t>
      </w:r>
    </w:p>
    <w:p w14:paraId="367F065B" w14:textId="77777777" w:rsidR="00BC4E80" w:rsidRDefault="00BC4E80">
      <w:pPr>
        <w:spacing w:after="80"/>
      </w:pPr>
      <w:r>
        <w:rPr>
          <w:rFonts w:ascii="Times New Roman" w:hAnsi="Times New Roman" w:cs="Times New Roman" w:eastAsia="Times New Roman"/>
          <w:sz w:val="24"/>
        </w:rPr>
        <w:t>да бъде променена от …………………………………… в …………………………………… форма,</w:t>
      </w:r>
    </w:p>
    <w:p w14:paraId="42239EFC" w14:textId="77777777" w:rsidR="00BC4E80" w:rsidRDefault="00BC4E80">
      <w:pPr>
        <w:spacing w:after="80"/>
      </w:pPr>
      <w:r>
        <w:rPr>
          <w:rFonts w:ascii="Times New Roman" w:hAnsi="Times New Roman" w:cs="Times New Roman" w:eastAsia="Times New Roman"/>
          <w:sz w:val="24"/>
        </w:rPr>
        <w:t>считано от ……………………………………………………………………………………………… г.</w:t>
      </w:r>
    </w:p>
    <w:p w14:paraId="6B96FFC9" w14:textId="77777777" w:rsidR="00BC4E80" w:rsidRDefault="00BC4E80">
      <w:pPr>
        <w:spacing w:after="80"/>
      </w:pPr>
      <w:r>
        <w:rPr>
          <w:rFonts w:ascii="Times New Roman" w:hAnsi="Times New Roman" w:cs="Times New Roman" w:eastAsia="Times New Roman"/>
          <w:sz w:val="24"/>
        </w:rPr>
        <w:t>Мотиви за промяната: ……………………………………………………………………………………</w:t>
      </w:r>
    </w:p>
    <w:p w14:paraId="1ADFC4D9" w14:textId="77777777" w:rsidR="00BC4E80" w:rsidRDefault="00BC4E80">
      <w:pPr>
        <w:spacing w:after="80"/>
      </w:pPr>
      <w:r>
        <w:rPr>
          <w:rFonts w:ascii="Times New Roman" w:hAnsi="Times New Roman" w:cs="Times New Roman" w:eastAsia="Times New Roman"/>
          <w:sz w:val="24"/>
        </w:rPr>
        <w:t>………………………………………………………………………………………………………………</w:t>
      </w:r>
    </w:p>
    <w:p w14:paraId="158F7201" w14:textId="77777777" w:rsidR="00BC4E80" w:rsidRDefault="00BC4E80">
      <w:pPr>
        <w:spacing w:after="80"/>
        <w:jc w:val="both"/>
      </w:pPr>
      <w:r>
        <w:rPr>
          <w:rFonts w:ascii="Times New Roman" w:hAnsi="Times New Roman" w:cs="Times New Roman" w:eastAsia="Times New Roman"/>
          <w:sz w:val="24"/>
        </w:rPr>
        <w:t>☐ навършени 16 години   ☐ здравословни причини, удостоверени с медицински документ   ☐ по препоръка на екипа за подкрепа   ☐ друго</w:t>
      </w:r>
    </w:p>
    <w:p w14:paraId="3B155A8B" w14:textId="77777777" w:rsidR="00BC4E80" w:rsidRDefault="00BC4E80">
      <w:pPr>
        <w:spacing w:after="80"/>
        <w:jc w:val="both"/>
      </w:pPr>
      <w:r>
        <w:rPr>
          <w:rFonts w:ascii="Times New Roman" w:hAnsi="Times New Roman" w:cs="Times New Roman" w:eastAsia="Times New Roman"/>
          <w:sz w:val="24"/>
        </w:rPr>
        <w:t>Запознат/а съм с условията и реда за обучение в новата форма и с изискванията за полагане на изпити.</w:t>
      </w:r>
    </w:p>
    <w:p w14:paraId="3D3F5998" w14:textId="77777777" w:rsidR="00BC4E80" w:rsidRDefault="00BC4E80">
      <w:pPr>
        <w:spacing w:after="200"/>
      </w:pPr>
    </w:p>
    <w:p w14:paraId="425CE08E" w14:textId="77777777" w:rsidR="00BC4E80" w:rsidRDefault="00BC4E80">
      <w:pPr>
        <w:tabs>
          <w:tab w:val="left" w:pos="5386"/>
        </w:tabs>
        <w:spacing w:after="160" w:before="1968"/>
      </w:pPr>
      <w:r>
        <w:rPr>
          <w:rFonts w:ascii="Times New Roman" w:hAnsi="Times New Roman" w:cs="Times New Roman" w:eastAsia="Times New Roman"/>
          <w:sz w:val="24"/>
        </w:rPr>
        <w:t>Дата: ……………………………………………… г.</w:t>
      </w:r>
      <w:r>
        <w:rPr>
          <w:rFonts w:ascii="Times New Roman" w:hAnsi="Times New Roman" w:cs="Times New Roman" w:eastAsia="Times New Roman"/>
          <w:sz w:val="24"/>
        </w:rPr>
        <w:tab/>
        <w:t>Родител: ………………………………………</w:t>
      </w:r>
    </w:p>
    <w:p w14:paraId="001F743E" w14:textId="77777777" w:rsidR="00BC4E80" w:rsidRDefault="00BC4E80">
      <w:pPr>
        <w:tabs>
          <w:tab w:val="left" w:pos="5386"/>
        </w:tabs>
        <w:spacing w:after="160"/>
      </w:pPr>
      <w:r>
        <w:rPr>
          <w:rFonts w:ascii="Times New Roman" w:hAnsi="Times New Roman" w:cs="Times New Roman" w:eastAsia="Times New Roman"/>
          <w:sz w:val="24"/>
        </w:rPr>
        <w:tab/>
        <w:t>Ученик: …………………………………………</w:t>
      </w:r>
    </w:p>
    <w:p w14:paraId="51BB1B0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25 към Правилника за дейността на училището</w:t>
      </w:r>
    </w:p>
    <w:p w14:paraId="1208D7B4"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66A23C9F" wp14:editId="78FC9D6A">
            <wp:extent cx="6483600" cy="117515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847D56D" w14:textId="77777777" w:rsidR="00BC4E80" w:rsidRDefault="00BC4E80">
      <w:pPr>
        <w:spacing w:after="160"/>
      </w:pPr>
      <w:r>
        <w:rPr>
          <w:rFonts w:ascii="Times New Roman" w:hAnsi="Times New Roman" w:cs="Times New Roman" w:eastAsia="Times New Roman"/>
        </w:rPr>
        <w:t>Вх. № ………………………………………………………… / ………………………………………………… г.</w:t>
      </w:r>
    </w:p>
    <w:p w14:paraId="76D3A9E9" w14:textId="77777777" w:rsidR="00BC4E80" w:rsidRDefault="00BC4E80">
      <w:r>
        <w:rPr>
          <w:rFonts w:ascii="Times New Roman" w:hAnsi="Times New Roman" w:cs="Times New Roman" w:eastAsia="Times New Roman"/>
          <w:b/>
          <w:sz w:val="24"/>
        </w:rPr>
        <w:t>ДО</w:t>
      </w:r>
    </w:p>
    <w:p w14:paraId="312A3E77" w14:textId="77777777" w:rsidR="00BC4E80" w:rsidRDefault="00BC4E80">
      <w:r>
        <w:rPr>
          <w:rFonts w:ascii="Times New Roman" w:hAnsi="Times New Roman" w:cs="Times New Roman" w:eastAsia="Times New Roman"/>
          <w:b/>
          <w:sz w:val="24"/>
        </w:rPr>
        <w:t>ДИРЕКТОРА</w:t>
      </w:r>
    </w:p>
    <w:p w14:paraId="3CAB2795" w14:textId="77777777" w:rsidR="00BC4E80" w:rsidRDefault="00BC4E80">
      <w:r>
        <w:rPr>
          <w:rFonts w:ascii="Times New Roman" w:hAnsi="Times New Roman" w:cs="Times New Roman" w:eastAsia="Times New Roman"/>
          <w:b/>
          <w:sz w:val="24"/>
        </w:rPr>
        <w:t>НА ПГМКР „СВЕТИ НИКОЛА“</w:t>
      </w:r>
    </w:p>
    <w:p w14:paraId="0D1A5C7E" w14:textId="77777777" w:rsidR="00BC4E80" w:rsidRDefault="00BC4E80">
      <w:r>
        <w:rPr>
          <w:rFonts w:ascii="Times New Roman" w:hAnsi="Times New Roman" w:cs="Times New Roman" w:eastAsia="Times New Roman"/>
          <w:b/>
          <w:sz w:val="24"/>
        </w:rPr>
        <w:t>ГР. БУРГАС</w:t>
      </w:r>
    </w:p>
    <w:p w14:paraId="475B0DB0" w14:textId="77777777" w:rsidR="00BC4E80" w:rsidRDefault="00BC4E80">
      <w:pPr>
        <w:spacing w:after="160"/>
      </w:pPr>
    </w:p>
    <w:p w14:paraId="0B28F075"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3C9D71F9" w14:textId="77777777" w:rsidR="00BC4E80" w:rsidRDefault="00BC4E80">
      <w:pPr>
        <w:spacing w:after="80"/>
        <w:jc w:val="center"/>
      </w:pPr>
      <w:r>
        <w:rPr>
          <w:rFonts w:ascii="Times New Roman" w:hAnsi="Times New Roman" w:cs="Times New Roman" w:eastAsia="Times New Roman"/>
          <w:b/>
        </w:rPr>
        <w:t>за преместване на ученик в друго училище</w:t>
      </w:r>
    </w:p>
    <w:p w14:paraId="7F2A4381" w14:textId="77777777" w:rsidR="00BC4E80" w:rsidRDefault="00BC4E80">
      <w:pPr>
        <w:spacing w:after="160"/>
        <w:jc w:val="center"/>
      </w:pPr>
      <w:r>
        <w:rPr>
          <w:rFonts w:ascii="Times New Roman" w:hAnsi="Times New Roman" w:cs="Times New Roman" w:eastAsia="Times New Roman"/>
          <w:i/>
          <w:sz w:val="20"/>
        </w:rPr>
        <w:t>чл. 82 – чл. 85 от ПДУ; Наредба № 10 от 01.09.2016 г.</w:t>
      </w:r>
    </w:p>
    <w:p w14:paraId="136CBB34" w14:textId="77777777" w:rsidR="00BC4E80" w:rsidRDefault="00BC4E80">
      <w:pPr>
        <w:spacing w:after="40"/>
      </w:pPr>
      <w:r>
        <w:rPr>
          <w:rFonts w:ascii="Times New Roman" w:hAnsi="Times New Roman" w:cs="Times New Roman" w:eastAsia="Times New Roman"/>
          <w:sz w:val="24"/>
        </w:rPr>
        <w:t>от …………………………………………………………………………………………………………</w:t>
      </w:r>
    </w:p>
    <w:p w14:paraId="4D567FCC"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0A71A102" w14:textId="77777777" w:rsidR="00BC4E80" w:rsidRDefault="00BC4E80">
      <w:pPr>
        <w:spacing w:after="40"/>
      </w:pPr>
      <w:r>
        <w:rPr>
          <w:rFonts w:ascii="Times New Roman" w:hAnsi="Times New Roman" w:cs="Times New Roman" w:eastAsia="Times New Roman"/>
          <w:sz w:val="24"/>
        </w:rPr>
        <w:t>родител на …………………………………………………………………………………………………</w:t>
      </w:r>
    </w:p>
    <w:p w14:paraId="443A92C8"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161DE052" w14:textId="77777777" w:rsidR="00BC4E80" w:rsidRDefault="00BC4E80">
      <w:pPr>
        <w:spacing w:after="40"/>
      </w:pPr>
      <w:r>
        <w:rPr>
          <w:rFonts w:ascii="Times New Roman" w:hAnsi="Times New Roman" w:cs="Times New Roman" w:eastAsia="Times New Roman"/>
          <w:sz w:val="24"/>
        </w:rPr>
        <w:t>телефон за контакт: ………………………………………………………………………………………</w:t>
      </w:r>
    </w:p>
    <w:p w14:paraId="13335F37" w14:textId="77777777" w:rsidR="00BC4E80" w:rsidRDefault="00BC4E80">
      <w:pPr>
        <w:spacing w:after="80"/>
      </w:pPr>
    </w:p>
    <w:p w14:paraId="34D88803" w14:textId="77777777" w:rsidR="00BC4E80" w:rsidRDefault="00BC4E80">
      <w:pPr>
        <w:spacing w:after="120"/>
      </w:pPr>
      <w:r>
        <w:rPr>
          <w:rFonts w:ascii="Times New Roman" w:hAnsi="Times New Roman" w:cs="Times New Roman" w:eastAsia="Times New Roman"/>
          <w:b/>
          <w:sz w:val="24"/>
        </w:rPr>
        <w:t>УВАЖАЕМА ГОСПОЖО ДИРЕКТОР,</w:t>
      </w:r>
    </w:p>
    <w:p w14:paraId="71E6BC6B" w14:textId="77777777" w:rsidR="00BC4E80" w:rsidRDefault="00BC4E80">
      <w:pPr>
        <w:spacing w:after="80"/>
      </w:pPr>
      <w:r>
        <w:rPr>
          <w:rFonts w:ascii="Times New Roman" w:hAnsi="Times New Roman" w:cs="Times New Roman" w:eastAsia="Times New Roman"/>
          <w:sz w:val="24"/>
        </w:rPr>
        <w:t>Моля да бъде издадено удостоверение за преместване на сина ми / дъщеря ми в ……………………,</w:t>
      </w:r>
    </w:p>
    <w:p w14:paraId="3BD75333" w14:textId="77777777" w:rsidR="00BC4E80" w:rsidRDefault="00BC4E80">
      <w:pPr>
        <w:spacing w:after="80"/>
      </w:pPr>
      <w:r>
        <w:rPr>
          <w:rFonts w:ascii="Times New Roman" w:hAnsi="Times New Roman" w:cs="Times New Roman" w:eastAsia="Times New Roman"/>
          <w:sz w:val="24"/>
        </w:rPr>
        <w:t>гр./с. ………………………………………………………………, считано от ……………………… г.</w:t>
      </w:r>
    </w:p>
    <w:p w14:paraId="4E9FAEF5" w14:textId="77777777" w:rsidR="00BC4E80" w:rsidRDefault="00BC4E80">
      <w:pPr>
        <w:spacing w:after="80"/>
      </w:pPr>
      <w:r>
        <w:rPr>
          <w:rFonts w:ascii="Times New Roman" w:hAnsi="Times New Roman" w:cs="Times New Roman" w:eastAsia="Times New Roman"/>
          <w:sz w:val="24"/>
        </w:rPr>
        <w:t>Причина за преместването: ………………………………………………………………………………</w:t>
      </w:r>
    </w:p>
    <w:p w14:paraId="5F07C844" w14:textId="77777777" w:rsidR="00BC4E80" w:rsidRDefault="00BC4E80">
      <w:pPr>
        <w:spacing w:after="80"/>
        <w:jc w:val="both"/>
      </w:pPr>
      <w:r>
        <w:rPr>
          <w:rFonts w:ascii="Times New Roman" w:hAnsi="Times New Roman" w:cs="Times New Roman" w:eastAsia="Times New Roman"/>
          <w:sz w:val="24"/>
        </w:rPr>
        <w:t>Прилагам служебна бележка от приемащото училище, с която се потвърждава възможността за записване (чл. 82, ал. 1, т. 2 от ПДУ).</w:t>
      </w:r>
    </w:p>
    <w:p w14:paraId="489ABBAF" w14:textId="77777777" w:rsidR="00BC4E80" w:rsidRDefault="00BC4E80">
      <w:pPr>
        <w:spacing w:after="80"/>
        <w:jc w:val="both"/>
      </w:pPr>
      <w:r>
        <w:rPr>
          <w:rFonts w:ascii="Times New Roman" w:hAnsi="Times New Roman" w:cs="Times New Roman" w:eastAsia="Times New Roman"/>
          <w:sz w:val="24"/>
        </w:rPr>
        <w:t>Известно ми е, че до три работни дни от подаване на заявлението директорът предоставя удостоверение за преместване, копие на училищния учебен план и копие на личното образователно дело на ученика.</w:t>
      </w:r>
    </w:p>
    <w:p w14:paraId="731F0063" w14:textId="77777777" w:rsidR="00BC4E80" w:rsidRDefault="00BC4E80">
      <w:pPr>
        <w:spacing w:after="80"/>
      </w:pPr>
    </w:p>
    <w:p w14:paraId="075ED1AD" w14:textId="77777777" w:rsidR="00BC4E80" w:rsidRDefault="00BC4E80">
      <w:pPr>
        <w:spacing w:after="80"/>
        <w:jc w:val="both"/>
      </w:pPr>
      <w:r>
        <w:rPr>
          <w:rFonts w:ascii="Times New Roman" w:hAnsi="Times New Roman" w:cs="Times New Roman" w:eastAsia="Times New Roman"/>
          <w:i/>
          <w:sz w:val="20"/>
        </w:rPr>
        <w:t>Прилагам: служебна бележка от приемащото училище – 1 бр.</w:t>
      </w:r>
    </w:p>
    <w:p w14:paraId="5B9E8920" w14:textId="77777777" w:rsidR="00BC4E80" w:rsidRDefault="00BC4E80">
      <w:pPr>
        <w:spacing w:after="200"/>
      </w:pPr>
    </w:p>
    <w:p w14:paraId="6BFF8210" w14:textId="77777777" w:rsidR="00BC4E80" w:rsidRDefault="00BC4E80">
      <w:pPr>
        <w:tabs>
          <w:tab w:val="left" w:pos="5386"/>
        </w:tabs>
        <w:spacing w:after="160" w:before="1354"/>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442DA02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26 към Правилника за дейността на училището</w:t>
      </w:r>
    </w:p>
    <w:p w14:paraId="25664AF1"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E2FDCCE" wp14:editId="5D367086">
            <wp:extent cx="6483600" cy="117515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055D7AA" w14:textId="77777777" w:rsidR="00BC4E80" w:rsidRDefault="00BC4E80">
      <w:pPr>
        <w:spacing w:after="160"/>
      </w:pPr>
      <w:r>
        <w:rPr>
          <w:rFonts w:ascii="Times New Roman" w:hAnsi="Times New Roman" w:cs="Times New Roman" w:eastAsia="Times New Roman"/>
        </w:rPr>
        <w:t>Вх. № ………………………………………………………… / ………………………………………………… г.</w:t>
      </w:r>
    </w:p>
    <w:p w14:paraId="583F85F9" w14:textId="77777777" w:rsidR="00BC4E80" w:rsidRDefault="00BC4E80">
      <w:r>
        <w:rPr>
          <w:rFonts w:ascii="Times New Roman" w:hAnsi="Times New Roman" w:cs="Times New Roman" w:eastAsia="Times New Roman"/>
          <w:b/>
          <w:sz w:val="24"/>
        </w:rPr>
        <w:t>ДО</w:t>
      </w:r>
    </w:p>
    <w:p w14:paraId="18038CE8" w14:textId="77777777" w:rsidR="00BC4E80" w:rsidRDefault="00BC4E80">
      <w:r>
        <w:rPr>
          <w:rFonts w:ascii="Times New Roman" w:hAnsi="Times New Roman" w:cs="Times New Roman" w:eastAsia="Times New Roman"/>
          <w:b/>
          <w:sz w:val="24"/>
        </w:rPr>
        <w:t>ДИРЕКТОРА</w:t>
      </w:r>
    </w:p>
    <w:p w14:paraId="5B4165E3" w14:textId="77777777" w:rsidR="00BC4E80" w:rsidRDefault="00BC4E80">
      <w:r>
        <w:rPr>
          <w:rFonts w:ascii="Times New Roman" w:hAnsi="Times New Roman" w:cs="Times New Roman" w:eastAsia="Times New Roman"/>
          <w:b/>
          <w:sz w:val="24"/>
        </w:rPr>
        <w:t>НА ПГМКР „СВЕТИ НИКОЛА“</w:t>
      </w:r>
    </w:p>
    <w:p w14:paraId="76EEABD9" w14:textId="77777777" w:rsidR="00BC4E80" w:rsidRDefault="00BC4E80">
      <w:r>
        <w:rPr>
          <w:rFonts w:ascii="Times New Roman" w:hAnsi="Times New Roman" w:cs="Times New Roman" w:eastAsia="Times New Roman"/>
          <w:b/>
          <w:sz w:val="24"/>
        </w:rPr>
        <w:t>ГР. БУРГАС</w:t>
      </w:r>
    </w:p>
    <w:p w14:paraId="3D43A3BC" w14:textId="77777777" w:rsidR="00BC4E80" w:rsidRDefault="00BC4E80">
      <w:pPr>
        <w:spacing w:after="160"/>
      </w:pPr>
    </w:p>
    <w:p w14:paraId="66ED3F88" w14:textId="77777777" w:rsidR="00BC4E80" w:rsidRDefault="00BC4E80">
      <w:pPr>
        <w:spacing w:before="80" w:after="40"/>
        <w:jc w:val="center"/>
      </w:pPr>
      <w:r>
        <w:rPr>
          <w:rFonts w:ascii="Times New Roman" w:hAnsi="Times New Roman" w:cs="Times New Roman" w:eastAsia="Times New Roman"/>
          <w:b/>
          <w:sz w:val="26"/>
        </w:rPr>
        <w:t>Д Е К Л А Р А Ц И Я   З А   И Н Ф О Р М И Р А Н О   С Ъ Г Л А С И Е</w:t>
      </w:r>
    </w:p>
    <w:p w14:paraId="36AB3540" w14:textId="77777777" w:rsidR="00BC4E80" w:rsidRDefault="00BC4E80">
      <w:pPr>
        <w:spacing w:after="80"/>
        <w:jc w:val="center"/>
      </w:pPr>
      <w:r>
        <w:rPr>
          <w:rFonts w:ascii="Times New Roman" w:hAnsi="Times New Roman" w:cs="Times New Roman" w:eastAsia="Times New Roman"/>
          <w:b/>
        </w:rPr>
        <w:t>относно различията в училищния учебен план и приравнителните изпити</w:t>
      </w:r>
    </w:p>
    <w:p w14:paraId="6126A0DB" w14:textId="77777777" w:rsidR="00BC4E80" w:rsidRDefault="00BC4E80">
      <w:pPr>
        <w:spacing w:after="160"/>
        <w:jc w:val="center"/>
      </w:pPr>
      <w:r>
        <w:rPr>
          <w:rFonts w:ascii="Times New Roman" w:hAnsi="Times New Roman" w:cs="Times New Roman" w:eastAsia="Times New Roman"/>
          <w:i/>
          <w:sz w:val="20"/>
        </w:rPr>
        <w:t>чл. 84 и чл. 85 от ПДУ; държавния образователен стандарт за организацията на дейностите в училищното образование</w:t>
      </w:r>
    </w:p>
    <w:p w14:paraId="21F5CBC6" w14:textId="77777777" w:rsidR="00BC4E80" w:rsidRDefault="00BC4E80">
      <w:pPr>
        <w:spacing w:after="40"/>
      </w:pPr>
      <w:r>
        <w:rPr>
          <w:rFonts w:ascii="Times New Roman" w:hAnsi="Times New Roman" w:cs="Times New Roman" w:eastAsia="Times New Roman"/>
          <w:sz w:val="24"/>
        </w:rPr>
        <w:t>от …………………………………………………………………………………………………………</w:t>
      </w:r>
    </w:p>
    <w:p w14:paraId="6D973914"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5D759F69" w14:textId="77777777" w:rsidR="00BC4E80" w:rsidRDefault="00BC4E80">
      <w:pPr>
        <w:spacing w:after="40"/>
      </w:pPr>
      <w:r>
        <w:rPr>
          <w:rFonts w:ascii="Times New Roman" w:hAnsi="Times New Roman" w:cs="Times New Roman" w:eastAsia="Times New Roman"/>
          <w:sz w:val="24"/>
        </w:rPr>
        <w:t>родител на …………………………………………………………………………………………………</w:t>
      </w:r>
    </w:p>
    <w:p w14:paraId="047175C3"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0FBF5B90" w14:textId="77777777" w:rsidR="00BC4E80" w:rsidRDefault="00BC4E80">
      <w:pPr>
        <w:spacing w:after="80"/>
      </w:pPr>
    </w:p>
    <w:p w14:paraId="3B284CC0" w14:textId="77777777" w:rsidR="00BC4E80" w:rsidRDefault="00BC4E80">
      <w:pPr>
        <w:spacing w:after="120"/>
      </w:pPr>
      <w:r>
        <w:rPr>
          <w:rFonts w:ascii="Times New Roman" w:hAnsi="Times New Roman" w:cs="Times New Roman" w:eastAsia="Times New Roman"/>
          <w:b/>
          <w:sz w:val="24"/>
        </w:rPr>
        <w:t>УВАЖАЕМА ГОСПОЖО ДИРЕКТОР,</w:t>
      </w:r>
    </w:p>
    <w:p w14:paraId="14152663" w14:textId="77777777" w:rsidR="00BC4E80" w:rsidRDefault="00BC4E80">
      <w:pPr>
        <w:spacing w:after="80"/>
        <w:jc w:val="both"/>
      </w:pPr>
      <w:r>
        <w:rPr>
          <w:rFonts w:ascii="Times New Roman" w:hAnsi="Times New Roman" w:cs="Times New Roman" w:eastAsia="Times New Roman"/>
          <w:sz w:val="24"/>
        </w:rPr>
        <w:t>Декларирам, че съм запознат/а и приемам:</w:t>
      </w:r>
    </w:p>
    <w:p w14:paraId="0A6E6621" w14:textId="77777777" w:rsidR="00BC4E80" w:rsidRDefault="00BC4E80">
      <w:pPr>
        <w:spacing w:after="80"/>
      </w:pPr>
      <w:r>
        <w:rPr>
          <w:rFonts w:ascii="Times New Roman" w:hAnsi="Times New Roman" w:cs="Times New Roman" w:eastAsia="Times New Roman"/>
          <w:sz w:val="24"/>
        </w:rPr>
        <w:t>1. Различията между училищния учебен план на училището, от което се премества ученикът/ученичката – ……………………, и училищния учебен план на ПГМКР „Свети Никола“ – гр. Бургас по специалност …………………….</w:t>
      </w:r>
    </w:p>
    <w:p w14:paraId="4850C260" w14:textId="77777777" w:rsidR="00BC4E80" w:rsidRDefault="00BC4E80">
      <w:pPr>
        <w:spacing w:after="80"/>
        <w:jc w:val="both"/>
      </w:pPr>
      <w:r>
        <w:rPr>
          <w:rFonts w:ascii="Times New Roman" w:hAnsi="Times New Roman" w:cs="Times New Roman" w:eastAsia="Times New Roman"/>
          <w:sz w:val="24"/>
        </w:rPr>
        <w:t>2. Учебните предмети и модули, по които се налага полагане на приравнителни изпити:</w:t>
      </w:r>
    </w:p>
    <w:p w14:paraId="5D3DB42A" w14:textId="77777777" w:rsidR="00BC4E80" w:rsidRDefault="00BC4E80">
      <w:pPr>
        <w:spacing w:after="80"/>
      </w:pPr>
      <w:r>
        <w:rPr>
          <w:rFonts w:ascii="Times New Roman" w:hAnsi="Times New Roman" w:cs="Times New Roman" w:eastAsia="Times New Roman"/>
          <w:sz w:val="24"/>
        </w:rPr>
        <w:t>………………………………………………………………………………………………………………</w:t>
      </w:r>
    </w:p>
    <w:p w14:paraId="2335A08D" w14:textId="77777777" w:rsidR="00BC4E80" w:rsidRDefault="00BC4E80">
      <w:pPr>
        <w:spacing w:after="80"/>
      </w:pPr>
      <w:r>
        <w:rPr>
          <w:rFonts w:ascii="Times New Roman" w:hAnsi="Times New Roman" w:cs="Times New Roman" w:eastAsia="Times New Roman"/>
          <w:sz w:val="24"/>
        </w:rPr>
        <w:t>………………………………………………………………………………………………………………</w:t>
      </w:r>
    </w:p>
    <w:p w14:paraId="5B5D0D46" w14:textId="77777777" w:rsidR="00BC4E80" w:rsidRDefault="00BC4E80">
      <w:pPr>
        <w:spacing w:after="80"/>
      </w:pPr>
      <w:r>
        <w:rPr>
          <w:rFonts w:ascii="Times New Roman" w:hAnsi="Times New Roman" w:cs="Times New Roman" w:eastAsia="Times New Roman"/>
          <w:sz w:val="24"/>
        </w:rPr>
        <w:t>………………………………………………………………………………………………………………</w:t>
      </w:r>
    </w:p>
    <w:p w14:paraId="1BD31E48" w14:textId="77777777" w:rsidR="00BC4E80" w:rsidRDefault="00BC4E80">
      <w:pPr>
        <w:spacing w:after="80"/>
        <w:jc w:val="both"/>
      </w:pPr>
      <w:r>
        <w:rPr>
          <w:rFonts w:ascii="Times New Roman" w:hAnsi="Times New Roman" w:cs="Times New Roman" w:eastAsia="Times New Roman"/>
          <w:sz w:val="24"/>
        </w:rPr>
        <w:t>3. Оценките от приравнителните изпити са окончателни и се вписват в Удостоверението за първи гимназиален етап и в Дипломата за средно образование.</w:t>
      </w:r>
    </w:p>
    <w:p w14:paraId="0D3D808F" w14:textId="77777777" w:rsidR="00BC4E80" w:rsidRDefault="00BC4E80">
      <w:pPr>
        <w:spacing w:after="80"/>
        <w:jc w:val="both"/>
      </w:pPr>
      <w:r>
        <w:rPr>
          <w:rFonts w:ascii="Times New Roman" w:hAnsi="Times New Roman" w:cs="Times New Roman" w:eastAsia="Times New Roman"/>
          <w:sz w:val="24"/>
        </w:rPr>
        <w:t>4. Сроковете и редът за полагане на приравнителните изпити се определят със заповед на директора.</w:t>
      </w:r>
    </w:p>
    <w:p w14:paraId="0B799D9B" w14:textId="77777777" w:rsidR="00BC4E80" w:rsidRDefault="00BC4E80">
      <w:pPr>
        <w:spacing w:after="80"/>
        <w:jc w:val="both"/>
      </w:pPr>
      <w:r>
        <w:rPr>
          <w:rFonts w:ascii="Times New Roman" w:hAnsi="Times New Roman" w:cs="Times New Roman" w:eastAsia="Times New Roman"/>
          <w:sz w:val="24"/>
        </w:rPr>
        <w:t>Известно ми е, че непровеждането на приравнителните изпити възпрепятства завършването на съответния клас.</w:t>
      </w:r>
    </w:p>
    <w:p w14:paraId="53A00ADD" w14:textId="77777777" w:rsidR="00BC4E80" w:rsidRDefault="00BC4E80">
      <w:pPr>
        <w:spacing w:after="200"/>
      </w:pPr>
    </w:p>
    <w:p w14:paraId="3DCDAC08"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Родител: ………………………………………</w:t>
      </w:r>
    </w:p>
    <w:p w14:paraId="164D9064" w14:textId="77777777" w:rsidR="00BC4E80" w:rsidRDefault="00BC4E80">
      <w:pPr>
        <w:tabs>
          <w:tab w:val="left" w:pos="5386"/>
        </w:tabs>
        <w:spacing w:after="160"/>
      </w:pPr>
      <w:r>
        <w:rPr>
          <w:rFonts w:ascii="Times New Roman" w:hAnsi="Times New Roman" w:cs="Times New Roman" w:eastAsia="Times New Roman"/>
          <w:sz w:val="24"/>
        </w:rPr>
        <w:tab/>
        <w:t>Ученик: …………………………………………</w:t>
      </w:r>
    </w:p>
    <w:p w14:paraId="38A90BDE"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27 към Правилника за дейността на училището</w:t>
      </w:r>
    </w:p>
    <w:p w14:paraId="48391EB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C87AC89" wp14:editId="4BF2ADCE">
            <wp:extent cx="6483600" cy="117515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25B1403" w14:textId="77777777" w:rsidR="00BC4E80" w:rsidRDefault="00BC4E80">
      <w:pPr>
        <w:spacing w:after="160"/>
      </w:pPr>
      <w:r>
        <w:rPr>
          <w:rFonts w:ascii="Times New Roman" w:hAnsi="Times New Roman" w:cs="Times New Roman" w:eastAsia="Times New Roman"/>
        </w:rPr>
        <w:t>Вх. № ………………………………………………………… / ………………………………………………… г.</w:t>
      </w:r>
    </w:p>
    <w:p w14:paraId="0B1B9B46" w14:textId="77777777" w:rsidR="00BC4E80" w:rsidRDefault="00BC4E80">
      <w:r>
        <w:rPr>
          <w:rFonts w:ascii="Times New Roman" w:hAnsi="Times New Roman" w:cs="Times New Roman" w:eastAsia="Times New Roman"/>
          <w:b/>
          <w:sz w:val="24"/>
        </w:rPr>
        <w:t>ДО</w:t>
      </w:r>
    </w:p>
    <w:p w14:paraId="3D207A49" w14:textId="77777777" w:rsidR="00BC4E80" w:rsidRDefault="00BC4E80">
      <w:r>
        <w:rPr>
          <w:rFonts w:ascii="Times New Roman" w:hAnsi="Times New Roman" w:cs="Times New Roman" w:eastAsia="Times New Roman"/>
          <w:b/>
          <w:sz w:val="24"/>
        </w:rPr>
        <w:t>ДИРЕКТОРА</w:t>
      </w:r>
    </w:p>
    <w:p w14:paraId="220022A8" w14:textId="77777777" w:rsidR="00BC4E80" w:rsidRDefault="00BC4E80">
      <w:r>
        <w:rPr>
          <w:rFonts w:ascii="Times New Roman" w:hAnsi="Times New Roman" w:cs="Times New Roman" w:eastAsia="Times New Roman"/>
          <w:b/>
          <w:sz w:val="24"/>
        </w:rPr>
        <w:t>НА ПГМКР „СВЕТИ НИКОЛА“</w:t>
      </w:r>
    </w:p>
    <w:p w14:paraId="7A3E3C3A" w14:textId="77777777" w:rsidR="00BC4E80" w:rsidRDefault="00BC4E80">
      <w:r>
        <w:rPr>
          <w:rFonts w:ascii="Times New Roman" w:hAnsi="Times New Roman" w:cs="Times New Roman" w:eastAsia="Times New Roman"/>
          <w:b/>
          <w:sz w:val="24"/>
        </w:rPr>
        <w:t>ГР. БУРГАС</w:t>
      </w:r>
    </w:p>
    <w:p w14:paraId="40997BED" w14:textId="77777777" w:rsidR="00BC4E80" w:rsidRDefault="00BC4E80">
      <w:pPr>
        <w:spacing w:after="160"/>
      </w:pPr>
    </w:p>
    <w:p w14:paraId="5B33FA81"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741E04AC" w14:textId="77777777" w:rsidR="00BC4E80" w:rsidRDefault="00BC4E80">
      <w:pPr>
        <w:spacing w:after="80"/>
        <w:jc w:val="center"/>
      </w:pPr>
      <w:r>
        <w:rPr>
          <w:rFonts w:ascii="Times New Roman" w:hAnsi="Times New Roman" w:cs="Times New Roman" w:eastAsia="Times New Roman"/>
          <w:b/>
        </w:rPr>
        <w:t>за записване в самостоятелна форма на обучение</w:t>
      </w:r>
    </w:p>
    <w:p w14:paraId="3EA62435" w14:textId="77777777" w:rsidR="00BC4E80" w:rsidRDefault="00BC4E80">
      <w:pPr>
        <w:spacing w:after="160"/>
        <w:jc w:val="center"/>
      </w:pPr>
      <w:r>
        <w:rPr>
          <w:rFonts w:ascii="Times New Roman" w:hAnsi="Times New Roman" w:cs="Times New Roman" w:eastAsia="Times New Roman"/>
          <w:i/>
          <w:sz w:val="20"/>
        </w:rPr>
        <w:t>чл. 88 от ПДУ; чл. 112 от ЗПУО – подава се до 10 септември или до 20 дни преди изпитната сесия</w:t>
      </w:r>
    </w:p>
    <w:p w14:paraId="06C7EA7C" w14:textId="77777777" w:rsidR="00BC4E80" w:rsidRDefault="00BC4E80">
      <w:pPr>
        <w:spacing w:after="40"/>
      </w:pPr>
      <w:r>
        <w:rPr>
          <w:rFonts w:ascii="Times New Roman" w:hAnsi="Times New Roman" w:cs="Times New Roman" w:eastAsia="Times New Roman"/>
          <w:sz w:val="24"/>
        </w:rPr>
        <w:t>от …………………………………………………………………………………………………………</w:t>
      </w:r>
    </w:p>
    <w:p w14:paraId="3E7B59BC" w14:textId="77777777" w:rsidR="00BC4E80" w:rsidRDefault="00BC4E80">
      <w:pPr>
        <w:spacing w:after="40"/>
      </w:pPr>
      <w:r>
        <w:rPr>
          <w:rFonts w:ascii="Times New Roman" w:hAnsi="Times New Roman" w:cs="Times New Roman" w:eastAsia="Times New Roman"/>
          <w:sz w:val="24"/>
        </w:rPr>
        <w:t>/трите имена на ученика или на родителя/</w:t>
      </w:r>
    </w:p>
    <w:p w14:paraId="1D2E4E1A" w14:textId="77777777" w:rsidR="00BC4E80" w:rsidRDefault="00BC4E80">
      <w:pPr>
        <w:spacing w:after="40"/>
      </w:pPr>
      <w:r>
        <w:rPr>
          <w:rFonts w:ascii="Times New Roman" w:hAnsi="Times New Roman" w:cs="Times New Roman" w:eastAsia="Times New Roman"/>
          <w:sz w:val="24"/>
        </w:rPr>
        <w:t>ЕГН ………………………………, адрес ………………………………………………………………</w:t>
      </w:r>
    </w:p>
    <w:p w14:paraId="1476F5E4" w14:textId="77777777" w:rsidR="00BC4E80" w:rsidRDefault="00BC4E80">
      <w:pPr>
        <w:spacing w:after="40"/>
      </w:pPr>
      <w:r>
        <w:rPr>
          <w:rFonts w:ascii="Times New Roman" w:hAnsi="Times New Roman" w:cs="Times New Roman" w:eastAsia="Times New Roman"/>
          <w:sz w:val="24"/>
        </w:rPr>
        <w:t>телефон ……………………………………, e-mail ……………………………………………………</w:t>
      </w:r>
    </w:p>
    <w:p w14:paraId="32C3F961" w14:textId="77777777" w:rsidR="00BC4E80" w:rsidRDefault="00BC4E80">
      <w:pPr>
        <w:spacing w:after="80"/>
      </w:pPr>
    </w:p>
    <w:p w14:paraId="2342D801"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6656911" w14:textId="77777777" w:rsidR="00BC4E80" w:rsidRDefault="00BC4E80">
      <w:pPr>
        <w:spacing w:after="80"/>
      </w:pPr>
      <w:r>
        <w:rPr>
          <w:rFonts w:ascii="Times New Roman" w:hAnsi="Times New Roman" w:cs="Times New Roman" w:eastAsia="Times New Roman"/>
          <w:sz w:val="24"/>
        </w:rPr>
        <w:t>Моля да бъде записан/а в самостоятелна форма на обучение за учебната 20…………………… / 20…………………… година в …………………… клас, специалност ……………………, ученикът/ученичката …………………….</w:t>
      </w:r>
    </w:p>
    <w:p w14:paraId="0B7C8EB1" w14:textId="77777777" w:rsidR="00BC4E80" w:rsidRDefault="00BC4E80">
      <w:pPr>
        <w:spacing w:after="80"/>
        <w:jc w:val="both"/>
      </w:pPr>
      <w:r>
        <w:rPr>
          <w:rFonts w:ascii="Times New Roman" w:hAnsi="Times New Roman" w:cs="Times New Roman" w:eastAsia="Times New Roman"/>
          <w:sz w:val="24"/>
        </w:rPr>
        <w:t>Основание за преминаване в самостоятелна форма:</w:t>
      </w:r>
    </w:p>
    <w:p w14:paraId="447AC3CA" w14:textId="77777777" w:rsidR="00BC4E80" w:rsidRDefault="00BC4E80">
      <w:pPr>
        <w:spacing w:after="80"/>
        <w:jc w:val="both"/>
      </w:pPr>
      <w:r>
        <w:rPr>
          <w:rFonts w:ascii="Times New Roman" w:hAnsi="Times New Roman" w:cs="Times New Roman" w:eastAsia="Times New Roman"/>
          <w:sz w:val="24"/>
        </w:rPr>
        <w:t>☐ по желание на ученика, навършил 16 години;</w:t>
      </w:r>
    </w:p>
    <w:p w14:paraId="34B5EBA8" w14:textId="77777777" w:rsidR="00BC4E80" w:rsidRDefault="00BC4E80">
      <w:pPr>
        <w:spacing w:after="80"/>
        <w:jc w:val="both"/>
      </w:pPr>
      <w:r>
        <w:rPr>
          <w:rFonts w:ascii="Times New Roman" w:hAnsi="Times New Roman" w:cs="Times New Roman" w:eastAsia="Times New Roman"/>
          <w:sz w:val="24"/>
        </w:rPr>
        <w:t>☐ по здравословни причини, удостоверени с медицински документ от компетентен орган;</w:t>
      </w:r>
    </w:p>
    <w:p w14:paraId="421E6C9D" w14:textId="77777777" w:rsidR="00BC4E80" w:rsidRDefault="00BC4E80">
      <w:pPr>
        <w:spacing w:after="80"/>
      </w:pPr>
      <w:r>
        <w:rPr>
          <w:rFonts w:ascii="Times New Roman" w:hAnsi="Times New Roman" w:cs="Times New Roman" w:eastAsia="Times New Roman"/>
          <w:sz w:val="24"/>
        </w:rPr>
        <w:t>☐ друго: ……………………………………………………………………………………………………</w:t>
      </w:r>
    </w:p>
    <w:p w14:paraId="2439A20C" w14:textId="77777777" w:rsidR="00BC4E80" w:rsidRDefault="00BC4E80">
      <w:pPr>
        <w:spacing w:after="80"/>
        <w:jc w:val="both"/>
      </w:pPr>
      <w:r>
        <w:rPr>
          <w:rFonts w:ascii="Times New Roman" w:hAnsi="Times New Roman" w:cs="Times New Roman" w:eastAsia="Times New Roman"/>
          <w:sz w:val="24"/>
        </w:rPr>
        <w:t>Запознат/а съм, че при самостоятелна форма се прилага училищният учебен план за дневна форма за съответната специалност и че за явяване на изпит се подава отделно заявление до две седмици преди началото на всяка изпитна сесия.</w:t>
      </w:r>
    </w:p>
    <w:p w14:paraId="520A661F" w14:textId="77777777" w:rsidR="00BC4E80" w:rsidRDefault="00BC4E80">
      <w:pPr>
        <w:spacing w:after="80"/>
        <w:jc w:val="both"/>
      </w:pPr>
      <w:r>
        <w:rPr>
          <w:rFonts w:ascii="Times New Roman" w:hAnsi="Times New Roman" w:cs="Times New Roman" w:eastAsia="Times New Roman"/>
          <w:sz w:val="24"/>
        </w:rPr>
        <w:t>Запознат/а съм, че ученик в самостоятелна форма, който не се яви на изпити в три поредни сесии, се отписва от училището (чл. 25, ал. 2, т. 3 от ПДУ).</w:t>
      </w:r>
    </w:p>
    <w:p w14:paraId="73FCA334" w14:textId="77777777" w:rsidR="00BC4E80" w:rsidRDefault="00BC4E80">
      <w:pPr>
        <w:spacing w:after="80"/>
      </w:pPr>
    </w:p>
    <w:p w14:paraId="3E0DE9F7" w14:textId="77777777" w:rsidR="00BC4E80" w:rsidRDefault="00BC4E80">
      <w:pPr>
        <w:spacing w:after="80"/>
        <w:jc w:val="both"/>
      </w:pPr>
      <w:r>
        <w:rPr>
          <w:rFonts w:ascii="Times New Roman" w:hAnsi="Times New Roman" w:cs="Times New Roman" w:eastAsia="Times New Roman"/>
          <w:i/>
          <w:sz w:val="20"/>
        </w:rPr>
        <w:t>Прилагам: копие от документ за завършен клас; медицински документ (при необходимост).</w:t>
      </w:r>
    </w:p>
    <w:p w14:paraId="36D58E1C" w14:textId="77777777" w:rsidR="00BC4E80" w:rsidRDefault="00BC4E80">
      <w:pPr>
        <w:spacing w:after="200"/>
      </w:pPr>
    </w:p>
    <w:p w14:paraId="39B998CC"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20278EAC"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28 към Правилника за дейността на училището</w:t>
      </w:r>
    </w:p>
    <w:p w14:paraId="289917A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8028DDB" wp14:editId="5508D21D">
            <wp:extent cx="6483600" cy="11751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42E34B9" w14:textId="77777777" w:rsidR="00BC4E80" w:rsidRDefault="00BC4E80">
      <w:pPr>
        <w:spacing w:after="160"/>
      </w:pPr>
      <w:r>
        <w:rPr>
          <w:rFonts w:ascii="Times New Roman" w:hAnsi="Times New Roman" w:cs="Times New Roman" w:eastAsia="Times New Roman"/>
        </w:rPr>
        <w:t>Вх. № ………………………………………………………… / ………………………………………………… г.</w:t>
      </w:r>
    </w:p>
    <w:p w14:paraId="4BA94DC3" w14:textId="77777777" w:rsidR="00BC4E80" w:rsidRDefault="00BC4E80">
      <w:r>
        <w:rPr>
          <w:rFonts w:ascii="Times New Roman" w:hAnsi="Times New Roman" w:cs="Times New Roman" w:eastAsia="Times New Roman"/>
          <w:b/>
          <w:sz w:val="24"/>
        </w:rPr>
        <w:t>ДО</w:t>
      </w:r>
    </w:p>
    <w:p w14:paraId="3919004A" w14:textId="77777777" w:rsidR="00BC4E80" w:rsidRDefault="00BC4E80">
      <w:r>
        <w:rPr>
          <w:rFonts w:ascii="Times New Roman" w:hAnsi="Times New Roman" w:cs="Times New Roman" w:eastAsia="Times New Roman"/>
          <w:b/>
          <w:sz w:val="24"/>
        </w:rPr>
        <w:t>ДИРЕКТОРА</w:t>
      </w:r>
    </w:p>
    <w:p w14:paraId="0F2CF78B" w14:textId="77777777" w:rsidR="00BC4E80" w:rsidRDefault="00BC4E80">
      <w:r>
        <w:rPr>
          <w:rFonts w:ascii="Times New Roman" w:hAnsi="Times New Roman" w:cs="Times New Roman" w:eastAsia="Times New Roman"/>
          <w:b/>
          <w:sz w:val="24"/>
        </w:rPr>
        <w:t>НА ПГМКР „СВЕТИ НИКОЛА“</w:t>
      </w:r>
    </w:p>
    <w:p w14:paraId="4B214F1C" w14:textId="77777777" w:rsidR="00BC4E80" w:rsidRDefault="00BC4E80">
      <w:r>
        <w:rPr>
          <w:rFonts w:ascii="Times New Roman" w:hAnsi="Times New Roman" w:cs="Times New Roman" w:eastAsia="Times New Roman"/>
          <w:b/>
          <w:sz w:val="24"/>
        </w:rPr>
        <w:t>ГР. БУРГАС</w:t>
      </w:r>
    </w:p>
    <w:p w14:paraId="57E4C72D" w14:textId="77777777" w:rsidR="00BC4E80" w:rsidRDefault="00BC4E80">
      <w:pPr>
        <w:spacing w:after="160"/>
      </w:pPr>
    </w:p>
    <w:p w14:paraId="7EB9F9A9"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3FABD350" w14:textId="77777777" w:rsidR="00BC4E80" w:rsidRDefault="00BC4E80">
      <w:pPr>
        <w:spacing w:after="80"/>
        <w:jc w:val="center"/>
      </w:pPr>
      <w:r>
        <w:rPr>
          <w:rFonts w:ascii="Times New Roman" w:hAnsi="Times New Roman" w:cs="Times New Roman" w:eastAsia="Times New Roman"/>
          <w:b/>
        </w:rPr>
        <w:t>за явяване на изпити в изпитна сесия</w:t>
      </w:r>
    </w:p>
    <w:p w14:paraId="3DD674E9" w14:textId="77777777" w:rsidR="00BC4E80" w:rsidRDefault="00BC4E80">
      <w:pPr>
        <w:spacing w:after="160"/>
        <w:jc w:val="center"/>
      </w:pPr>
      <w:r>
        <w:rPr>
          <w:rFonts w:ascii="Times New Roman" w:hAnsi="Times New Roman" w:cs="Times New Roman" w:eastAsia="Times New Roman"/>
          <w:i/>
          <w:sz w:val="20"/>
        </w:rPr>
        <w:t>чл. 88 и чл. 89 от ПДУ – подава се до две седмици преди началото на сесията</w:t>
      </w:r>
    </w:p>
    <w:p w14:paraId="674FE81B" w14:textId="77777777" w:rsidR="00BC4E80" w:rsidRDefault="00BC4E80">
      <w:pPr>
        <w:spacing w:after="40"/>
      </w:pPr>
      <w:r>
        <w:rPr>
          <w:rFonts w:ascii="Times New Roman" w:hAnsi="Times New Roman" w:cs="Times New Roman" w:eastAsia="Times New Roman"/>
          <w:sz w:val="24"/>
        </w:rPr>
        <w:t>от …………………………………………………………………………………………………………</w:t>
      </w:r>
    </w:p>
    <w:p w14:paraId="7F884F5D" w14:textId="77777777" w:rsidR="00BC4E80" w:rsidRDefault="00BC4E80">
      <w:pPr>
        <w:spacing w:after="40"/>
      </w:pPr>
      <w:r>
        <w:rPr>
          <w:rFonts w:ascii="Times New Roman" w:hAnsi="Times New Roman" w:cs="Times New Roman" w:eastAsia="Times New Roman"/>
          <w:sz w:val="24"/>
        </w:rPr>
        <w:t>ученик/ученичка в самостоятелна / задочна форма на обучение</w:t>
      </w:r>
    </w:p>
    <w:p w14:paraId="2B5990C8" w14:textId="77777777" w:rsidR="00BC4E80" w:rsidRDefault="00BC4E80">
      <w:pPr>
        <w:spacing w:after="40"/>
      </w:pPr>
      <w:r>
        <w:rPr>
          <w:rFonts w:ascii="Times New Roman" w:hAnsi="Times New Roman" w:cs="Times New Roman" w:eastAsia="Times New Roman"/>
          <w:sz w:val="24"/>
        </w:rPr>
        <w:t>в ………………… клас, специалност ……………………………………………………………………</w:t>
      </w:r>
    </w:p>
    <w:p w14:paraId="26141503" w14:textId="77777777" w:rsidR="00BC4E80" w:rsidRDefault="00BC4E80">
      <w:pPr>
        <w:spacing w:after="40"/>
      </w:pPr>
      <w:r>
        <w:rPr>
          <w:rFonts w:ascii="Times New Roman" w:hAnsi="Times New Roman" w:cs="Times New Roman" w:eastAsia="Times New Roman"/>
          <w:sz w:val="24"/>
        </w:rPr>
        <w:t>телефон ……………………………………………………………………………………………………</w:t>
      </w:r>
    </w:p>
    <w:p w14:paraId="6B76CB16" w14:textId="77777777" w:rsidR="00BC4E80" w:rsidRDefault="00BC4E80">
      <w:pPr>
        <w:spacing w:after="80"/>
      </w:pPr>
    </w:p>
    <w:p w14:paraId="4759F145" w14:textId="77777777" w:rsidR="00BC4E80" w:rsidRDefault="00BC4E80">
      <w:pPr>
        <w:spacing w:after="120"/>
      </w:pPr>
      <w:r>
        <w:rPr>
          <w:rFonts w:ascii="Times New Roman" w:hAnsi="Times New Roman" w:cs="Times New Roman" w:eastAsia="Times New Roman"/>
          <w:b/>
          <w:sz w:val="24"/>
        </w:rPr>
        <w:t>УВАЖАЕМА ГОСПОЖО ДИРЕКТОР,</w:t>
      </w:r>
    </w:p>
    <w:p w14:paraId="6089BBA8" w14:textId="77777777" w:rsidR="00BC4E80" w:rsidRDefault="00BC4E80">
      <w:pPr>
        <w:spacing w:after="80"/>
      </w:pPr>
      <w:r>
        <w:rPr>
          <w:rFonts w:ascii="Times New Roman" w:hAnsi="Times New Roman" w:cs="Times New Roman" w:eastAsia="Times New Roman"/>
          <w:sz w:val="24"/>
        </w:rPr>
        <w:t>Моля да бъда допуснат/а до изпити в …………………… изпитна сесия (редовна / поправителна) на учебната 20…………………… / 20…………………… година по следните учебни предмети и модули:</w:t>
      </w:r>
    </w:p>
    <w:p w14:paraId="1EF102D6" w14:textId="77777777" w:rsidR="00BC4E80" w:rsidRDefault="00BC4E80">
      <w:pPr>
        <w:spacing w:after="200"/>
      </w:pPr>
    </w:p>
    <w:tbl>
      <w:tblPr>
        <w:tblStyle w:val="aff9"/>
        <w:tblW w:w="0" w:type="auto"/>
        <w:tblLook w:val="04A0" w:firstRow="1" w:lastRow="0" w:firstColumn="1" w:lastColumn="0" w:noHBand="0" w:noVBand="1"/>
      </w:tblPr>
      <w:tblGrid>
        <w:gridCol w:w="679"/>
        <w:gridCol w:w="5097"/>
        <w:gridCol w:w="3003"/>
        <w:gridCol w:w="1416"/>
      </w:tblGrid>
      <w:tr w:rsidR="00BC4E80" w14:paraId="20AC8F45" w14:textId="77777777">
        <w:tc>
          <w:tcPr>
            <w:tcW w:w="680" w:type="dxa"/>
          </w:tcPr>
          <w:p w14:paraId="1F068750" w14:textId="77777777" w:rsidR="00BC4E80" w:rsidRDefault="00BC4E80">
            <w:pPr>
              <w:jc w:val="center"/>
            </w:pPr>
            <w:r>
              <w:rPr>
                <w:rFonts w:ascii="Times New Roman" w:hAnsi="Times New Roman" w:cs="Times New Roman" w:eastAsia="Times New Roman"/>
                <w:b/>
                <w:sz w:val="20"/>
              </w:rPr>
              <w:t>№</w:t>
            </w:r>
          </w:p>
        </w:tc>
        <w:tc>
          <w:tcPr>
            <w:tcW w:w="5102" w:type="dxa"/>
          </w:tcPr>
          <w:p w14:paraId="5881CB0C" w14:textId="77777777" w:rsidR="00BC4E80" w:rsidRDefault="00BC4E80">
            <w:pPr>
              <w:jc w:val="center"/>
            </w:pPr>
            <w:r>
              <w:rPr>
                <w:rFonts w:ascii="Times New Roman" w:hAnsi="Times New Roman" w:cs="Times New Roman" w:eastAsia="Times New Roman"/>
                <w:b/>
                <w:sz w:val="20"/>
              </w:rPr>
              <w:t>Учебен предмет / модул</w:t>
            </w:r>
          </w:p>
        </w:tc>
        <w:tc>
          <w:tcPr>
            <w:tcW w:w="3005" w:type="dxa"/>
          </w:tcPr>
          <w:p w14:paraId="0657740A" w14:textId="77777777" w:rsidR="00BC4E80" w:rsidRDefault="00BC4E80">
            <w:pPr>
              <w:jc w:val="center"/>
            </w:pPr>
            <w:r>
              <w:rPr>
                <w:rFonts w:ascii="Times New Roman" w:hAnsi="Times New Roman" w:cs="Times New Roman" w:eastAsia="Times New Roman"/>
                <w:b/>
                <w:sz w:val="20"/>
              </w:rPr>
              <w:t>Вид подготовка</w:t>
            </w:r>
          </w:p>
        </w:tc>
        <w:tc>
          <w:tcPr>
            <w:tcW w:w="1417" w:type="dxa"/>
          </w:tcPr>
          <w:p w14:paraId="640B4D97" w14:textId="77777777" w:rsidR="00BC4E80" w:rsidRDefault="00BC4E80">
            <w:pPr>
              <w:jc w:val="center"/>
            </w:pPr>
            <w:r>
              <w:rPr>
                <w:rFonts w:ascii="Times New Roman" w:hAnsi="Times New Roman" w:cs="Times New Roman" w:eastAsia="Times New Roman"/>
                <w:b/>
                <w:sz w:val="20"/>
              </w:rPr>
              <w:t>Клас</w:t>
            </w:r>
          </w:p>
        </w:tc>
      </w:tr>
      <w:tr w:rsidR="00BC4E80" w14:paraId="29F5F65E" w14:textId="77777777">
        <w:tc>
          <w:tcPr>
            <w:tcW w:w="680" w:type="dxa"/>
          </w:tcPr>
          <w:p w14:paraId="170115BF" w14:textId="77777777" w:rsidR="00BC4E80" w:rsidRDefault="00BC4E80">
            <w:pPr>
              <w:spacing w:after="60"/>
            </w:pPr>
          </w:p>
        </w:tc>
        <w:tc>
          <w:tcPr>
            <w:tcW w:w="5102" w:type="dxa"/>
          </w:tcPr>
          <w:p w14:paraId="1FAC0566" w14:textId="77777777" w:rsidR="00BC4E80" w:rsidRDefault="00BC4E80">
            <w:pPr>
              <w:spacing w:after="60"/>
            </w:pPr>
          </w:p>
        </w:tc>
        <w:tc>
          <w:tcPr>
            <w:tcW w:w="3005" w:type="dxa"/>
          </w:tcPr>
          <w:p w14:paraId="2557D8B2" w14:textId="77777777" w:rsidR="00BC4E80" w:rsidRDefault="00BC4E80">
            <w:pPr>
              <w:spacing w:after="60"/>
            </w:pPr>
          </w:p>
        </w:tc>
        <w:tc>
          <w:tcPr>
            <w:tcW w:w="1417" w:type="dxa"/>
          </w:tcPr>
          <w:p w14:paraId="3620F8CF" w14:textId="77777777" w:rsidR="00BC4E80" w:rsidRDefault="00BC4E80">
            <w:pPr>
              <w:spacing w:after="60"/>
            </w:pPr>
          </w:p>
        </w:tc>
      </w:tr>
      <w:tr w:rsidR="00BC4E80" w14:paraId="3EB0B292" w14:textId="77777777">
        <w:tc>
          <w:tcPr>
            <w:tcW w:w="680" w:type="dxa"/>
          </w:tcPr>
          <w:p w14:paraId="5BF92D78" w14:textId="77777777" w:rsidR="00BC4E80" w:rsidRDefault="00BC4E80">
            <w:pPr>
              <w:spacing w:after="60"/>
            </w:pPr>
          </w:p>
        </w:tc>
        <w:tc>
          <w:tcPr>
            <w:tcW w:w="5102" w:type="dxa"/>
          </w:tcPr>
          <w:p w14:paraId="01522CB7" w14:textId="77777777" w:rsidR="00BC4E80" w:rsidRDefault="00BC4E80">
            <w:pPr>
              <w:spacing w:after="60"/>
            </w:pPr>
          </w:p>
        </w:tc>
        <w:tc>
          <w:tcPr>
            <w:tcW w:w="3005" w:type="dxa"/>
          </w:tcPr>
          <w:p w14:paraId="488A0CF8" w14:textId="77777777" w:rsidR="00BC4E80" w:rsidRDefault="00BC4E80">
            <w:pPr>
              <w:spacing w:after="60"/>
            </w:pPr>
          </w:p>
        </w:tc>
        <w:tc>
          <w:tcPr>
            <w:tcW w:w="1417" w:type="dxa"/>
          </w:tcPr>
          <w:p w14:paraId="7320718A" w14:textId="77777777" w:rsidR="00BC4E80" w:rsidRDefault="00BC4E80">
            <w:pPr>
              <w:spacing w:after="60"/>
            </w:pPr>
          </w:p>
        </w:tc>
      </w:tr>
      <w:tr w:rsidR="00BC4E80" w14:paraId="5185A64E" w14:textId="77777777">
        <w:tc>
          <w:tcPr>
            <w:tcW w:w="680" w:type="dxa"/>
          </w:tcPr>
          <w:p w14:paraId="1BBF5333" w14:textId="77777777" w:rsidR="00BC4E80" w:rsidRDefault="00BC4E80">
            <w:pPr>
              <w:spacing w:after="60"/>
            </w:pPr>
          </w:p>
        </w:tc>
        <w:tc>
          <w:tcPr>
            <w:tcW w:w="5102" w:type="dxa"/>
          </w:tcPr>
          <w:p w14:paraId="15E77BEF" w14:textId="77777777" w:rsidR="00BC4E80" w:rsidRDefault="00BC4E80">
            <w:pPr>
              <w:spacing w:after="60"/>
            </w:pPr>
          </w:p>
        </w:tc>
        <w:tc>
          <w:tcPr>
            <w:tcW w:w="3005" w:type="dxa"/>
          </w:tcPr>
          <w:p w14:paraId="6C8A4056" w14:textId="77777777" w:rsidR="00BC4E80" w:rsidRDefault="00BC4E80">
            <w:pPr>
              <w:spacing w:after="60"/>
            </w:pPr>
          </w:p>
        </w:tc>
        <w:tc>
          <w:tcPr>
            <w:tcW w:w="1417" w:type="dxa"/>
          </w:tcPr>
          <w:p w14:paraId="0ED30C25" w14:textId="77777777" w:rsidR="00BC4E80" w:rsidRDefault="00BC4E80">
            <w:pPr>
              <w:spacing w:after="60"/>
            </w:pPr>
          </w:p>
        </w:tc>
      </w:tr>
      <w:tr w:rsidR="00BC4E80" w14:paraId="6742AE6A" w14:textId="77777777">
        <w:tc>
          <w:tcPr>
            <w:tcW w:w="680" w:type="dxa"/>
          </w:tcPr>
          <w:p w14:paraId="0F49E764" w14:textId="77777777" w:rsidR="00BC4E80" w:rsidRDefault="00BC4E80">
            <w:pPr>
              <w:spacing w:after="60"/>
            </w:pPr>
          </w:p>
        </w:tc>
        <w:tc>
          <w:tcPr>
            <w:tcW w:w="5102" w:type="dxa"/>
          </w:tcPr>
          <w:p w14:paraId="213E8DC5" w14:textId="77777777" w:rsidR="00BC4E80" w:rsidRDefault="00BC4E80">
            <w:pPr>
              <w:spacing w:after="60"/>
            </w:pPr>
          </w:p>
        </w:tc>
        <w:tc>
          <w:tcPr>
            <w:tcW w:w="3005" w:type="dxa"/>
          </w:tcPr>
          <w:p w14:paraId="77D17902" w14:textId="77777777" w:rsidR="00BC4E80" w:rsidRDefault="00BC4E80">
            <w:pPr>
              <w:spacing w:after="60"/>
            </w:pPr>
          </w:p>
        </w:tc>
        <w:tc>
          <w:tcPr>
            <w:tcW w:w="1417" w:type="dxa"/>
          </w:tcPr>
          <w:p w14:paraId="3A1C35A4" w14:textId="77777777" w:rsidR="00BC4E80" w:rsidRDefault="00BC4E80">
            <w:pPr>
              <w:spacing w:after="60"/>
            </w:pPr>
          </w:p>
        </w:tc>
      </w:tr>
      <w:tr w:rsidR="00BC4E80" w14:paraId="25E80211" w14:textId="77777777">
        <w:tc>
          <w:tcPr>
            <w:tcW w:w="680" w:type="dxa"/>
          </w:tcPr>
          <w:p w14:paraId="042A108C" w14:textId="77777777" w:rsidR="00BC4E80" w:rsidRDefault="00BC4E80">
            <w:pPr>
              <w:spacing w:after="60"/>
            </w:pPr>
          </w:p>
        </w:tc>
        <w:tc>
          <w:tcPr>
            <w:tcW w:w="5102" w:type="dxa"/>
          </w:tcPr>
          <w:p w14:paraId="5CC97DE2" w14:textId="77777777" w:rsidR="00BC4E80" w:rsidRDefault="00BC4E80">
            <w:pPr>
              <w:spacing w:after="60"/>
            </w:pPr>
          </w:p>
        </w:tc>
        <w:tc>
          <w:tcPr>
            <w:tcW w:w="3005" w:type="dxa"/>
          </w:tcPr>
          <w:p w14:paraId="38EF3BB1" w14:textId="77777777" w:rsidR="00BC4E80" w:rsidRDefault="00BC4E80">
            <w:pPr>
              <w:spacing w:after="60"/>
            </w:pPr>
          </w:p>
        </w:tc>
        <w:tc>
          <w:tcPr>
            <w:tcW w:w="1417" w:type="dxa"/>
          </w:tcPr>
          <w:p w14:paraId="4CD1C10E" w14:textId="77777777" w:rsidR="00BC4E80" w:rsidRDefault="00BC4E80">
            <w:pPr>
              <w:spacing w:after="60"/>
            </w:pPr>
          </w:p>
        </w:tc>
      </w:tr>
      <w:tr w:rsidR="00BC4E80" w14:paraId="0F1465BA" w14:textId="77777777">
        <w:tc>
          <w:tcPr>
            <w:tcW w:w="680" w:type="dxa"/>
          </w:tcPr>
          <w:p w14:paraId="50A400B2" w14:textId="77777777" w:rsidR="00BC4E80" w:rsidRDefault="00BC4E80">
            <w:pPr>
              <w:spacing w:after="60"/>
            </w:pPr>
          </w:p>
        </w:tc>
        <w:tc>
          <w:tcPr>
            <w:tcW w:w="5102" w:type="dxa"/>
          </w:tcPr>
          <w:p w14:paraId="3EBB812F" w14:textId="77777777" w:rsidR="00BC4E80" w:rsidRDefault="00BC4E80">
            <w:pPr>
              <w:spacing w:after="60"/>
            </w:pPr>
          </w:p>
        </w:tc>
        <w:tc>
          <w:tcPr>
            <w:tcW w:w="3005" w:type="dxa"/>
          </w:tcPr>
          <w:p w14:paraId="3A57BDB8" w14:textId="77777777" w:rsidR="00BC4E80" w:rsidRDefault="00BC4E80">
            <w:pPr>
              <w:spacing w:after="60"/>
            </w:pPr>
          </w:p>
        </w:tc>
        <w:tc>
          <w:tcPr>
            <w:tcW w:w="1417" w:type="dxa"/>
          </w:tcPr>
          <w:p w14:paraId="531606EC" w14:textId="77777777" w:rsidR="00BC4E80" w:rsidRDefault="00BC4E80">
            <w:pPr>
              <w:spacing w:after="60"/>
            </w:pPr>
          </w:p>
        </w:tc>
      </w:tr>
      <w:tr w:rsidR="00BC4E80" w14:paraId="3B8C77E8" w14:textId="77777777">
        <w:tc>
          <w:tcPr>
            <w:tcW w:w="680" w:type="dxa"/>
          </w:tcPr>
          <w:p w14:paraId="1C8F49D1" w14:textId="77777777" w:rsidR="00BC4E80" w:rsidRDefault="00BC4E80">
            <w:pPr>
              <w:spacing w:after="60"/>
            </w:pPr>
          </w:p>
        </w:tc>
        <w:tc>
          <w:tcPr>
            <w:tcW w:w="5102" w:type="dxa"/>
          </w:tcPr>
          <w:p w14:paraId="400FA813" w14:textId="77777777" w:rsidR="00BC4E80" w:rsidRDefault="00BC4E80">
            <w:pPr>
              <w:spacing w:after="60"/>
            </w:pPr>
          </w:p>
        </w:tc>
        <w:tc>
          <w:tcPr>
            <w:tcW w:w="3005" w:type="dxa"/>
          </w:tcPr>
          <w:p w14:paraId="33AFAFE1" w14:textId="77777777" w:rsidR="00BC4E80" w:rsidRDefault="00BC4E80">
            <w:pPr>
              <w:spacing w:after="60"/>
            </w:pPr>
          </w:p>
        </w:tc>
        <w:tc>
          <w:tcPr>
            <w:tcW w:w="1417" w:type="dxa"/>
          </w:tcPr>
          <w:p w14:paraId="75FB0F72" w14:textId="77777777" w:rsidR="00BC4E80" w:rsidRDefault="00BC4E80">
            <w:pPr>
              <w:spacing w:after="60"/>
            </w:pPr>
          </w:p>
        </w:tc>
      </w:tr>
      <w:tr w:rsidR="00BC4E80" w14:paraId="1B1A2F25" w14:textId="77777777">
        <w:tc>
          <w:tcPr>
            <w:tcW w:w="680" w:type="dxa"/>
          </w:tcPr>
          <w:p w14:paraId="16E0E3EA" w14:textId="77777777" w:rsidR="00BC4E80" w:rsidRDefault="00BC4E80">
            <w:pPr>
              <w:spacing w:after="60"/>
            </w:pPr>
          </w:p>
        </w:tc>
        <w:tc>
          <w:tcPr>
            <w:tcW w:w="5102" w:type="dxa"/>
          </w:tcPr>
          <w:p w14:paraId="4C94394F" w14:textId="77777777" w:rsidR="00BC4E80" w:rsidRDefault="00BC4E80">
            <w:pPr>
              <w:spacing w:after="60"/>
            </w:pPr>
          </w:p>
        </w:tc>
        <w:tc>
          <w:tcPr>
            <w:tcW w:w="3005" w:type="dxa"/>
          </w:tcPr>
          <w:p w14:paraId="6D677977" w14:textId="77777777" w:rsidR="00BC4E80" w:rsidRDefault="00BC4E80">
            <w:pPr>
              <w:spacing w:after="60"/>
            </w:pPr>
          </w:p>
        </w:tc>
        <w:tc>
          <w:tcPr>
            <w:tcW w:w="1417" w:type="dxa"/>
          </w:tcPr>
          <w:p w14:paraId="35ABCE68" w14:textId="77777777" w:rsidR="00BC4E80" w:rsidRDefault="00BC4E80">
            <w:pPr>
              <w:spacing w:after="60"/>
            </w:pPr>
          </w:p>
        </w:tc>
      </w:tr>
      <w:tr w:rsidR="00BC4E80" w14:paraId="190AC546" w14:textId="77777777">
        <w:tc>
          <w:tcPr>
            <w:tcW w:w="680" w:type="dxa"/>
          </w:tcPr>
          <w:p w14:paraId="568F5D3B" w14:textId="77777777" w:rsidR="00BC4E80" w:rsidRDefault="00BC4E80">
            <w:pPr>
              <w:spacing w:after="60"/>
            </w:pPr>
          </w:p>
        </w:tc>
        <w:tc>
          <w:tcPr>
            <w:tcW w:w="5102" w:type="dxa"/>
          </w:tcPr>
          <w:p w14:paraId="54F88284" w14:textId="77777777" w:rsidR="00BC4E80" w:rsidRDefault="00BC4E80">
            <w:pPr>
              <w:spacing w:after="60"/>
            </w:pPr>
          </w:p>
        </w:tc>
        <w:tc>
          <w:tcPr>
            <w:tcW w:w="3005" w:type="dxa"/>
          </w:tcPr>
          <w:p w14:paraId="5CB3D2E0" w14:textId="77777777" w:rsidR="00BC4E80" w:rsidRDefault="00BC4E80">
            <w:pPr>
              <w:spacing w:after="60"/>
            </w:pPr>
          </w:p>
        </w:tc>
        <w:tc>
          <w:tcPr>
            <w:tcW w:w="1417" w:type="dxa"/>
          </w:tcPr>
          <w:p w14:paraId="79ADBBCE" w14:textId="77777777" w:rsidR="00BC4E80" w:rsidRDefault="00BC4E80">
            <w:pPr>
              <w:spacing w:after="60"/>
            </w:pPr>
          </w:p>
        </w:tc>
      </w:tr>
      <w:tr w:rsidR="00BC4E80" w14:paraId="070006D2" w14:textId="77777777">
        <w:tc>
          <w:tcPr>
            <w:tcW w:w="680" w:type="dxa"/>
          </w:tcPr>
          <w:p w14:paraId="4D3ED696" w14:textId="77777777" w:rsidR="00BC4E80" w:rsidRDefault="00BC4E80">
            <w:pPr>
              <w:spacing w:after="60"/>
            </w:pPr>
          </w:p>
        </w:tc>
        <w:tc>
          <w:tcPr>
            <w:tcW w:w="5102" w:type="dxa"/>
          </w:tcPr>
          <w:p w14:paraId="7EBB0F41" w14:textId="77777777" w:rsidR="00BC4E80" w:rsidRDefault="00BC4E80">
            <w:pPr>
              <w:spacing w:after="60"/>
            </w:pPr>
          </w:p>
        </w:tc>
        <w:tc>
          <w:tcPr>
            <w:tcW w:w="3005" w:type="dxa"/>
          </w:tcPr>
          <w:p w14:paraId="69453DDA" w14:textId="77777777" w:rsidR="00BC4E80" w:rsidRDefault="00BC4E80">
            <w:pPr>
              <w:spacing w:after="60"/>
            </w:pPr>
          </w:p>
        </w:tc>
        <w:tc>
          <w:tcPr>
            <w:tcW w:w="1417" w:type="dxa"/>
          </w:tcPr>
          <w:p w14:paraId="2062BD2C" w14:textId="77777777" w:rsidR="00BC4E80" w:rsidRDefault="00BC4E80">
            <w:pPr>
              <w:spacing w:after="60"/>
            </w:pPr>
          </w:p>
        </w:tc>
      </w:tr>
    </w:tbl>
    <w:p w14:paraId="271264DB"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07B3F2BD"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29 към Правилника за дейността на училището</w:t>
      </w:r>
    </w:p>
    <w:p w14:paraId="1D73F39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E718E48" wp14:editId="756C41A3">
            <wp:extent cx="6483600" cy="117515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4547A71" w14:textId="77777777" w:rsidR="00BC4E80" w:rsidRDefault="00BC4E80">
      <w:pPr>
        <w:spacing w:after="160"/>
      </w:pPr>
      <w:r>
        <w:rPr>
          <w:rFonts w:ascii="Times New Roman" w:hAnsi="Times New Roman" w:cs="Times New Roman" w:eastAsia="Times New Roman"/>
        </w:rPr>
        <w:t>Вх. № ………………………………………………………… / ………………………………………………… г.</w:t>
      </w:r>
    </w:p>
    <w:p w14:paraId="37E9F653" w14:textId="77777777" w:rsidR="00BC4E80" w:rsidRDefault="00BC4E80">
      <w:r>
        <w:rPr>
          <w:rFonts w:ascii="Times New Roman" w:hAnsi="Times New Roman" w:cs="Times New Roman" w:eastAsia="Times New Roman"/>
          <w:b/>
          <w:sz w:val="24"/>
        </w:rPr>
        <w:t>ДО</w:t>
      </w:r>
    </w:p>
    <w:p w14:paraId="259BAD9D" w14:textId="77777777" w:rsidR="00BC4E80" w:rsidRDefault="00BC4E80">
      <w:r>
        <w:rPr>
          <w:rFonts w:ascii="Times New Roman" w:hAnsi="Times New Roman" w:cs="Times New Roman" w:eastAsia="Times New Roman"/>
          <w:b/>
          <w:sz w:val="24"/>
        </w:rPr>
        <w:t>ДИРЕКТОРА</w:t>
      </w:r>
    </w:p>
    <w:p w14:paraId="6060233F" w14:textId="77777777" w:rsidR="00BC4E80" w:rsidRDefault="00BC4E80">
      <w:r>
        <w:rPr>
          <w:rFonts w:ascii="Times New Roman" w:hAnsi="Times New Roman" w:cs="Times New Roman" w:eastAsia="Times New Roman"/>
          <w:b/>
          <w:sz w:val="24"/>
        </w:rPr>
        <w:t>НА ПГМКР „СВЕТИ НИКОЛА“</w:t>
      </w:r>
    </w:p>
    <w:p w14:paraId="6334FF1A" w14:textId="77777777" w:rsidR="00BC4E80" w:rsidRDefault="00BC4E80">
      <w:r>
        <w:rPr>
          <w:rFonts w:ascii="Times New Roman" w:hAnsi="Times New Roman" w:cs="Times New Roman" w:eastAsia="Times New Roman"/>
          <w:b/>
          <w:sz w:val="24"/>
        </w:rPr>
        <w:t>ГР. БУРГАС</w:t>
      </w:r>
    </w:p>
    <w:p w14:paraId="032B72C6" w14:textId="77777777" w:rsidR="00BC4E80" w:rsidRDefault="00BC4E80">
      <w:pPr>
        <w:spacing w:after="160"/>
      </w:pPr>
    </w:p>
    <w:p w14:paraId="34DEBFBE"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606E9D23" w14:textId="77777777" w:rsidR="00BC4E80" w:rsidRDefault="00BC4E80">
      <w:pPr>
        <w:spacing w:after="80"/>
        <w:jc w:val="center"/>
      </w:pPr>
      <w:r>
        <w:rPr>
          <w:rFonts w:ascii="Times New Roman" w:hAnsi="Times New Roman" w:cs="Times New Roman" w:eastAsia="Times New Roman"/>
          <w:b/>
        </w:rPr>
        <w:t>за полагане на изпит за промяна на годишна оценка</w:t>
      </w:r>
    </w:p>
    <w:p w14:paraId="0E8F32A4" w14:textId="77777777" w:rsidR="00BC4E80" w:rsidRDefault="00BC4E80">
      <w:pPr>
        <w:spacing w:after="160"/>
        <w:jc w:val="center"/>
      </w:pPr>
      <w:r>
        <w:rPr>
          <w:rFonts w:ascii="Times New Roman" w:hAnsi="Times New Roman" w:cs="Times New Roman" w:eastAsia="Times New Roman"/>
          <w:i/>
          <w:sz w:val="20"/>
        </w:rPr>
        <w:t>чл. 106 от ПДУ; чл. 33, т. 2 и чл. 35 от Наредба № 11 от 01.09.2016 г.</w:t>
      </w:r>
    </w:p>
    <w:p w14:paraId="269678C6" w14:textId="77777777" w:rsidR="00BC4E80" w:rsidRDefault="00BC4E80">
      <w:pPr>
        <w:spacing w:after="40"/>
      </w:pPr>
      <w:r>
        <w:rPr>
          <w:rFonts w:ascii="Times New Roman" w:hAnsi="Times New Roman" w:cs="Times New Roman" w:eastAsia="Times New Roman"/>
          <w:sz w:val="24"/>
        </w:rPr>
        <w:t>от …………………………………………………………………………………………………………</w:t>
      </w:r>
    </w:p>
    <w:p w14:paraId="75A40A6F"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3131419B" w14:textId="77777777" w:rsidR="00BC4E80" w:rsidRDefault="00BC4E80">
      <w:pPr>
        <w:spacing w:after="80"/>
      </w:pPr>
    </w:p>
    <w:p w14:paraId="49AEA5C2" w14:textId="77777777" w:rsidR="00BC4E80" w:rsidRDefault="00BC4E80">
      <w:pPr>
        <w:spacing w:after="120"/>
      </w:pPr>
      <w:r>
        <w:rPr>
          <w:rFonts w:ascii="Times New Roman" w:hAnsi="Times New Roman" w:cs="Times New Roman" w:eastAsia="Times New Roman"/>
          <w:b/>
          <w:sz w:val="24"/>
        </w:rPr>
        <w:t>УВАЖАЕМА ГОСПОЖО ДИРЕКТОР,</w:t>
      </w:r>
    </w:p>
    <w:p w14:paraId="4C19E422" w14:textId="77777777" w:rsidR="00BC4E80" w:rsidRDefault="00BC4E80">
      <w:pPr>
        <w:spacing w:after="80"/>
      </w:pPr>
      <w:r>
        <w:rPr>
          <w:rFonts w:ascii="Times New Roman" w:hAnsi="Times New Roman" w:cs="Times New Roman" w:eastAsia="Times New Roman"/>
          <w:sz w:val="24"/>
        </w:rPr>
        <w:t>Моля да ми бъде разрешено да положа изпит за промяна на годишната оценка по учебния предмет / модул …………………… за …………………… клас, учебна 20…………………… / 20…………………… година.</w:t>
      </w:r>
    </w:p>
    <w:p w14:paraId="1851D255" w14:textId="77777777" w:rsidR="00BC4E80" w:rsidRDefault="00BC4E80">
      <w:pPr>
        <w:spacing w:after="80"/>
      </w:pPr>
      <w:r>
        <w:rPr>
          <w:rFonts w:ascii="Times New Roman" w:hAnsi="Times New Roman" w:cs="Times New Roman" w:eastAsia="Times New Roman"/>
          <w:sz w:val="24"/>
        </w:rPr>
        <w:t>Декларирам, че се отказвам от годишната си оценка …………………… по посочения учебен предмет и че ми е известно, че последната получена оценка е окончателна.</w:t>
      </w:r>
    </w:p>
    <w:p w14:paraId="15FEC286" w14:textId="77777777" w:rsidR="00BC4E80" w:rsidRDefault="00BC4E80">
      <w:pPr>
        <w:spacing w:after="200"/>
      </w:pPr>
    </w:p>
    <w:p w14:paraId="697958A2" w14:textId="77777777" w:rsidR="00BC4E80" w:rsidRDefault="00BC4E80">
      <w:pPr>
        <w:tabs>
          <w:tab w:val="left" w:pos="5386"/>
        </w:tabs>
        <w:spacing w:after="160" w:before="3402"/>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6F4A2367"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0A3D1D7C"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30 към Правилника за дейността на училището</w:t>
      </w:r>
    </w:p>
    <w:p w14:paraId="65A0C349"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51EF01E" wp14:editId="1EEE89F0">
            <wp:extent cx="6483600" cy="117515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370ABEC" w14:textId="77777777" w:rsidR="00BC4E80" w:rsidRDefault="00BC4E80">
      <w:pPr>
        <w:spacing w:before="80" w:after="40"/>
        <w:jc w:val="center"/>
      </w:pPr>
      <w:r>
        <w:rPr>
          <w:rFonts w:ascii="Times New Roman" w:hAnsi="Times New Roman" w:cs="Times New Roman" w:eastAsia="Times New Roman"/>
          <w:b/>
          <w:sz w:val="26"/>
        </w:rPr>
        <w:t>И Н Ф О Р М А Ц И О Н Н А   Б Л А Н К А</w:t>
      </w:r>
    </w:p>
    <w:p w14:paraId="748065DB" w14:textId="77777777" w:rsidR="00BC4E80" w:rsidRDefault="00BC4E80">
      <w:pPr>
        <w:spacing w:after="80"/>
        <w:jc w:val="center"/>
      </w:pPr>
      <w:r>
        <w:rPr>
          <w:rFonts w:ascii="Times New Roman" w:hAnsi="Times New Roman" w:cs="Times New Roman" w:eastAsia="Times New Roman"/>
          <w:b/>
        </w:rPr>
        <w:t>данни за ученика и за родителите</w:t>
      </w:r>
    </w:p>
    <w:p w14:paraId="7CD07CB0" w14:textId="77777777" w:rsidR="00BC4E80" w:rsidRDefault="00BC4E80">
      <w:pPr>
        <w:spacing w:after="160"/>
        <w:jc w:val="center"/>
      </w:pPr>
      <w:r>
        <w:rPr>
          <w:rFonts w:ascii="Times New Roman" w:hAnsi="Times New Roman" w:cs="Times New Roman" w:eastAsia="Times New Roman"/>
          <w:i/>
          <w:sz w:val="20"/>
        </w:rPr>
        <w:t>Наредба № 8 от 11.08.2016 г.; Регламент (ЕС) 2016/679</w:t>
      </w:r>
    </w:p>
    <w:p w14:paraId="654C6F23" w14:textId="77777777" w:rsidR="00BC4E80" w:rsidRDefault="00BC4E80">
      <w:pPr>
        <w:spacing w:after="40"/>
      </w:pPr>
      <w:r>
        <w:rPr>
          <w:rFonts w:ascii="Times New Roman" w:hAnsi="Times New Roman" w:cs="Times New Roman" w:eastAsia="Times New Roman"/>
          <w:sz w:val="24"/>
        </w:rPr>
        <w:t>Учебна година: 20…………………… / 20…………………… г.        Клас: ……………………        Специалност: ……………………</w:t>
      </w:r>
    </w:p>
    <w:p w14:paraId="40506DA7" w14:textId="77777777" w:rsidR="00BC4E80" w:rsidRDefault="00BC4E80">
      <w:pPr>
        <w:spacing w:after="80"/>
      </w:pPr>
    </w:p>
    <w:p w14:paraId="688B74A2" w14:textId="77777777" w:rsidR="00BC4E80" w:rsidRDefault="00BC4E80">
      <w:pPr>
        <w:spacing w:after="80"/>
        <w:jc w:val="both"/>
      </w:pPr>
      <w:r>
        <w:rPr>
          <w:rFonts w:ascii="Times New Roman" w:hAnsi="Times New Roman" w:cs="Times New Roman" w:eastAsia="Times New Roman"/>
          <w:sz w:val="24"/>
        </w:rPr>
        <w:t>ДАННИ ЗА УЧЕНИКА</w:t>
      </w:r>
    </w:p>
    <w:p w14:paraId="49066A4E" w14:textId="77777777" w:rsidR="00BC4E80" w:rsidRDefault="00BC4E80">
      <w:pPr>
        <w:spacing w:after="80"/>
      </w:pPr>
      <w:r>
        <w:rPr>
          <w:rFonts w:ascii="Times New Roman" w:hAnsi="Times New Roman" w:cs="Times New Roman" w:eastAsia="Times New Roman"/>
          <w:sz w:val="24"/>
        </w:rPr>
        <w:t>Собствено, бащино и фамилно име: ……………………………………………………………………</w:t>
      </w:r>
    </w:p>
    <w:p w14:paraId="16290B0E" w14:textId="77777777" w:rsidR="00BC4E80" w:rsidRDefault="00BC4E80">
      <w:pPr>
        <w:spacing w:after="80"/>
      </w:pPr>
      <w:r>
        <w:rPr>
          <w:rFonts w:ascii="Times New Roman" w:hAnsi="Times New Roman" w:cs="Times New Roman" w:eastAsia="Times New Roman"/>
          <w:sz w:val="24"/>
        </w:rPr>
        <w:t>ЕГН ……………………………        Месторождение: гр./с. ……………………………………………</w:t>
      </w:r>
    </w:p>
    <w:p w14:paraId="3F99CDF6" w14:textId="77777777" w:rsidR="00BC4E80" w:rsidRDefault="00BC4E80">
      <w:pPr>
        <w:spacing w:after="80"/>
      </w:pPr>
      <w:r>
        <w:rPr>
          <w:rFonts w:ascii="Times New Roman" w:hAnsi="Times New Roman" w:cs="Times New Roman" w:eastAsia="Times New Roman"/>
          <w:sz w:val="24"/>
        </w:rPr>
        <w:t>Постоянен адрес: …………………………………………………………………………………………</w:t>
      </w:r>
    </w:p>
    <w:p w14:paraId="0A7F20D9" w14:textId="77777777" w:rsidR="00BC4E80" w:rsidRDefault="00BC4E80">
      <w:pPr>
        <w:spacing w:after="80"/>
      </w:pPr>
      <w:r>
        <w:rPr>
          <w:rFonts w:ascii="Times New Roman" w:hAnsi="Times New Roman" w:cs="Times New Roman" w:eastAsia="Times New Roman"/>
          <w:sz w:val="24"/>
        </w:rPr>
        <w:t>Настоящ адрес: ……………………………………………………………………………………………</w:t>
      </w:r>
    </w:p>
    <w:p w14:paraId="4A1BED70" w14:textId="77777777" w:rsidR="00BC4E80" w:rsidRDefault="00BC4E80">
      <w:pPr>
        <w:spacing w:after="80"/>
      </w:pPr>
      <w:r>
        <w:rPr>
          <w:rFonts w:ascii="Times New Roman" w:hAnsi="Times New Roman" w:cs="Times New Roman" w:eastAsia="Times New Roman"/>
          <w:sz w:val="24"/>
        </w:rPr>
        <w:t>Телефон: ………………………………………        e-mail: ……………………………………………</w:t>
      </w:r>
    </w:p>
    <w:p w14:paraId="2C70BBE7" w14:textId="77777777" w:rsidR="00BC4E80" w:rsidRDefault="00BC4E80">
      <w:pPr>
        <w:spacing w:after="80"/>
        <w:jc w:val="both"/>
      </w:pPr>
      <w:r>
        <w:rPr>
          <w:rFonts w:ascii="Times New Roman" w:hAnsi="Times New Roman" w:cs="Times New Roman" w:eastAsia="Times New Roman"/>
          <w:sz w:val="24"/>
        </w:rPr>
        <w:t>Ще пътува ли всеки ден извън града:  ☐ да   ☐ не</w:t>
      </w:r>
    </w:p>
    <w:p w14:paraId="7BE55B11" w14:textId="77777777" w:rsidR="00BC4E80" w:rsidRDefault="00BC4E80">
      <w:pPr>
        <w:spacing w:after="80"/>
      </w:pPr>
      <w:r>
        <w:rPr>
          <w:rFonts w:ascii="Times New Roman" w:hAnsi="Times New Roman" w:cs="Times New Roman" w:eastAsia="Times New Roman"/>
          <w:sz w:val="24"/>
        </w:rPr>
        <w:t>Постъпил/а в ПГМКР „Свети Никола“ на …………………… г., идва от училище ……………………</w:t>
      </w:r>
    </w:p>
    <w:p w14:paraId="28E38653" w14:textId="77777777" w:rsidR="00BC4E80" w:rsidRDefault="00BC4E80">
      <w:pPr>
        <w:spacing w:after="80"/>
      </w:pPr>
      <w:r>
        <w:rPr>
          <w:rFonts w:ascii="Times New Roman" w:hAnsi="Times New Roman" w:cs="Times New Roman" w:eastAsia="Times New Roman"/>
          <w:sz w:val="24"/>
        </w:rPr>
        <w:t>Свидетелство № ………………………………………… / ……………………………………………</w:t>
      </w:r>
    </w:p>
    <w:p w14:paraId="3BA4EE67" w14:textId="77777777" w:rsidR="00BC4E80" w:rsidRDefault="00BC4E80">
      <w:pPr>
        <w:spacing w:after="80"/>
        <w:jc w:val="both"/>
      </w:pPr>
      <w:r>
        <w:rPr>
          <w:rFonts w:ascii="Times New Roman" w:hAnsi="Times New Roman" w:cs="Times New Roman" w:eastAsia="Times New Roman"/>
          <w:sz w:val="24"/>
        </w:rPr>
        <w:t>ЗДРАВНИ ДАННИ</w:t>
      </w:r>
    </w:p>
    <w:p w14:paraId="415AAD80" w14:textId="77777777" w:rsidR="00BC4E80" w:rsidRDefault="00BC4E80">
      <w:pPr>
        <w:spacing w:after="80"/>
      </w:pPr>
      <w:r>
        <w:rPr>
          <w:rFonts w:ascii="Times New Roman" w:hAnsi="Times New Roman" w:cs="Times New Roman" w:eastAsia="Times New Roman"/>
          <w:sz w:val="24"/>
        </w:rPr>
        <w:t>Личен лекар: …………………………………………………, телефон ………………………………</w:t>
      </w:r>
    </w:p>
    <w:p w14:paraId="4EBED74C" w14:textId="77777777" w:rsidR="00BC4E80" w:rsidRDefault="00BC4E80">
      <w:pPr>
        <w:spacing w:after="80"/>
      </w:pPr>
      <w:r>
        <w:rPr>
          <w:rFonts w:ascii="Times New Roman" w:hAnsi="Times New Roman" w:cs="Times New Roman" w:eastAsia="Times New Roman"/>
          <w:sz w:val="24"/>
        </w:rPr>
        <w:t>Заболявания, алергии, медикаменти: ……………………………………………………………………</w:t>
      </w:r>
    </w:p>
    <w:p w14:paraId="0A56699C" w14:textId="77777777" w:rsidR="00BC4E80" w:rsidRDefault="00BC4E80">
      <w:pPr>
        <w:spacing w:after="80"/>
      </w:pPr>
      <w:r>
        <w:rPr>
          <w:rFonts w:ascii="Times New Roman" w:hAnsi="Times New Roman" w:cs="Times New Roman" w:eastAsia="Times New Roman"/>
          <w:sz w:val="24"/>
        </w:rPr>
        <w:t>Освободен/а от ФВС:  ☐ не   ☐ да – документ № ………………………………………………………</w:t>
      </w:r>
    </w:p>
    <w:p w14:paraId="301E47D6" w14:textId="77777777" w:rsidR="00BC4E80" w:rsidRDefault="00BC4E80">
      <w:pPr>
        <w:spacing w:after="80"/>
        <w:jc w:val="both"/>
      </w:pPr>
    </w:p>
    <w:p w14:paraId="14B69F22" w14:textId="77777777" w:rsidR="00BC4E80" w:rsidRDefault="00BC4E80">
      <w:pPr>
        <w:spacing w:after="80"/>
        <w:jc w:val="both"/>
      </w:pPr>
      <w:r>
        <w:rPr>
          <w:rFonts w:ascii="Times New Roman" w:hAnsi="Times New Roman" w:cs="Times New Roman" w:eastAsia="Times New Roman"/>
          <w:sz w:val="24"/>
        </w:rPr>
        <w:t>ДАННИ ЗА РОДИТЕЛИТЕ / НАСТОЙНИЦИТЕ</w:t>
      </w:r>
    </w:p>
    <w:p w14:paraId="3D038C48" w14:textId="77777777" w:rsidR="00BC4E80" w:rsidRDefault="00BC4E80">
      <w:pPr>
        <w:spacing w:after="80"/>
      </w:pPr>
      <w:r>
        <w:rPr>
          <w:rFonts w:ascii="Times New Roman" w:hAnsi="Times New Roman" w:cs="Times New Roman" w:eastAsia="Times New Roman"/>
          <w:sz w:val="24"/>
        </w:rPr>
        <w:t>Майка: ……………………………………………………………, телефон ……………………………</w:t>
      </w:r>
    </w:p>
    <w:p w14:paraId="4C297116" w14:textId="77777777" w:rsidR="00BC4E80" w:rsidRDefault="00BC4E80">
      <w:pPr>
        <w:spacing w:after="80"/>
      </w:pPr>
      <w:r>
        <w:rPr>
          <w:rFonts w:ascii="Times New Roman" w:hAnsi="Times New Roman" w:cs="Times New Roman" w:eastAsia="Times New Roman"/>
          <w:sz w:val="24"/>
        </w:rPr>
        <w:t>Месторабота: ……………………………………………………………………………………………</w:t>
      </w:r>
    </w:p>
    <w:p w14:paraId="6CE4250B" w14:textId="77777777" w:rsidR="00BC4E80" w:rsidRDefault="00BC4E80">
      <w:pPr>
        <w:spacing w:after="80"/>
      </w:pPr>
      <w:r>
        <w:rPr>
          <w:rFonts w:ascii="Times New Roman" w:hAnsi="Times New Roman" w:cs="Times New Roman" w:eastAsia="Times New Roman"/>
          <w:sz w:val="24"/>
        </w:rPr>
        <w:t>Баща: ……………………………………………………………, телефон ………………………………</w:t>
      </w:r>
    </w:p>
    <w:p w14:paraId="076DFEDA" w14:textId="77777777" w:rsidR="00BC4E80" w:rsidRDefault="00BC4E80">
      <w:pPr>
        <w:spacing w:after="80"/>
      </w:pPr>
      <w:r>
        <w:rPr>
          <w:rFonts w:ascii="Times New Roman" w:hAnsi="Times New Roman" w:cs="Times New Roman" w:eastAsia="Times New Roman"/>
          <w:sz w:val="24"/>
        </w:rPr>
        <w:t>Месторабота: ……………………………………………………………………………………………</w:t>
      </w:r>
    </w:p>
    <w:p w14:paraId="21D69B62" w14:textId="77777777" w:rsidR="00BC4E80" w:rsidRDefault="00BC4E80">
      <w:pPr>
        <w:spacing w:after="80"/>
        <w:jc w:val="both"/>
      </w:pPr>
      <w:r>
        <w:rPr>
          <w:rFonts w:ascii="Times New Roman" w:hAnsi="Times New Roman" w:cs="Times New Roman" w:eastAsia="Times New Roman"/>
          <w:sz w:val="24"/>
        </w:rPr>
        <w:t>Ученикът живее с: ☐ двамата родители   ☐ майка   ☐ баща   ☐ настойник   ☐ други</w:t>
      </w:r>
    </w:p>
    <w:p w14:paraId="4113BC31" w14:textId="77777777" w:rsidR="00BC4E80" w:rsidRDefault="00BC4E80">
      <w:pPr>
        <w:spacing w:after="80"/>
      </w:pPr>
      <w:r>
        <w:rPr>
          <w:rFonts w:ascii="Times New Roman" w:hAnsi="Times New Roman" w:cs="Times New Roman" w:eastAsia="Times New Roman"/>
          <w:sz w:val="24"/>
        </w:rPr>
        <w:t>Брой деца в семейството: ………………………………………………………………………………</w:t>
      </w:r>
    </w:p>
    <w:p w14:paraId="2D27897B" w14:textId="77777777" w:rsidR="00BC4E80" w:rsidRDefault="00BC4E80">
      <w:pPr>
        <w:spacing w:after="80"/>
      </w:pPr>
    </w:p>
    <w:p w14:paraId="60D1F9D1" w14:textId="77777777" w:rsidR="00BC4E80" w:rsidRDefault="00BC4E80">
      <w:pPr>
        <w:spacing w:after="80"/>
        <w:jc w:val="both"/>
      </w:pPr>
      <w:r>
        <w:rPr>
          <w:rFonts w:ascii="Times New Roman" w:hAnsi="Times New Roman" w:cs="Times New Roman" w:eastAsia="Times New Roman"/>
          <w:i/>
          <w:sz w:val="20"/>
        </w:rPr>
        <w:t>Запознат/а съм, че личните данни се обработват за целите на училищното образование съгласно Регламент (ЕС) 2016/679 и Наредба № 8 от 2016 г.</w:t>
      </w:r>
    </w:p>
    <w:p w14:paraId="7269A15D" w14:textId="77777777" w:rsidR="00BC4E80" w:rsidRDefault="00BC4E80">
      <w:pPr>
        <w:spacing w:after="200"/>
      </w:pPr>
    </w:p>
    <w:p w14:paraId="59604FD7"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Родител: ………………………………………</w:t>
      </w:r>
    </w:p>
    <w:p w14:paraId="5EE3CA0A" w14:textId="77777777" w:rsidR="00BC4E80" w:rsidRDefault="00BC4E80">
      <w:pPr>
        <w:tabs>
          <w:tab w:val="left" w:pos="5386"/>
        </w:tabs>
        <w:spacing w:after="160"/>
      </w:pPr>
      <w:r>
        <w:rPr>
          <w:rFonts w:ascii="Times New Roman" w:hAnsi="Times New Roman" w:cs="Times New Roman" w:eastAsia="Times New Roman"/>
          <w:sz w:val="24"/>
        </w:rPr>
        <w:t>Приел: Класен ръководител ………………………</w:t>
      </w:r>
      <w:r>
        <w:rPr>
          <w:rFonts w:ascii="Times New Roman" w:hAnsi="Times New Roman" w:cs="Times New Roman" w:eastAsia="Times New Roman"/>
          <w:sz w:val="24"/>
        </w:rPr>
        <w:tab/>
      </w:r>
    </w:p>
    <w:p w14:paraId="63CAC0C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31 към Правилника за дейността на училището</w:t>
      </w:r>
    </w:p>
    <w:p w14:paraId="7452F972"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02E8A43" wp14:editId="547B1085">
            <wp:extent cx="6483600" cy="117515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E38721E" w14:textId="77777777" w:rsidR="00BC4E80" w:rsidRDefault="00BC4E80">
      <w:pPr>
        <w:spacing w:before="80" w:after="40"/>
        <w:jc w:val="center"/>
      </w:pPr>
      <w:r>
        <w:rPr>
          <w:rFonts w:ascii="Times New Roman" w:hAnsi="Times New Roman" w:cs="Times New Roman" w:eastAsia="Times New Roman"/>
          <w:b/>
          <w:sz w:val="26"/>
        </w:rPr>
        <w:t>К А Р Т А</w:t>
      </w:r>
    </w:p>
    <w:p w14:paraId="467EAB5C" w14:textId="77777777" w:rsidR="00BC4E80" w:rsidRDefault="00BC4E80">
      <w:pPr>
        <w:spacing w:after="80"/>
        <w:jc w:val="center"/>
      </w:pPr>
      <w:r>
        <w:rPr>
          <w:rFonts w:ascii="Times New Roman" w:hAnsi="Times New Roman" w:cs="Times New Roman" w:eastAsia="Times New Roman"/>
          <w:b/>
        </w:rPr>
        <w:t>характеристика на средата на ученика</w:t>
      </w:r>
    </w:p>
    <w:p w14:paraId="0480C6B0" w14:textId="77777777" w:rsidR="00BC4E80" w:rsidRDefault="00BC4E80">
      <w:pPr>
        <w:spacing w:after="160"/>
        <w:jc w:val="center"/>
      </w:pPr>
      <w:r>
        <w:rPr>
          <w:rFonts w:ascii="Times New Roman" w:hAnsi="Times New Roman" w:cs="Times New Roman" w:eastAsia="Times New Roman"/>
          <w:i/>
          <w:sz w:val="20"/>
        </w:rPr>
        <w:t>Наредбата за приобщаващото образование – за целите на общата подкрепа и на превенцията на отпадането</w:t>
      </w:r>
    </w:p>
    <w:p w14:paraId="5B52EE61" w14:textId="77777777" w:rsidR="00BC4E80" w:rsidRDefault="00BC4E80">
      <w:pPr>
        <w:spacing w:after="40"/>
      </w:pPr>
      <w:r>
        <w:rPr>
          <w:rFonts w:ascii="Times New Roman" w:hAnsi="Times New Roman" w:cs="Times New Roman" w:eastAsia="Times New Roman"/>
          <w:sz w:val="24"/>
        </w:rPr>
        <w:t>Ученик/ученичка: …………………………………………………………………………………………</w:t>
      </w:r>
    </w:p>
    <w:p w14:paraId="178FF208" w14:textId="77777777" w:rsidR="00BC4E80" w:rsidRDefault="00BC4E80">
      <w:pPr>
        <w:spacing w:after="40"/>
      </w:pPr>
      <w:r>
        <w:rPr>
          <w:rFonts w:ascii="Times New Roman" w:hAnsi="Times New Roman" w:cs="Times New Roman" w:eastAsia="Times New Roman"/>
          <w:sz w:val="24"/>
        </w:rPr>
        <w:t>Клас: …………………        Специалност: ………………………………………………………………</w:t>
      </w:r>
    </w:p>
    <w:p w14:paraId="0844DAE0" w14:textId="77777777" w:rsidR="00BC4E80" w:rsidRDefault="00BC4E80">
      <w:pPr>
        <w:spacing w:after="40"/>
      </w:pPr>
      <w:r>
        <w:rPr>
          <w:rFonts w:ascii="Times New Roman" w:hAnsi="Times New Roman" w:cs="Times New Roman" w:eastAsia="Times New Roman"/>
          <w:sz w:val="24"/>
        </w:rPr>
        <w:t>Учебна година: 20………………………………………… / 20……………………………………… г.</w:t>
      </w:r>
    </w:p>
    <w:p w14:paraId="548D7F2B" w14:textId="77777777" w:rsidR="00BC4E80" w:rsidRDefault="00BC4E80">
      <w:pPr>
        <w:spacing w:after="40"/>
      </w:pPr>
      <w:r>
        <w:rPr>
          <w:rFonts w:ascii="Times New Roman" w:hAnsi="Times New Roman" w:cs="Times New Roman" w:eastAsia="Times New Roman"/>
          <w:sz w:val="24"/>
        </w:rPr>
        <w:t>Попълва се от класния ръководител</w:t>
      </w:r>
    </w:p>
    <w:p w14:paraId="53546C83" w14:textId="77777777" w:rsidR="00BC4E80" w:rsidRDefault="00BC4E80">
      <w:pPr>
        <w:spacing w:after="80"/>
      </w:pPr>
    </w:p>
    <w:p w14:paraId="68D3B9E6" w14:textId="77777777" w:rsidR="00BC4E80" w:rsidRDefault="00BC4E80">
      <w:pPr>
        <w:spacing w:after="80"/>
        <w:jc w:val="both"/>
      </w:pPr>
      <w:r>
        <w:rPr>
          <w:rFonts w:ascii="Times New Roman" w:hAnsi="Times New Roman" w:cs="Times New Roman" w:eastAsia="Times New Roman"/>
          <w:sz w:val="24"/>
        </w:rPr>
        <w:t>1. Семейна среда: ☐ пълно семейство   ☐ непълно семейство   ☐ настойник   ☐ институция / приемно семейство</w:t>
      </w:r>
    </w:p>
    <w:p w14:paraId="1D8FA45E" w14:textId="77777777" w:rsidR="00BC4E80" w:rsidRDefault="00BC4E80">
      <w:pPr>
        <w:spacing w:after="80"/>
      </w:pPr>
      <w:r>
        <w:rPr>
          <w:rFonts w:ascii="Times New Roman" w:hAnsi="Times New Roman" w:cs="Times New Roman" w:eastAsia="Times New Roman"/>
          <w:sz w:val="24"/>
        </w:rPr>
        <w:t>2. Образование на родителите: …………………………………………………………………………</w:t>
      </w:r>
    </w:p>
    <w:p w14:paraId="2AA16EA2" w14:textId="77777777" w:rsidR="00BC4E80" w:rsidRDefault="00BC4E80">
      <w:pPr>
        <w:spacing w:after="80"/>
        <w:jc w:val="both"/>
      </w:pPr>
      <w:r>
        <w:rPr>
          <w:rFonts w:ascii="Times New Roman" w:hAnsi="Times New Roman" w:cs="Times New Roman" w:eastAsia="Times New Roman"/>
          <w:sz w:val="24"/>
        </w:rPr>
        <w:t>3. Материално състояние: ☐ добро   ☐ средно   ☐ затруднено</w:t>
      </w:r>
    </w:p>
    <w:p w14:paraId="0E1E1771" w14:textId="77777777" w:rsidR="00BC4E80" w:rsidRDefault="00BC4E80">
      <w:pPr>
        <w:spacing w:after="80"/>
      </w:pPr>
      <w:r>
        <w:rPr>
          <w:rFonts w:ascii="Times New Roman" w:hAnsi="Times New Roman" w:cs="Times New Roman" w:eastAsia="Times New Roman"/>
          <w:sz w:val="24"/>
        </w:rPr>
        <w:t>4. Жилищни условия: ……………………………………………………………………………………</w:t>
      </w:r>
    </w:p>
    <w:p w14:paraId="337614AE" w14:textId="77777777" w:rsidR="00BC4E80" w:rsidRDefault="00BC4E80">
      <w:pPr>
        <w:spacing w:after="80"/>
      </w:pPr>
      <w:r>
        <w:rPr>
          <w:rFonts w:ascii="Times New Roman" w:hAnsi="Times New Roman" w:cs="Times New Roman" w:eastAsia="Times New Roman"/>
          <w:sz w:val="24"/>
        </w:rPr>
        <w:t>5. Разстояние до училището и начин на придвижване: ………………………………………………</w:t>
      </w:r>
    </w:p>
    <w:p w14:paraId="54042DC1" w14:textId="77777777" w:rsidR="00BC4E80" w:rsidRDefault="00BC4E80">
      <w:pPr>
        <w:spacing w:after="80"/>
        <w:jc w:val="both"/>
      </w:pPr>
      <w:r>
        <w:rPr>
          <w:rFonts w:ascii="Times New Roman" w:hAnsi="Times New Roman" w:cs="Times New Roman" w:eastAsia="Times New Roman"/>
          <w:sz w:val="24"/>
        </w:rPr>
        <w:t>6. Владеене на български език: ☐ майчин   ☐ владее свободно   ☐ затруднения</w:t>
      </w:r>
    </w:p>
    <w:p w14:paraId="3F5C1716" w14:textId="77777777" w:rsidR="00BC4E80" w:rsidRDefault="00BC4E80">
      <w:pPr>
        <w:spacing w:after="80"/>
        <w:jc w:val="both"/>
      </w:pPr>
      <w:r>
        <w:rPr>
          <w:rFonts w:ascii="Times New Roman" w:hAnsi="Times New Roman" w:cs="Times New Roman" w:eastAsia="Times New Roman"/>
          <w:sz w:val="24"/>
        </w:rPr>
        <w:t>7. Условия за учене вкъщи: ☐ да   ☐ частично   ☐ не</w:t>
      </w:r>
    </w:p>
    <w:p w14:paraId="4AEE75E4" w14:textId="77777777" w:rsidR="00BC4E80" w:rsidRDefault="00BC4E80">
      <w:pPr>
        <w:spacing w:after="80"/>
        <w:jc w:val="both"/>
      </w:pPr>
      <w:r>
        <w:rPr>
          <w:rFonts w:ascii="Times New Roman" w:hAnsi="Times New Roman" w:cs="Times New Roman" w:eastAsia="Times New Roman"/>
          <w:sz w:val="24"/>
        </w:rPr>
        <w:t>8. Достъп до компютър и интернет: ☐ да   ☐ не</w:t>
      </w:r>
    </w:p>
    <w:p w14:paraId="392D8FEF" w14:textId="77777777" w:rsidR="00BC4E80" w:rsidRDefault="00BC4E80">
      <w:pPr>
        <w:spacing w:after="80"/>
      </w:pPr>
      <w:r>
        <w:rPr>
          <w:rFonts w:ascii="Times New Roman" w:hAnsi="Times New Roman" w:cs="Times New Roman" w:eastAsia="Times New Roman"/>
          <w:sz w:val="24"/>
        </w:rPr>
        <w:t>9. Здравословно състояние: ………………………………………………………………………………</w:t>
      </w:r>
    </w:p>
    <w:p w14:paraId="23F79114" w14:textId="77777777" w:rsidR="00BC4E80" w:rsidRDefault="00BC4E80">
      <w:pPr>
        <w:spacing w:after="80"/>
      </w:pPr>
      <w:r>
        <w:rPr>
          <w:rFonts w:ascii="Times New Roman" w:hAnsi="Times New Roman" w:cs="Times New Roman" w:eastAsia="Times New Roman"/>
          <w:sz w:val="24"/>
        </w:rPr>
        <w:t>10. Интереси и извънучилищни занимания: ……………………………………………………………</w:t>
      </w:r>
    </w:p>
    <w:p w14:paraId="6B856A27" w14:textId="77777777" w:rsidR="00BC4E80" w:rsidRDefault="00BC4E80">
      <w:pPr>
        <w:spacing w:after="80"/>
        <w:jc w:val="both"/>
      </w:pPr>
      <w:r>
        <w:rPr>
          <w:rFonts w:ascii="Times New Roman" w:hAnsi="Times New Roman" w:cs="Times New Roman" w:eastAsia="Times New Roman"/>
          <w:sz w:val="24"/>
        </w:rPr>
        <w:t>11. Рискови фактори: ☐ чести отсъствия   ☐ обучителни затруднения   ☐ конфликти   ☐ риск от отпадане   ☐ работа на ученика   ☐ няма</w:t>
      </w:r>
    </w:p>
    <w:p w14:paraId="78465BB7" w14:textId="77777777" w:rsidR="00BC4E80" w:rsidRDefault="00BC4E80">
      <w:pPr>
        <w:spacing w:after="80"/>
      </w:pPr>
      <w:r>
        <w:rPr>
          <w:rFonts w:ascii="Times New Roman" w:hAnsi="Times New Roman" w:cs="Times New Roman" w:eastAsia="Times New Roman"/>
          <w:sz w:val="24"/>
        </w:rPr>
        <w:t>12. Заключение и препоръки за подкрепа: ……………………………………………………………</w:t>
      </w:r>
    </w:p>
    <w:p w14:paraId="3E397DEE" w14:textId="77777777" w:rsidR="00BC4E80" w:rsidRDefault="00BC4E80">
      <w:pPr>
        <w:spacing w:after="80"/>
      </w:pPr>
      <w:r>
        <w:rPr>
          <w:rFonts w:ascii="Times New Roman" w:hAnsi="Times New Roman" w:cs="Times New Roman" w:eastAsia="Times New Roman"/>
          <w:sz w:val="24"/>
        </w:rPr>
        <w:t>………………………………………………………………………………………………………………</w:t>
      </w:r>
    </w:p>
    <w:p w14:paraId="3EA0F671" w14:textId="77777777" w:rsidR="00BC4E80" w:rsidRDefault="00BC4E80">
      <w:pPr>
        <w:spacing w:after="200"/>
      </w:pPr>
    </w:p>
    <w:p w14:paraId="401B24D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6C622DFD" w14:textId="77777777" w:rsidR="00BC4E80" w:rsidRDefault="00BC4E80">
      <w:pPr>
        <w:tabs>
          <w:tab w:val="left" w:pos="5386"/>
        </w:tabs>
        <w:spacing w:after="160"/>
      </w:pPr>
      <w:r>
        <w:rPr>
          <w:rFonts w:ascii="Times New Roman" w:hAnsi="Times New Roman" w:cs="Times New Roman" w:eastAsia="Times New Roman"/>
          <w:sz w:val="24"/>
        </w:rPr>
        <w:t>Запознат: Педагогически съветник ……………………</w:t>
      </w:r>
      <w:r>
        <w:rPr>
          <w:rFonts w:ascii="Times New Roman" w:hAnsi="Times New Roman" w:cs="Times New Roman" w:eastAsia="Times New Roman"/>
          <w:sz w:val="24"/>
        </w:rPr>
        <w:tab/>
      </w:r>
    </w:p>
    <w:p w14:paraId="0D8B3ED8" w14:textId="77777777" w:rsidR="00BC4E80" w:rsidRDefault="00BC4E80">
      <w:pPr>
        <w:pageBreakBefore/>
        <w:spacing w:after="2800"/>
      </w:pPr>
    </w:p>
    <w:p w14:paraId="31F6A8BB" w14:textId="77777777" w:rsidR="00BC4E80" w:rsidRDefault="00BC4E80">
      <w:pPr>
        <w:spacing w:after="200"/>
        <w:jc w:val="center"/>
      </w:pPr>
      <w:r>
        <w:rPr>
          <w:rFonts w:ascii="Times New Roman" w:hAnsi="Times New Roman" w:cs="Times New Roman" w:eastAsia="Times New Roman"/>
          <w:b/>
          <w:sz w:val="32"/>
        </w:rPr>
        <w:t>РАЗДЕЛ IV</w:t>
      </w:r>
    </w:p>
    <w:p w14:paraId="5EB3D39E" w14:textId="77777777" w:rsidR="00BC4E80" w:rsidRDefault="00BC4E80">
      <w:pPr>
        <w:jc w:val="center"/>
      </w:pPr>
      <w:r>
        <w:rPr>
          <w:rFonts w:ascii="Times New Roman" w:hAnsi="Times New Roman" w:cs="Times New Roman" w:eastAsia="Times New Roman"/>
          <w:b/>
          <w:sz w:val="28"/>
        </w:rPr>
        <w:t>ИЗБИРАЕМИ ЧАСОВЕ И СПОРТНИ ДЕЙНОСТИ</w:t>
      </w:r>
    </w:p>
    <w:p w14:paraId="33CA2B6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32 към Правилника за дейността на училището</w:t>
      </w:r>
    </w:p>
    <w:p w14:paraId="6DEF70B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035928A" wp14:editId="724371E6">
            <wp:extent cx="6483600" cy="117515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5C52BED" w14:textId="77777777" w:rsidR="00BC4E80" w:rsidRDefault="00BC4E80">
      <w:pPr>
        <w:spacing w:after="160"/>
      </w:pPr>
      <w:r>
        <w:rPr>
          <w:rFonts w:ascii="Times New Roman" w:hAnsi="Times New Roman" w:cs="Times New Roman" w:eastAsia="Times New Roman"/>
        </w:rPr>
        <w:t>Вх. № ………………………………………………………… / ………………………………………………… г.</w:t>
      </w:r>
    </w:p>
    <w:p w14:paraId="4832E329" w14:textId="77777777" w:rsidR="00BC4E80" w:rsidRDefault="00BC4E80">
      <w:r>
        <w:rPr>
          <w:rFonts w:ascii="Times New Roman" w:hAnsi="Times New Roman" w:cs="Times New Roman" w:eastAsia="Times New Roman"/>
          <w:b/>
          <w:sz w:val="24"/>
        </w:rPr>
        <w:t>ДО</w:t>
      </w:r>
    </w:p>
    <w:p w14:paraId="63418158" w14:textId="77777777" w:rsidR="00BC4E80" w:rsidRDefault="00BC4E80">
      <w:r>
        <w:rPr>
          <w:rFonts w:ascii="Times New Roman" w:hAnsi="Times New Roman" w:cs="Times New Roman" w:eastAsia="Times New Roman"/>
          <w:b/>
          <w:sz w:val="24"/>
        </w:rPr>
        <w:t>ДИРЕКТОРА</w:t>
      </w:r>
    </w:p>
    <w:p w14:paraId="630C0AEC" w14:textId="77777777" w:rsidR="00BC4E80" w:rsidRDefault="00BC4E80">
      <w:r>
        <w:rPr>
          <w:rFonts w:ascii="Times New Roman" w:hAnsi="Times New Roman" w:cs="Times New Roman" w:eastAsia="Times New Roman"/>
          <w:b/>
          <w:sz w:val="24"/>
        </w:rPr>
        <w:t>НА ПГМКР „СВЕТИ НИКОЛА“</w:t>
      </w:r>
    </w:p>
    <w:p w14:paraId="600BE689" w14:textId="77777777" w:rsidR="00BC4E80" w:rsidRDefault="00BC4E80">
      <w:r>
        <w:rPr>
          <w:rFonts w:ascii="Times New Roman" w:hAnsi="Times New Roman" w:cs="Times New Roman" w:eastAsia="Times New Roman"/>
          <w:b/>
          <w:sz w:val="24"/>
        </w:rPr>
        <w:t>ГР. БУРГАС</w:t>
      </w:r>
    </w:p>
    <w:p w14:paraId="4397F7B3" w14:textId="77777777" w:rsidR="00BC4E80" w:rsidRDefault="00BC4E80">
      <w:pPr>
        <w:spacing w:after="160"/>
      </w:pPr>
    </w:p>
    <w:p w14:paraId="38067761"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6B1E868C" w14:textId="77777777" w:rsidR="00BC4E80" w:rsidRDefault="00BC4E80">
      <w:pPr>
        <w:spacing w:after="80"/>
        <w:jc w:val="center"/>
      </w:pPr>
      <w:r>
        <w:rPr>
          <w:rFonts w:ascii="Times New Roman" w:hAnsi="Times New Roman" w:cs="Times New Roman" w:eastAsia="Times New Roman"/>
          <w:b/>
        </w:rPr>
        <w:t>за избор на разширена професионална подготовка и факултативни учебни часове</w:t>
      </w:r>
    </w:p>
    <w:p w14:paraId="0D1C9F8D" w14:textId="77777777" w:rsidR="00BC4E80" w:rsidRDefault="00BC4E80">
      <w:pPr>
        <w:spacing w:after="160"/>
        <w:jc w:val="center"/>
      </w:pPr>
      <w:r>
        <w:rPr>
          <w:rFonts w:ascii="Times New Roman" w:hAnsi="Times New Roman" w:cs="Times New Roman" w:eastAsia="Times New Roman"/>
          <w:i/>
          <w:sz w:val="20"/>
        </w:rPr>
        <w:t>чл. 77 от ПДУ; Наредба № 4 от 30.11.2015 г. за учебния план – подава се две седмици преди края на предходната учебна година</w:t>
      </w:r>
    </w:p>
    <w:p w14:paraId="1E218CE9" w14:textId="77777777" w:rsidR="00BC4E80" w:rsidRDefault="00BC4E80">
      <w:pPr>
        <w:spacing w:after="40"/>
      </w:pPr>
      <w:r>
        <w:rPr>
          <w:rFonts w:ascii="Times New Roman" w:hAnsi="Times New Roman" w:cs="Times New Roman" w:eastAsia="Times New Roman"/>
          <w:sz w:val="24"/>
        </w:rPr>
        <w:t>от …………………………………………………………………………………………………………</w:t>
      </w:r>
    </w:p>
    <w:p w14:paraId="08279253" w14:textId="77777777" w:rsidR="00BC4E80" w:rsidRDefault="00BC4E80">
      <w:pPr>
        <w:spacing w:after="40"/>
      </w:pPr>
      <w:r>
        <w:rPr>
          <w:rFonts w:ascii="Times New Roman" w:hAnsi="Times New Roman" w:cs="Times New Roman" w:eastAsia="Times New Roman"/>
          <w:sz w:val="24"/>
        </w:rPr>
        <w:t>/трите имена на ученика/</w:t>
      </w:r>
    </w:p>
    <w:p w14:paraId="71253F29" w14:textId="77777777" w:rsidR="00BC4E80" w:rsidRDefault="00BC4E80">
      <w:pPr>
        <w:spacing w:after="40"/>
      </w:pPr>
      <w:r>
        <w:rPr>
          <w:rFonts w:ascii="Times New Roman" w:hAnsi="Times New Roman" w:cs="Times New Roman" w:eastAsia="Times New Roman"/>
          <w:sz w:val="24"/>
        </w:rPr>
        <w:t>ученик/ученичка от …………………… клас за учебната 20…………………… / 20…………………… г.</w:t>
      </w:r>
    </w:p>
    <w:p w14:paraId="3CF4ECE6" w14:textId="77777777" w:rsidR="00BC4E80" w:rsidRDefault="00BC4E80">
      <w:pPr>
        <w:spacing w:after="40"/>
      </w:pPr>
      <w:r>
        <w:rPr>
          <w:rFonts w:ascii="Times New Roman" w:hAnsi="Times New Roman" w:cs="Times New Roman" w:eastAsia="Times New Roman"/>
          <w:sz w:val="24"/>
        </w:rPr>
        <w:t>Специалност: ……………………………………………………………………………………………</w:t>
      </w:r>
    </w:p>
    <w:p w14:paraId="1B3107B4" w14:textId="77777777" w:rsidR="00BC4E80" w:rsidRDefault="00BC4E80">
      <w:pPr>
        <w:spacing w:after="80"/>
      </w:pPr>
    </w:p>
    <w:p w14:paraId="43013731" w14:textId="77777777" w:rsidR="00BC4E80" w:rsidRDefault="00BC4E80">
      <w:pPr>
        <w:spacing w:after="120"/>
      </w:pPr>
      <w:r>
        <w:rPr>
          <w:rFonts w:ascii="Times New Roman" w:hAnsi="Times New Roman" w:cs="Times New Roman" w:eastAsia="Times New Roman"/>
          <w:b/>
          <w:sz w:val="24"/>
        </w:rPr>
        <w:t>УВАЖАЕМА ГОСПОЖО ДИРЕКТОР,</w:t>
      </w:r>
    </w:p>
    <w:p w14:paraId="20AF327D" w14:textId="77777777" w:rsidR="00BC4E80" w:rsidRDefault="00BC4E80">
      <w:pPr>
        <w:spacing w:after="80"/>
      </w:pPr>
      <w:r>
        <w:rPr>
          <w:rFonts w:ascii="Times New Roman" w:hAnsi="Times New Roman" w:cs="Times New Roman" w:eastAsia="Times New Roman"/>
          <w:sz w:val="24"/>
        </w:rPr>
        <w:t>Заявявам желание през учебната 20…………………… / 20…………………… година да изучавам:</w:t>
      </w:r>
    </w:p>
    <w:p w14:paraId="7C309729" w14:textId="77777777" w:rsidR="00BC4E80" w:rsidRDefault="00BC4E80">
      <w:pPr>
        <w:spacing w:after="80"/>
        <w:jc w:val="both"/>
      </w:pPr>
      <w:r>
        <w:rPr>
          <w:rFonts w:ascii="Times New Roman" w:hAnsi="Times New Roman" w:cs="Times New Roman" w:eastAsia="Times New Roman"/>
          <w:sz w:val="24"/>
        </w:rPr>
        <w:t>I. Разширена професионална подготовка (РПП) – учебни предмети / модули:</w:t>
      </w:r>
    </w:p>
    <w:p w14:paraId="6F23F11C" w14:textId="77777777" w:rsidR="00BC4E80" w:rsidRDefault="00BC4E80">
      <w:pPr>
        <w:spacing w:after="80"/>
      </w:pPr>
      <w:r>
        <w:rPr>
          <w:rFonts w:ascii="Times New Roman" w:hAnsi="Times New Roman" w:cs="Times New Roman" w:eastAsia="Times New Roman"/>
          <w:sz w:val="24"/>
        </w:rPr>
        <w:t>1. ……………………………………………………………………………………………………………</w:t>
      </w:r>
    </w:p>
    <w:p w14:paraId="50E5AAB1" w14:textId="77777777" w:rsidR="00BC4E80" w:rsidRDefault="00BC4E80">
      <w:pPr>
        <w:spacing w:after="80"/>
      </w:pPr>
      <w:r>
        <w:rPr>
          <w:rFonts w:ascii="Times New Roman" w:hAnsi="Times New Roman" w:cs="Times New Roman" w:eastAsia="Times New Roman"/>
          <w:sz w:val="24"/>
        </w:rPr>
        <w:t>2. ……………………………………………………………………………………………………………</w:t>
      </w:r>
    </w:p>
    <w:p w14:paraId="15D23B52" w14:textId="77777777" w:rsidR="00BC4E80" w:rsidRDefault="00BC4E80">
      <w:pPr>
        <w:spacing w:after="80"/>
        <w:jc w:val="both"/>
      </w:pPr>
      <w:r>
        <w:rPr>
          <w:rFonts w:ascii="Times New Roman" w:hAnsi="Times New Roman" w:cs="Times New Roman" w:eastAsia="Times New Roman"/>
          <w:sz w:val="24"/>
        </w:rPr>
        <w:t>II. Факултативни учебни часове (ФУЧ) – учебни предмети:</w:t>
      </w:r>
    </w:p>
    <w:p w14:paraId="3D3A654C" w14:textId="77777777" w:rsidR="00BC4E80" w:rsidRDefault="00BC4E80">
      <w:pPr>
        <w:spacing w:after="80"/>
      </w:pPr>
      <w:r>
        <w:rPr>
          <w:rFonts w:ascii="Times New Roman" w:hAnsi="Times New Roman" w:cs="Times New Roman" w:eastAsia="Times New Roman"/>
          <w:sz w:val="24"/>
        </w:rPr>
        <w:t>1. ……………………………………………………………………………………………………………</w:t>
      </w:r>
    </w:p>
    <w:p w14:paraId="044CEA68" w14:textId="77777777" w:rsidR="00BC4E80" w:rsidRDefault="00BC4E80">
      <w:pPr>
        <w:spacing w:after="80"/>
      </w:pPr>
      <w:r>
        <w:rPr>
          <w:rFonts w:ascii="Times New Roman" w:hAnsi="Times New Roman" w:cs="Times New Roman" w:eastAsia="Times New Roman"/>
          <w:sz w:val="24"/>
        </w:rPr>
        <w:t>2. ……………………………………………………………………………………………………………</w:t>
      </w:r>
    </w:p>
    <w:p w14:paraId="15C94A70" w14:textId="77777777" w:rsidR="00BC4E80" w:rsidRDefault="00BC4E80">
      <w:pPr>
        <w:spacing w:after="80"/>
        <w:jc w:val="both"/>
      </w:pPr>
      <w:r>
        <w:rPr>
          <w:rFonts w:ascii="Times New Roman" w:hAnsi="Times New Roman" w:cs="Times New Roman" w:eastAsia="Times New Roman"/>
          <w:sz w:val="24"/>
        </w:rPr>
        <w:t>III. Трети допълнителен държавен зрелостен изпит (за XII клас) – учебен предмет:</w:t>
      </w:r>
    </w:p>
    <w:p w14:paraId="66395612" w14:textId="77777777" w:rsidR="00BC4E80" w:rsidRDefault="00BC4E80">
      <w:pPr>
        <w:spacing w:after="80"/>
      </w:pPr>
      <w:r>
        <w:rPr>
          <w:rFonts w:ascii="Times New Roman" w:hAnsi="Times New Roman" w:cs="Times New Roman" w:eastAsia="Times New Roman"/>
          <w:sz w:val="24"/>
        </w:rPr>
        <w:t>………………………………………………………………………………………………………………</w:t>
      </w:r>
    </w:p>
    <w:p w14:paraId="40A7D0E6" w14:textId="77777777" w:rsidR="00BC4E80" w:rsidRDefault="00BC4E80">
      <w:pPr>
        <w:spacing w:after="80"/>
        <w:jc w:val="both"/>
      </w:pPr>
      <w:r>
        <w:rPr>
          <w:rFonts w:ascii="Times New Roman" w:hAnsi="Times New Roman" w:cs="Times New Roman" w:eastAsia="Times New Roman"/>
          <w:sz w:val="24"/>
        </w:rPr>
        <w:t>Известно ми е, че направеният избор е задължителен за изучаване през цялата учебна година и че оценките се вписват в документите за завършен клас и степен на образование.</w:t>
      </w:r>
    </w:p>
    <w:p w14:paraId="0105D1AA" w14:textId="77777777" w:rsidR="00BC4E80" w:rsidRDefault="00BC4E80">
      <w:pPr>
        <w:spacing w:after="200"/>
      </w:pPr>
    </w:p>
    <w:p w14:paraId="57490C85"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28723923"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4106CB7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33 към Правилника за дейността на училището</w:t>
      </w:r>
    </w:p>
    <w:p w14:paraId="3CB815E1"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075867C" wp14:editId="57B4F553">
            <wp:extent cx="6483600" cy="117515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D2C326D" w14:textId="77777777" w:rsidR="00BC4E80" w:rsidRDefault="00BC4E80">
      <w:pPr>
        <w:spacing w:after="160"/>
      </w:pPr>
      <w:r>
        <w:rPr>
          <w:rFonts w:ascii="Times New Roman" w:hAnsi="Times New Roman" w:cs="Times New Roman" w:eastAsia="Times New Roman"/>
        </w:rPr>
        <w:t>Вх. № ………………………………………………………… / ………………………………………………… г.</w:t>
      </w:r>
    </w:p>
    <w:p w14:paraId="239769B3" w14:textId="77777777" w:rsidR="00BC4E80" w:rsidRDefault="00BC4E80">
      <w:r>
        <w:rPr>
          <w:rFonts w:ascii="Times New Roman" w:hAnsi="Times New Roman" w:cs="Times New Roman" w:eastAsia="Times New Roman"/>
          <w:b/>
          <w:sz w:val="24"/>
        </w:rPr>
        <w:t>ДО</w:t>
      </w:r>
    </w:p>
    <w:p w14:paraId="02BEB34D" w14:textId="77777777" w:rsidR="00BC4E80" w:rsidRDefault="00BC4E80">
      <w:r>
        <w:rPr>
          <w:rFonts w:ascii="Times New Roman" w:hAnsi="Times New Roman" w:cs="Times New Roman" w:eastAsia="Times New Roman"/>
          <w:b/>
          <w:sz w:val="24"/>
        </w:rPr>
        <w:t>ДИРЕКТОРА</w:t>
      </w:r>
    </w:p>
    <w:p w14:paraId="68F13815" w14:textId="77777777" w:rsidR="00BC4E80" w:rsidRDefault="00BC4E80">
      <w:r>
        <w:rPr>
          <w:rFonts w:ascii="Times New Roman" w:hAnsi="Times New Roman" w:cs="Times New Roman" w:eastAsia="Times New Roman"/>
          <w:b/>
          <w:sz w:val="24"/>
        </w:rPr>
        <w:t>НА ПГМКР „СВЕТИ НИКОЛА“</w:t>
      </w:r>
    </w:p>
    <w:p w14:paraId="090176CB" w14:textId="77777777" w:rsidR="00BC4E80" w:rsidRDefault="00BC4E80">
      <w:r>
        <w:rPr>
          <w:rFonts w:ascii="Times New Roman" w:hAnsi="Times New Roman" w:cs="Times New Roman" w:eastAsia="Times New Roman"/>
          <w:b/>
          <w:sz w:val="24"/>
        </w:rPr>
        <w:t>ГР. БУРГАС</w:t>
      </w:r>
    </w:p>
    <w:p w14:paraId="18370937" w14:textId="77777777" w:rsidR="00BC4E80" w:rsidRDefault="00BC4E80">
      <w:pPr>
        <w:spacing w:after="160"/>
      </w:pPr>
    </w:p>
    <w:p w14:paraId="126930B1"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687DA222" w14:textId="77777777" w:rsidR="00BC4E80" w:rsidRDefault="00BC4E80">
      <w:pPr>
        <w:spacing w:after="80"/>
        <w:jc w:val="center"/>
      </w:pPr>
      <w:r>
        <w:rPr>
          <w:rFonts w:ascii="Times New Roman" w:hAnsi="Times New Roman" w:cs="Times New Roman" w:eastAsia="Times New Roman"/>
          <w:b/>
        </w:rPr>
        <w:t>за участие в спортни дейности</w:t>
      </w:r>
    </w:p>
    <w:p w14:paraId="36C1D628" w14:textId="77777777" w:rsidR="00BC4E80" w:rsidRDefault="00BC4E80">
      <w:pPr>
        <w:spacing w:after="160"/>
        <w:jc w:val="center"/>
      </w:pPr>
      <w:r>
        <w:rPr>
          <w:rFonts w:ascii="Times New Roman" w:hAnsi="Times New Roman" w:cs="Times New Roman" w:eastAsia="Times New Roman"/>
          <w:i/>
          <w:sz w:val="20"/>
        </w:rPr>
        <w:t>чл. 77, ал. 3 от ПДУ; чл. 92, ал. 1 от ЗПУО – организиране на спортни дейности</w:t>
      </w:r>
    </w:p>
    <w:p w14:paraId="45419446" w14:textId="77777777" w:rsidR="00BC4E80" w:rsidRDefault="00BC4E80">
      <w:pPr>
        <w:spacing w:after="40"/>
      </w:pPr>
      <w:r>
        <w:rPr>
          <w:rFonts w:ascii="Times New Roman" w:hAnsi="Times New Roman" w:cs="Times New Roman" w:eastAsia="Times New Roman"/>
          <w:sz w:val="24"/>
        </w:rPr>
        <w:t>от …………………………………………………………………………………………………………</w:t>
      </w:r>
    </w:p>
    <w:p w14:paraId="7FE20FCD" w14:textId="77777777" w:rsidR="00BC4E80" w:rsidRDefault="00BC4E80">
      <w:pPr>
        <w:spacing w:after="40"/>
      </w:pPr>
      <w:r>
        <w:rPr>
          <w:rFonts w:ascii="Times New Roman" w:hAnsi="Times New Roman" w:cs="Times New Roman" w:eastAsia="Times New Roman"/>
          <w:sz w:val="24"/>
        </w:rPr>
        <w:t>/трите имена на ученика/</w:t>
      </w:r>
    </w:p>
    <w:p w14:paraId="1E852B87" w14:textId="77777777" w:rsidR="00BC4E80" w:rsidRDefault="00BC4E80">
      <w:pPr>
        <w:spacing w:after="40"/>
      </w:pPr>
      <w:r>
        <w:rPr>
          <w:rFonts w:ascii="Times New Roman" w:hAnsi="Times New Roman" w:cs="Times New Roman" w:eastAsia="Times New Roman"/>
          <w:sz w:val="24"/>
        </w:rPr>
        <w:t>ученик/ученичка от …………… клас, специалност ……………………………………………………</w:t>
      </w:r>
    </w:p>
    <w:p w14:paraId="75E39DDA" w14:textId="77777777" w:rsidR="00BC4E80" w:rsidRDefault="00BC4E80">
      <w:pPr>
        <w:spacing w:after="80"/>
      </w:pPr>
    </w:p>
    <w:p w14:paraId="382B9CCC" w14:textId="77777777" w:rsidR="00BC4E80" w:rsidRDefault="00BC4E80">
      <w:pPr>
        <w:spacing w:after="120"/>
      </w:pPr>
      <w:r>
        <w:rPr>
          <w:rFonts w:ascii="Times New Roman" w:hAnsi="Times New Roman" w:cs="Times New Roman" w:eastAsia="Times New Roman"/>
          <w:b/>
          <w:sz w:val="24"/>
        </w:rPr>
        <w:t>УВАЖАЕМА ГОСПОЖО ДИРЕКТОР,</w:t>
      </w:r>
    </w:p>
    <w:p w14:paraId="7C2B0776" w14:textId="77777777" w:rsidR="00BC4E80" w:rsidRDefault="00BC4E80">
      <w:pPr>
        <w:spacing w:after="80"/>
      </w:pPr>
      <w:r>
        <w:rPr>
          <w:rFonts w:ascii="Times New Roman" w:hAnsi="Times New Roman" w:cs="Times New Roman" w:eastAsia="Times New Roman"/>
          <w:sz w:val="24"/>
        </w:rPr>
        <w:t>Заявявам желание през учебната 20…………………… / 20…………………… година да участвам в организираните от училището спортни дейности по:</w:t>
      </w:r>
    </w:p>
    <w:p w14:paraId="19CA3367" w14:textId="77777777" w:rsidR="00BC4E80" w:rsidRDefault="00BC4E80">
      <w:pPr>
        <w:spacing w:after="80"/>
      </w:pPr>
      <w:r>
        <w:rPr>
          <w:rFonts w:ascii="Times New Roman" w:hAnsi="Times New Roman" w:cs="Times New Roman" w:eastAsia="Times New Roman"/>
          <w:sz w:val="24"/>
        </w:rPr>
        <w:t>☐ волейбол   ☐ баскетбол   ☐ футбол   ☐ плуване   ☐ гребане и ветроходство   ☐ лека атлетика   ☐ друго: ……………………</w:t>
      </w:r>
    </w:p>
    <w:p w14:paraId="7D22C1DE" w14:textId="77777777" w:rsidR="00BC4E80" w:rsidRDefault="00BC4E80">
      <w:pPr>
        <w:spacing w:after="80"/>
        <w:jc w:val="both"/>
      </w:pPr>
      <w:r>
        <w:rPr>
          <w:rFonts w:ascii="Times New Roman" w:hAnsi="Times New Roman" w:cs="Times New Roman" w:eastAsia="Times New Roman"/>
          <w:sz w:val="24"/>
        </w:rPr>
        <w:t>Декларирам, че нямам здравословни противопоказания за участие в избраната спортна дейност.</w:t>
      </w:r>
    </w:p>
    <w:p w14:paraId="39745E7B" w14:textId="77777777" w:rsidR="00BC4E80" w:rsidRDefault="00BC4E80">
      <w:pPr>
        <w:spacing w:after="80"/>
        <w:jc w:val="both"/>
      </w:pPr>
      <w:r>
        <w:rPr>
          <w:rFonts w:ascii="Times New Roman" w:hAnsi="Times New Roman" w:cs="Times New Roman" w:eastAsia="Times New Roman"/>
          <w:sz w:val="24"/>
        </w:rPr>
        <w:t>Известно ми е, че спортните дейности се провеждат по утвърден от директора график и че участието е задължително след подаване на настоящото заявление.</w:t>
      </w:r>
    </w:p>
    <w:p w14:paraId="40595FD6" w14:textId="77777777" w:rsidR="00BC4E80" w:rsidRDefault="00BC4E80">
      <w:pPr>
        <w:spacing w:after="200"/>
      </w:pPr>
    </w:p>
    <w:p w14:paraId="3FBE75B3"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08B62F85"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5049AC79" w14:textId="77777777" w:rsidR="00BC4E80" w:rsidRDefault="00BC4E80">
      <w:pPr>
        <w:pageBreakBefore/>
        <w:spacing w:after="2800"/>
      </w:pPr>
    </w:p>
    <w:p w14:paraId="356A8FC6" w14:textId="77777777" w:rsidR="00BC4E80" w:rsidRDefault="00BC4E80">
      <w:pPr>
        <w:spacing w:after="200"/>
        <w:jc w:val="center"/>
      </w:pPr>
      <w:r>
        <w:rPr>
          <w:rFonts w:ascii="Times New Roman" w:hAnsi="Times New Roman" w:cs="Times New Roman" w:eastAsia="Times New Roman"/>
          <w:b/>
          <w:sz w:val="32"/>
        </w:rPr>
        <w:t>РАЗДЕЛ V</w:t>
      </w:r>
    </w:p>
    <w:p w14:paraId="541A7565" w14:textId="77777777" w:rsidR="00BC4E80" w:rsidRDefault="00BC4E80">
      <w:pPr>
        <w:jc w:val="center"/>
      </w:pPr>
      <w:r>
        <w:rPr>
          <w:rFonts w:ascii="Times New Roman" w:hAnsi="Times New Roman" w:cs="Times New Roman" w:eastAsia="Times New Roman"/>
          <w:b/>
          <w:sz w:val="28"/>
        </w:rPr>
        <w:t>СТИПЕНДИИ ПО ПМС № 328 ОТ 21.12.2017 Г.</w:t>
      </w:r>
    </w:p>
    <w:p w14:paraId="16169510"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34 към Правилника за дейността на училището</w:t>
      </w:r>
    </w:p>
    <w:p w14:paraId="7B61337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434466B" wp14:editId="747E6BD5">
            <wp:extent cx="6483600" cy="117515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B006652" w14:textId="77777777" w:rsidR="00BC4E80" w:rsidRDefault="00BC4E80">
      <w:pPr>
        <w:spacing w:after="160"/>
      </w:pPr>
      <w:r>
        <w:rPr>
          <w:rFonts w:ascii="Times New Roman" w:hAnsi="Times New Roman" w:cs="Times New Roman" w:eastAsia="Times New Roman"/>
        </w:rPr>
        <w:t>Вх. № ………………………………………………………… / ………………………………………………… г.</w:t>
      </w:r>
    </w:p>
    <w:p w14:paraId="39624F00" w14:textId="77777777" w:rsidR="00BC4E80" w:rsidRDefault="00BC4E80">
      <w:r>
        <w:rPr>
          <w:rFonts w:ascii="Times New Roman" w:hAnsi="Times New Roman" w:cs="Times New Roman" w:eastAsia="Times New Roman"/>
          <w:b/>
          <w:sz w:val="24"/>
        </w:rPr>
        <w:t>ДО</w:t>
      </w:r>
    </w:p>
    <w:p w14:paraId="0B7D8C78" w14:textId="77777777" w:rsidR="00BC4E80" w:rsidRDefault="00BC4E80">
      <w:r>
        <w:rPr>
          <w:rFonts w:ascii="Times New Roman" w:hAnsi="Times New Roman" w:cs="Times New Roman" w:eastAsia="Times New Roman"/>
          <w:b/>
          <w:sz w:val="24"/>
        </w:rPr>
        <w:t>ДИРЕКТОРА</w:t>
      </w:r>
    </w:p>
    <w:p w14:paraId="6A82866C" w14:textId="77777777" w:rsidR="00BC4E80" w:rsidRDefault="00BC4E80">
      <w:r>
        <w:rPr>
          <w:rFonts w:ascii="Times New Roman" w:hAnsi="Times New Roman" w:cs="Times New Roman" w:eastAsia="Times New Roman"/>
          <w:b/>
          <w:sz w:val="24"/>
        </w:rPr>
        <w:t>НА ПГМКР „СВЕТИ НИКОЛА“</w:t>
      </w:r>
    </w:p>
    <w:p w14:paraId="2C6BCB3B" w14:textId="77777777" w:rsidR="00BC4E80" w:rsidRDefault="00BC4E80">
      <w:r>
        <w:rPr>
          <w:rFonts w:ascii="Times New Roman" w:hAnsi="Times New Roman" w:cs="Times New Roman" w:eastAsia="Times New Roman"/>
          <w:b/>
          <w:sz w:val="24"/>
        </w:rPr>
        <w:t>ГР. БУРГАС</w:t>
      </w:r>
    </w:p>
    <w:p w14:paraId="3E6062C9" w14:textId="77777777" w:rsidR="00BC4E80" w:rsidRDefault="00BC4E80">
      <w:pPr>
        <w:spacing w:after="160"/>
      </w:pPr>
    </w:p>
    <w:p w14:paraId="12BA9662" w14:textId="77777777" w:rsidR="00BC4E80" w:rsidRDefault="00BC4E80">
      <w:pPr>
        <w:spacing w:before="80" w:after="40"/>
        <w:jc w:val="center"/>
      </w:pPr>
      <w:r>
        <w:rPr>
          <w:rFonts w:ascii="Times New Roman" w:hAnsi="Times New Roman" w:cs="Times New Roman" w:eastAsia="Times New Roman"/>
          <w:b/>
          <w:sz w:val="26"/>
        </w:rPr>
        <w:t>З А Я В Л Е Н И Е - Д Е К Л А Р А Ц И Я</w:t>
      </w:r>
    </w:p>
    <w:p w14:paraId="1B27ED85" w14:textId="77777777" w:rsidR="00BC4E80" w:rsidRDefault="00BC4E80">
      <w:pPr>
        <w:spacing w:after="80"/>
        <w:jc w:val="center"/>
      </w:pPr>
      <w:r>
        <w:rPr>
          <w:rFonts w:ascii="Times New Roman" w:hAnsi="Times New Roman" w:cs="Times New Roman" w:eastAsia="Times New Roman"/>
          <w:b/>
        </w:rPr>
        <w:t>Стипендия за постигнати образователни резултати</w:t>
      </w:r>
    </w:p>
    <w:p w14:paraId="65CFB878" w14:textId="77777777" w:rsidR="00BC4E80" w:rsidRDefault="00BC4E80">
      <w:pPr>
        <w:spacing w:after="160"/>
        <w:jc w:val="center"/>
      </w:pPr>
      <w:r>
        <w:rPr>
          <w:rFonts w:ascii="Times New Roman" w:hAnsi="Times New Roman" w:cs="Times New Roman" w:eastAsia="Times New Roman"/>
          <w:i/>
          <w:sz w:val="20"/>
        </w:rPr>
        <w:t>чл. 4, ал. 1, т. 1 от ПМС № 328 от 2017 г.</w:t>
      </w:r>
    </w:p>
    <w:p w14:paraId="6CE4B36D" w14:textId="77777777" w:rsidR="00BC4E80" w:rsidRDefault="00BC4E80">
      <w:pPr>
        <w:spacing w:after="40"/>
      </w:pPr>
      <w:r>
        <w:rPr>
          <w:rFonts w:ascii="Times New Roman" w:hAnsi="Times New Roman" w:cs="Times New Roman" w:eastAsia="Times New Roman"/>
          <w:sz w:val="24"/>
        </w:rPr>
        <w:t>от …………………………………………………………………………………………………………</w:t>
      </w:r>
    </w:p>
    <w:p w14:paraId="1CC442A7" w14:textId="77777777" w:rsidR="00BC4E80" w:rsidRDefault="00BC4E80">
      <w:pPr>
        <w:spacing w:after="40"/>
      </w:pPr>
      <w:r>
        <w:rPr>
          <w:rFonts w:ascii="Times New Roman" w:hAnsi="Times New Roman" w:cs="Times New Roman" w:eastAsia="Times New Roman"/>
          <w:sz w:val="24"/>
        </w:rPr>
        <w:t>/трите имена на ученика/</w:t>
      </w:r>
    </w:p>
    <w:p w14:paraId="303DC36E"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4C7F26BB" w14:textId="77777777" w:rsidR="00BC4E80" w:rsidRDefault="00BC4E80">
      <w:pPr>
        <w:spacing w:after="40"/>
      </w:pPr>
      <w:r>
        <w:rPr>
          <w:rFonts w:ascii="Times New Roman" w:hAnsi="Times New Roman" w:cs="Times New Roman" w:eastAsia="Times New Roman"/>
          <w:sz w:val="24"/>
        </w:rPr>
        <w:t>адрес ……………………………………………………………, телефон ………………………………</w:t>
      </w:r>
    </w:p>
    <w:p w14:paraId="44FDB09F" w14:textId="77777777" w:rsidR="00BC4E80" w:rsidRDefault="00BC4E80">
      <w:pPr>
        <w:spacing w:after="40"/>
      </w:pPr>
      <w:r>
        <w:rPr>
          <w:rFonts w:ascii="Times New Roman" w:hAnsi="Times New Roman" w:cs="Times New Roman" w:eastAsia="Times New Roman"/>
          <w:sz w:val="24"/>
        </w:rPr>
        <w:t>банкова сметка (IBAN) …………………………………………………………………………………</w:t>
      </w:r>
    </w:p>
    <w:p w14:paraId="536D91B0" w14:textId="77777777" w:rsidR="00BC4E80" w:rsidRDefault="00BC4E80">
      <w:pPr>
        <w:spacing w:after="80"/>
      </w:pPr>
    </w:p>
    <w:p w14:paraId="2D7AE32E"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E6A382C" w14:textId="77777777" w:rsidR="00BC4E80" w:rsidRDefault="00BC4E80">
      <w:pPr>
        <w:spacing w:after="80"/>
      </w:pPr>
      <w:r>
        <w:rPr>
          <w:rFonts w:ascii="Times New Roman" w:hAnsi="Times New Roman" w:cs="Times New Roman" w:eastAsia="Times New Roman"/>
          <w:sz w:val="24"/>
        </w:rPr>
        <w:t>Моля да ми бъде отпусната месечна стипендия – стипендия за постигнати образователни резултати – за …………………… учебен срок на учебната 20…………………… / 20…………………… година.</w:t>
      </w:r>
    </w:p>
    <w:p w14:paraId="2BF9CF5F" w14:textId="77777777" w:rsidR="00BC4E80" w:rsidRDefault="00BC4E80">
      <w:pPr>
        <w:spacing w:after="80"/>
      </w:pPr>
      <w:r>
        <w:rPr>
          <w:rFonts w:ascii="Times New Roman" w:hAnsi="Times New Roman" w:cs="Times New Roman" w:eastAsia="Times New Roman"/>
          <w:sz w:val="24"/>
        </w:rPr>
        <w:t>Успех от предходния учебен срок / година: ……………………………………………………………</w:t>
      </w:r>
    </w:p>
    <w:p w14:paraId="29952BC1" w14:textId="77777777" w:rsidR="00BC4E80" w:rsidRDefault="00BC4E80">
      <w:pPr>
        <w:spacing w:after="80"/>
      </w:pPr>
      <w:r>
        <w:rPr>
          <w:rFonts w:ascii="Times New Roman" w:hAnsi="Times New Roman" w:cs="Times New Roman" w:eastAsia="Times New Roman"/>
          <w:sz w:val="24"/>
        </w:rPr>
        <w:t>Брой неизвинени отсъствия за периода: ………………………………………………………………</w:t>
      </w:r>
    </w:p>
    <w:p w14:paraId="5ABC6673" w14:textId="77777777" w:rsidR="00BC4E80" w:rsidRDefault="00BC4E80">
      <w:pPr>
        <w:spacing w:after="80"/>
      </w:pPr>
      <w:r>
        <w:rPr>
          <w:rFonts w:ascii="Times New Roman" w:hAnsi="Times New Roman" w:cs="Times New Roman" w:eastAsia="Times New Roman"/>
          <w:sz w:val="24"/>
        </w:rPr>
        <w:t>Наложени санкции по чл. 199 от ЗПУО: ☐ няма   ☐ има – ……………………………………………</w:t>
      </w:r>
    </w:p>
    <w:p w14:paraId="08B333BB" w14:textId="77777777" w:rsidR="00BC4E80" w:rsidRDefault="00BC4E80">
      <w:pPr>
        <w:spacing w:after="80"/>
        <w:jc w:val="both"/>
      </w:pPr>
      <w:r>
        <w:rPr>
          <w:rFonts w:ascii="Times New Roman" w:hAnsi="Times New Roman" w:cs="Times New Roman" w:eastAsia="Times New Roman"/>
          <w:sz w:val="24"/>
        </w:rPr>
        <w:t>Декларирам, че:</w:t>
      </w:r>
    </w:p>
    <w:p w14:paraId="5DD43A44" w14:textId="77777777" w:rsidR="00BC4E80" w:rsidRDefault="00BC4E80">
      <w:pPr>
        <w:spacing w:after="80"/>
        <w:jc w:val="both"/>
      </w:pPr>
      <w:r>
        <w:rPr>
          <w:rFonts w:ascii="Times New Roman" w:hAnsi="Times New Roman" w:cs="Times New Roman" w:eastAsia="Times New Roman"/>
          <w:sz w:val="24"/>
        </w:rPr>
        <w:t>1. Не получавам друга месечна стипендия от училището, освен по реда на чл. 7 от ПМС № 328;</w:t>
      </w:r>
    </w:p>
    <w:p w14:paraId="31CC186C" w14:textId="77777777" w:rsidR="00BC4E80" w:rsidRDefault="00BC4E80">
      <w:pPr>
        <w:spacing w:after="80"/>
        <w:jc w:val="both"/>
      </w:pPr>
      <w:r>
        <w:rPr>
          <w:rFonts w:ascii="Times New Roman" w:hAnsi="Times New Roman" w:cs="Times New Roman" w:eastAsia="Times New Roman"/>
          <w:sz w:val="24"/>
        </w:rPr>
        <w:t>2. Не съм повтарял/а учебната година, освен по здравословни причини;</w:t>
      </w:r>
    </w:p>
    <w:p w14:paraId="7DD1B947" w14:textId="77777777" w:rsidR="00BC4E80" w:rsidRDefault="00BC4E80">
      <w:pPr>
        <w:spacing w:after="80"/>
        <w:jc w:val="both"/>
      </w:pPr>
      <w:r>
        <w:rPr>
          <w:rFonts w:ascii="Times New Roman" w:hAnsi="Times New Roman" w:cs="Times New Roman" w:eastAsia="Times New Roman"/>
          <w:sz w:val="24"/>
        </w:rPr>
        <w:t>3. Данните, които съм посочил/а, са верни и нося отговорност по чл. 313 от Наказателния кодекс;</w:t>
      </w:r>
    </w:p>
    <w:p w14:paraId="71BDD505" w14:textId="77777777" w:rsidR="00BC4E80" w:rsidRDefault="00BC4E80">
      <w:pPr>
        <w:spacing w:after="80"/>
        <w:jc w:val="both"/>
      </w:pPr>
      <w:r>
        <w:rPr>
          <w:rFonts w:ascii="Times New Roman" w:hAnsi="Times New Roman" w:cs="Times New Roman" w:eastAsia="Times New Roman"/>
          <w:sz w:val="24"/>
        </w:rPr>
        <w:t>4. Задължавам се да уведомя незабавно училището при промяна на обстоятелствата.</w:t>
      </w:r>
    </w:p>
    <w:p w14:paraId="1AA22751" w14:textId="77777777" w:rsidR="00BC4E80" w:rsidRDefault="00BC4E80">
      <w:pPr>
        <w:spacing w:after="80"/>
      </w:pPr>
    </w:p>
    <w:p w14:paraId="59CB03B3" w14:textId="77777777" w:rsidR="00BC4E80" w:rsidRDefault="00BC4E80">
      <w:pPr>
        <w:spacing w:after="80"/>
      </w:pPr>
      <w:r>
        <w:rPr>
          <w:rFonts w:ascii="Times New Roman" w:hAnsi="Times New Roman" w:cs="Times New Roman" w:eastAsia="Times New Roman"/>
          <w:i/>
          <w:sz w:val="20"/>
        </w:rPr>
        <w:t>Прилагам: ………………………………………………………………………………………………………………………</w:t>
      </w:r>
    </w:p>
    <w:p w14:paraId="5C59C97C" w14:textId="77777777" w:rsidR="00BC4E80" w:rsidRDefault="00BC4E80">
      <w:pPr>
        <w:spacing w:after="200"/>
      </w:pPr>
    </w:p>
    <w:p w14:paraId="7B93839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652D41FA"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1448FE26"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35 към Правилника за дейността на училището</w:t>
      </w:r>
    </w:p>
    <w:p w14:paraId="4F4AA19D"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0FBB8F9" wp14:editId="43F40631">
            <wp:extent cx="6483600" cy="117515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D26EB82" w14:textId="77777777" w:rsidR="00BC4E80" w:rsidRDefault="00BC4E80">
      <w:pPr>
        <w:spacing w:after="160"/>
      </w:pPr>
      <w:r>
        <w:rPr>
          <w:rFonts w:ascii="Times New Roman" w:hAnsi="Times New Roman" w:cs="Times New Roman" w:eastAsia="Times New Roman"/>
        </w:rPr>
        <w:t>Вх. № ………………………………………………………… / ………………………………………………… г.</w:t>
      </w:r>
    </w:p>
    <w:p w14:paraId="5925D482" w14:textId="77777777" w:rsidR="00BC4E80" w:rsidRDefault="00BC4E80">
      <w:r>
        <w:rPr>
          <w:rFonts w:ascii="Times New Roman" w:hAnsi="Times New Roman" w:cs="Times New Roman" w:eastAsia="Times New Roman"/>
          <w:b/>
          <w:sz w:val="24"/>
        </w:rPr>
        <w:t>ДО</w:t>
      </w:r>
    </w:p>
    <w:p w14:paraId="1B5669DA" w14:textId="77777777" w:rsidR="00BC4E80" w:rsidRDefault="00BC4E80">
      <w:r>
        <w:rPr>
          <w:rFonts w:ascii="Times New Roman" w:hAnsi="Times New Roman" w:cs="Times New Roman" w:eastAsia="Times New Roman"/>
          <w:b/>
          <w:sz w:val="24"/>
        </w:rPr>
        <w:t>ДИРЕКТОРА</w:t>
      </w:r>
    </w:p>
    <w:p w14:paraId="5D2795E1" w14:textId="77777777" w:rsidR="00BC4E80" w:rsidRDefault="00BC4E80">
      <w:r>
        <w:rPr>
          <w:rFonts w:ascii="Times New Roman" w:hAnsi="Times New Roman" w:cs="Times New Roman" w:eastAsia="Times New Roman"/>
          <w:b/>
          <w:sz w:val="24"/>
        </w:rPr>
        <w:t>НА ПГМКР „СВЕТИ НИКОЛА“</w:t>
      </w:r>
    </w:p>
    <w:p w14:paraId="52ADAFBB" w14:textId="77777777" w:rsidR="00BC4E80" w:rsidRDefault="00BC4E80">
      <w:r>
        <w:rPr>
          <w:rFonts w:ascii="Times New Roman" w:hAnsi="Times New Roman" w:cs="Times New Roman" w:eastAsia="Times New Roman"/>
          <w:b/>
          <w:sz w:val="24"/>
        </w:rPr>
        <w:t>ГР. БУРГАС</w:t>
      </w:r>
    </w:p>
    <w:p w14:paraId="6C3B6E59" w14:textId="77777777" w:rsidR="00BC4E80" w:rsidRDefault="00BC4E80">
      <w:pPr>
        <w:spacing w:after="160"/>
      </w:pPr>
    </w:p>
    <w:p w14:paraId="3F054F3B" w14:textId="77777777" w:rsidR="00BC4E80" w:rsidRDefault="00BC4E80">
      <w:pPr>
        <w:spacing w:before="80" w:after="40"/>
        <w:jc w:val="center"/>
      </w:pPr>
      <w:r>
        <w:rPr>
          <w:rFonts w:ascii="Times New Roman" w:hAnsi="Times New Roman" w:cs="Times New Roman" w:eastAsia="Times New Roman"/>
          <w:b/>
          <w:sz w:val="26"/>
        </w:rPr>
        <w:t>З А Я В Л Е Н И Е - Д Е К Л А Р А Ц И Я</w:t>
      </w:r>
    </w:p>
    <w:p w14:paraId="49BD70DC" w14:textId="77777777" w:rsidR="00BC4E80" w:rsidRDefault="00BC4E80">
      <w:pPr>
        <w:spacing w:after="80"/>
        <w:jc w:val="center"/>
      </w:pPr>
      <w:r>
        <w:rPr>
          <w:rFonts w:ascii="Times New Roman" w:hAnsi="Times New Roman" w:cs="Times New Roman" w:eastAsia="Times New Roman"/>
          <w:b/>
        </w:rPr>
        <w:t>Стипендия за подпомагане на достъпа до образование и предотвратяване на отпадането</w:t>
      </w:r>
    </w:p>
    <w:p w14:paraId="039F8D61" w14:textId="77777777" w:rsidR="00BC4E80" w:rsidRDefault="00BC4E80">
      <w:pPr>
        <w:spacing w:after="160"/>
        <w:jc w:val="center"/>
      </w:pPr>
      <w:r>
        <w:rPr>
          <w:rFonts w:ascii="Times New Roman" w:hAnsi="Times New Roman" w:cs="Times New Roman" w:eastAsia="Times New Roman"/>
          <w:i/>
          <w:sz w:val="20"/>
        </w:rPr>
        <w:t>чл. 4, ал. 1, т. 2 от ПМС № 328 от 2017 г.</w:t>
      </w:r>
    </w:p>
    <w:p w14:paraId="1AFF7378" w14:textId="77777777" w:rsidR="00BC4E80" w:rsidRDefault="00BC4E80">
      <w:pPr>
        <w:spacing w:after="40"/>
      </w:pPr>
      <w:r>
        <w:rPr>
          <w:rFonts w:ascii="Times New Roman" w:hAnsi="Times New Roman" w:cs="Times New Roman" w:eastAsia="Times New Roman"/>
          <w:sz w:val="24"/>
        </w:rPr>
        <w:t>от …………………………………………………………………………………………………………</w:t>
      </w:r>
    </w:p>
    <w:p w14:paraId="54FD8308" w14:textId="77777777" w:rsidR="00BC4E80" w:rsidRDefault="00BC4E80">
      <w:pPr>
        <w:spacing w:after="40"/>
      </w:pPr>
      <w:r>
        <w:rPr>
          <w:rFonts w:ascii="Times New Roman" w:hAnsi="Times New Roman" w:cs="Times New Roman" w:eastAsia="Times New Roman"/>
          <w:sz w:val="24"/>
        </w:rPr>
        <w:t>/трите имена на ученика/</w:t>
      </w:r>
    </w:p>
    <w:p w14:paraId="1C98ABD7"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28051A18" w14:textId="77777777" w:rsidR="00BC4E80" w:rsidRDefault="00BC4E80">
      <w:pPr>
        <w:spacing w:after="40"/>
      </w:pPr>
      <w:r>
        <w:rPr>
          <w:rFonts w:ascii="Times New Roman" w:hAnsi="Times New Roman" w:cs="Times New Roman" w:eastAsia="Times New Roman"/>
          <w:sz w:val="24"/>
        </w:rPr>
        <w:t>адрес ……………………………………………………………, телефон ………………………………</w:t>
      </w:r>
    </w:p>
    <w:p w14:paraId="66C6CD07" w14:textId="77777777" w:rsidR="00BC4E80" w:rsidRDefault="00BC4E80">
      <w:pPr>
        <w:spacing w:after="40"/>
      </w:pPr>
      <w:r>
        <w:rPr>
          <w:rFonts w:ascii="Times New Roman" w:hAnsi="Times New Roman" w:cs="Times New Roman" w:eastAsia="Times New Roman"/>
          <w:sz w:val="24"/>
        </w:rPr>
        <w:t>банкова сметка (IBAN) …………………………………………………………………………………</w:t>
      </w:r>
    </w:p>
    <w:p w14:paraId="73B47C3A" w14:textId="77777777" w:rsidR="00BC4E80" w:rsidRDefault="00BC4E80">
      <w:pPr>
        <w:spacing w:after="80"/>
      </w:pPr>
    </w:p>
    <w:p w14:paraId="6E0EB27B" w14:textId="77777777" w:rsidR="00BC4E80" w:rsidRDefault="00BC4E80">
      <w:pPr>
        <w:spacing w:after="120"/>
      </w:pPr>
      <w:r>
        <w:rPr>
          <w:rFonts w:ascii="Times New Roman" w:hAnsi="Times New Roman" w:cs="Times New Roman" w:eastAsia="Times New Roman"/>
          <w:b/>
          <w:sz w:val="24"/>
        </w:rPr>
        <w:t>УВАЖАЕМА ГОСПОЖО ДИРЕКТОР,</w:t>
      </w:r>
    </w:p>
    <w:p w14:paraId="44E20ACD" w14:textId="77777777" w:rsidR="00BC4E80" w:rsidRDefault="00BC4E80">
      <w:pPr>
        <w:spacing w:after="80"/>
      </w:pPr>
      <w:r>
        <w:rPr>
          <w:rFonts w:ascii="Times New Roman" w:hAnsi="Times New Roman" w:cs="Times New Roman" w:eastAsia="Times New Roman"/>
          <w:sz w:val="24"/>
        </w:rPr>
        <w:t>Моля да ми бъде отпусната месечна стипендия – стипендия за подпомагане на достъпа до образование и предотвратяване на отпадането – за …………………… учебен срок на учебната 20…………………… / 20…………………… година.</w:t>
      </w:r>
    </w:p>
    <w:p w14:paraId="2EC52687" w14:textId="77777777" w:rsidR="00BC4E80" w:rsidRDefault="00BC4E80">
      <w:pPr>
        <w:spacing w:after="80"/>
      </w:pPr>
      <w:r>
        <w:rPr>
          <w:rFonts w:ascii="Times New Roman" w:hAnsi="Times New Roman" w:cs="Times New Roman" w:eastAsia="Times New Roman"/>
          <w:sz w:val="24"/>
        </w:rPr>
        <w:t>Успех от предходния учебен срок / година: ………………………………   Доходи – по таблицата:</w:t>
      </w:r>
    </w:p>
    <w:p w14:paraId="5C63CA87" w14:textId="77777777" w:rsidR="00BC4E80" w:rsidRDefault="00BC4E80">
      <w:pPr>
        <w:spacing w:after="80"/>
        <w:jc w:val="both"/>
      </w:pPr>
      <w:r>
        <w:rPr>
          <w:rFonts w:ascii="Times New Roman" w:hAnsi="Times New Roman" w:cs="Times New Roman" w:eastAsia="Times New Roman"/>
          <w:sz w:val="24"/>
        </w:rPr>
        <w:t>Декларирам, че:</w:t>
      </w:r>
    </w:p>
    <w:p w14:paraId="7B5D93CD" w14:textId="77777777" w:rsidR="00BC4E80" w:rsidRDefault="00BC4E80">
      <w:pPr>
        <w:spacing w:after="80"/>
        <w:jc w:val="both"/>
      </w:pPr>
      <w:r>
        <w:rPr>
          <w:rFonts w:ascii="Times New Roman" w:hAnsi="Times New Roman" w:cs="Times New Roman" w:eastAsia="Times New Roman"/>
          <w:sz w:val="24"/>
        </w:rPr>
        <w:t>1. Не получавам друга месечна стипендия от училището, освен по реда на чл. 7 от ПМС № 328;</w:t>
      </w:r>
    </w:p>
    <w:p w14:paraId="4FFC1BDA" w14:textId="77777777" w:rsidR="00BC4E80" w:rsidRDefault="00BC4E80">
      <w:pPr>
        <w:spacing w:after="80"/>
        <w:jc w:val="both"/>
      </w:pPr>
      <w:r>
        <w:rPr>
          <w:rFonts w:ascii="Times New Roman" w:hAnsi="Times New Roman" w:cs="Times New Roman" w:eastAsia="Times New Roman"/>
          <w:sz w:val="24"/>
        </w:rPr>
        <w:t>2. Не съм повтарял/а учебната година, освен по здравословни причини;</w:t>
      </w:r>
    </w:p>
    <w:p w14:paraId="15C5681E" w14:textId="77777777" w:rsidR="00BC4E80" w:rsidRDefault="00BC4E80">
      <w:pPr>
        <w:spacing w:after="80"/>
        <w:jc w:val="both"/>
      </w:pPr>
      <w:r>
        <w:rPr>
          <w:rFonts w:ascii="Times New Roman" w:hAnsi="Times New Roman" w:cs="Times New Roman" w:eastAsia="Times New Roman"/>
          <w:sz w:val="24"/>
        </w:rPr>
        <w:t>3. Данните, които съм посочил/а, са верни и нося отговорност по чл. 313 от Наказателния кодекс;</w:t>
      </w:r>
    </w:p>
    <w:p w14:paraId="51380C48" w14:textId="77777777" w:rsidR="00BC4E80" w:rsidRDefault="00BC4E80">
      <w:pPr>
        <w:spacing w:after="80"/>
        <w:jc w:val="both"/>
      </w:pPr>
      <w:r>
        <w:rPr>
          <w:rFonts w:ascii="Times New Roman" w:hAnsi="Times New Roman" w:cs="Times New Roman" w:eastAsia="Times New Roman"/>
          <w:sz w:val="24"/>
        </w:rPr>
        <w:t>4. Задължавам се да уведомя незабавно училището при промяна на обстоятелствата.</w:t>
      </w:r>
    </w:p>
    <w:p w14:paraId="6E3C07A3" w14:textId="77777777" w:rsidR="00BC4E80" w:rsidRDefault="00BC4E80">
      <w:pPr>
        <w:spacing w:after="80"/>
      </w:pPr>
    </w:p>
    <w:p w14:paraId="0FFDDE1F" w14:textId="77777777" w:rsidR="00BC4E80" w:rsidRDefault="00BC4E80">
      <w:pPr>
        <w:spacing w:after="80"/>
      </w:pPr>
      <w:r>
        <w:rPr>
          <w:rFonts w:ascii="Times New Roman" w:hAnsi="Times New Roman" w:cs="Times New Roman" w:eastAsia="Times New Roman"/>
          <w:i/>
          <w:sz w:val="20"/>
        </w:rPr>
        <w:t>Прилагам: ………………………………………………………………………………………………………………………</w:t>
      </w:r>
    </w:p>
    <w:p w14:paraId="193EFFF0" w14:textId="77777777" w:rsidR="00BC4E80" w:rsidRDefault="00BC4E80">
      <w:pPr>
        <w:spacing w:after="200"/>
      </w:pPr>
    </w:p>
    <w:tbl>
      <w:tblPr>
        <w:tblStyle w:val="aff9"/>
        <w:tblW w:w="0" w:type="auto"/>
        <w:tblLook w:val="04A0" w:firstRow="1" w:lastRow="0" w:firstColumn="1" w:lastColumn="0" w:noHBand="0" w:noVBand="1"/>
      </w:tblPr>
      <w:tblGrid>
        <w:gridCol w:w="567"/>
        <w:gridCol w:w="3398"/>
        <w:gridCol w:w="1983"/>
        <w:gridCol w:w="2265"/>
        <w:gridCol w:w="1982"/>
      </w:tblGrid>
      <w:tr w:rsidR="00BC4E80" w14:paraId="77707B52" w14:textId="77777777">
        <w:tc>
          <w:tcPr>
            <w:tcW w:w="567" w:type="dxa"/>
          </w:tcPr>
          <w:p w14:paraId="20ED6844" w14:textId="77777777" w:rsidR="00BC4E80" w:rsidRDefault="00BC4E80">
            <w:pPr>
              <w:jc w:val="center"/>
            </w:pPr>
            <w:r>
              <w:rPr>
                <w:rFonts w:ascii="Times New Roman" w:hAnsi="Times New Roman" w:cs="Times New Roman" w:eastAsia="Times New Roman"/>
                <w:b/>
                <w:sz w:val="20"/>
              </w:rPr>
              <w:t>№</w:t>
            </w:r>
          </w:p>
        </w:tc>
        <w:tc>
          <w:tcPr>
            <w:tcW w:w="3402" w:type="dxa"/>
          </w:tcPr>
          <w:p w14:paraId="4EC5B685" w14:textId="77777777" w:rsidR="00BC4E80" w:rsidRDefault="00BC4E80">
            <w:pPr>
              <w:jc w:val="center"/>
            </w:pPr>
            <w:r>
              <w:rPr>
                <w:rFonts w:ascii="Times New Roman" w:hAnsi="Times New Roman" w:cs="Times New Roman" w:eastAsia="Times New Roman"/>
                <w:b/>
                <w:sz w:val="20"/>
              </w:rPr>
              <w:t>Име на член от семейството</w:t>
            </w:r>
          </w:p>
        </w:tc>
        <w:tc>
          <w:tcPr>
            <w:tcW w:w="1984" w:type="dxa"/>
          </w:tcPr>
          <w:p w14:paraId="11F7E08A" w14:textId="77777777" w:rsidR="00BC4E80" w:rsidRDefault="00BC4E80">
            <w:pPr>
              <w:jc w:val="center"/>
            </w:pPr>
            <w:r>
              <w:rPr>
                <w:rFonts w:ascii="Times New Roman" w:hAnsi="Times New Roman" w:cs="Times New Roman" w:eastAsia="Times New Roman"/>
                <w:b/>
                <w:sz w:val="20"/>
              </w:rPr>
              <w:t>Родствена връзка</w:t>
            </w:r>
          </w:p>
        </w:tc>
        <w:tc>
          <w:tcPr>
            <w:tcW w:w="2268" w:type="dxa"/>
          </w:tcPr>
          <w:p w14:paraId="6D6DC7E6" w14:textId="77777777" w:rsidR="00BC4E80" w:rsidRDefault="00BC4E80">
            <w:pPr>
              <w:jc w:val="center"/>
            </w:pPr>
            <w:r>
              <w:rPr>
                <w:rFonts w:ascii="Times New Roman" w:hAnsi="Times New Roman" w:cs="Times New Roman" w:eastAsia="Times New Roman"/>
                <w:b/>
                <w:sz w:val="20"/>
              </w:rPr>
              <w:t>Вид доход</w:t>
            </w:r>
          </w:p>
        </w:tc>
        <w:tc>
          <w:tcPr>
            <w:tcW w:w="1984" w:type="dxa"/>
          </w:tcPr>
          <w:p w14:paraId="279AC47B" w14:textId="77777777" w:rsidR="00BC4E80" w:rsidRDefault="00BC4E80">
            <w:pPr>
              <w:jc w:val="center"/>
            </w:pPr>
            <w:r>
              <w:rPr>
                <w:rFonts w:ascii="Times New Roman" w:hAnsi="Times New Roman" w:cs="Times New Roman" w:eastAsia="Times New Roman"/>
                <w:b/>
                <w:sz w:val="20"/>
              </w:rPr>
              <w:t>Размер (евро)</w:t>
            </w:r>
          </w:p>
        </w:tc>
      </w:tr>
      <w:tr w:rsidR="00BC4E80" w14:paraId="108FBD9A" w14:textId="77777777">
        <w:tc>
          <w:tcPr>
            <w:tcW w:w="567" w:type="dxa"/>
          </w:tcPr>
          <w:p w14:paraId="3137F46C" w14:textId="77777777" w:rsidR="00BC4E80" w:rsidRDefault="00BC4E80">
            <w:pPr>
              <w:spacing w:after="60"/>
            </w:pPr>
          </w:p>
        </w:tc>
        <w:tc>
          <w:tcPr>
            <w:tcW w:w="3402" w:type="dxa"/>
          </w:tcPr>
          <w:p w14:paraId="4AA8A1FC" w14:textId="77777777" w:rsidR="00BC4E80" w:rsidRDefault="00BC4E80">
            <w:pPr>
              <w:spacing w:after="60"/>
            </w:pPr>
          </w:p>
        </w:tc>
        <w:tc>
          <w:tcPr>
            <w:tcW w:w="1984" w:type="dxa"/>
          </w:tcPr>
          <w:p w14:paraId="425B16B7" w14:textId="77777777" w:rsidR="00BC4E80" w:rsidRDefault="00BC4E80">
            <w:pPr>
              <w:spacing w:after="60"/>
            </w:pPr>
          </w:p>
        </w:tc>
        <w:tc>
          <w:tcPr>
            <w:tcW w:w="2268" w:type="dxa"/>
          </w:tcPr>
          <w:p w14:paraId="3B833FF9" w14:textId="77777777" w:rsidR="00BC4E80" w:rsidRDefault="00BC4E80">
            <w:pPr>
              <w:spacing w:after="60"/>
            </w:pPr>
          </w:p>
        </w:tc>
        <w:tc>
          <w:tcPr>
            <w:tcW w:w="1984" w:type="dxa"/>
          </w:tcPr>
          <w:p w14:paraId="353A16F6" w14:textId="77777777" w:rsidR="00BC4E80" w:rsidRDefault="00BC4E80">
            <w:pPr>
              <w:spacing w:after="60"/>
            </w:pPr>
          </w:p>
        </w:tc>
      </w:tr>
      <w:tr w:rsidR="00BC4E80" w14:paraId="4A002BEC" w14:textId="77777777">
        <w:tc>
          <w:tcPr>
            <w:tcW w:w="567" w:type="dxa"/>
          </w:tcPr>
          <w:p w14:paraId="75697570" w14:textId="77777777" w:rsidR="00BC4E80" w:rsidRDefault="00BC4E80">
            <w:pPr>
              <w:spacing w:after="60"/>
            </w:pPr>
          </w:p>
        </w:tc>
        <w:tc>
          <w:tcPr>
            <w:tcW w:w="3402" w:type="dxa"/>
          </w:tcPr>
          <w:p w14:paraId="69CB483D" w14:textId="77777777" w:rsidR="00BC4E80" w:rsidRDefault="00BC4E80">
            <w:pPr>
              <w:spacing w:after="60"/>
            </w:pPr>
          </w:p>
        </w:tc>
        <w:tc>
          <w:tcPr>
            <w:tcW w:w="1984" w:type="dxa"/>
          </w:tcPr>
          <w:p w14:paraId="369F446C" w14:textId="77777777" w:rsidR="00BC4E80" w:rsidRDefault="00BC4E80">
            <w:pPr>
              <w:spacing w:after="60"/>
            </w:pPr>
          </w:p>
        </w:tc>
        <w:tc>
          <w:tcPr>
            <w:tcW w:w="2268" w:type="dxa"/>
          </w:tcPr>
          <w:p w14:paraId="1710AB2B" w14:textId="77777777" w:rsidR="00BC4E80" w:rsidRDefault="00BC4E80">
            <w:pPr>
              <w:spacing w:after="60"/>
            </w:pPr>
          </w:p>
        </w:tc>
        <w:tc>
          <w:tcPr>
            <w:tcW w:w="1984" w:type="dxa"/>
          </w:tcPr>
          <w:p w14:paraId="7583527B" w14:textId="77777777" w:rsidR="00BC4E80" w:rsidRDefault="00BC4E80">
            <w:pPr>
              <w:spacing w:after="60"/>
            </w:pPr>
          </w:p>
        </w:tc>
      </w:tr>
      <w:tr w:rsidR="00BC4E80" w14:paraId="580D1B66" w14:textId="77777777">
        <w:tc>
          <w:tcPr>
            <w:tcW w:w="567" w:type="dxa"/>
          </w:tcPr>
          <w:p w14:paraId="03A1E4AA" w14:textId="77777777" w:rsidR="00BC4E80" w:rsidRDefault="00BC4E80">
            <w:pPr>
              <w:spacing w:after="60"/>
            </w:pPr>
          </w:p>
        </w:tc>
        <w:tc>
          <w:tcPr>
            <w:tcW w:w="3402" w:type="dxa"/>
          </w:tcPr>
          <w:p w14:paraId="74CDFEC2" w14:textId="77777777" w:rsidR="00BC4E80" w:rsidRDefault="00BC4E80">
            <w:pPr>
              <w:spacing w:after="60"/>
            </w:pPr>
          </w:p>
        </w:tc>
        <w:tc>
          <w:tcPr>
            <w:tcW w:w="1984" w:type="dxa"/>
          </w:tcPr>
          <w:p w14:paraId="1DB350BD" w14:textId="77777777" w:rsidR="00BC4E80" w:rsidRDefault="00BC4E80">
            <w:pPr>
              <w:spacing w:after="60"/>
            </w:pPr>
          </w:p>
        </w:tc>
        <w:tc>
          <w:tcPr>
            <w:tcW w:w="2268" w:type="dxa"/>
          </w:tcPr>
          <w:p w14:paraId="032D2AAC" w14:textId="77777777" w:rsidR="00BC4E80" w:rsidRDefault="00BC4E80">
            <w:pPr>
              <w:spacing w:after="60"/>
            </w:pPr>
          </w:p>
        </w:tc>
        <w:tc>
          <w:tcPr>
            <w:tcW w:w="1984" w:type="dxa"/>
          </w:tcPr>
          <w:p w14:paraId="76CAAAF3" w14:textId="77777777" w:rsidR="00BC4E80" w:rsidRDefault="00BC4E80">
            <w:pPr>
              <w:spacing w:after="60"/>
            </w:pPr>
          </w:p>
        </w:tc>
      </w:tr>
    </w:tbl>
    <w:p w14:paraId="09E0F0D9"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158471AD"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1509C03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36 към Правилника за дейността на училището</w:t>
      </w:r>
    </w:p>
    <w:p w14:paraId="321F7A3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39E688F" wp14:editId="6F1DF8DC">
            <wp:extent cx="6483600" cy="117515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CA1267C" w14:textId="77777777" w:rsidR="00BC4E80" w:rsidRDefault="00BC4E80">
      <w:pPr>
        <w:spacing w:after="160"/>
      </w:pPr>
      <w:r>
        <w:rPr>
          <w:rFonts w:ascii="Times New Roman" w:hAnsi="Times New Roman" w:cs="Times New Roman" w:eastAsia="Times New Roman"/>
        </w:rPr>
        <w:t>Вх. № ………………………………………………………… / ………………………………………………… г.</w:t>
      </w:r>
    </w:p>
    <w:p w14:paraId="4D4E6951" w14:textId="77777777" w:rsidR="00BC4E80" w:rsidRDefault="00BC4E80">
      <w:r>
        <w:rPr>
          <w:rFonts w:ascii="Times New Roman" w:hAnsi="Times New Roman" w:cs="Times New Roman" w:eastAsia="Times New Roman"/>
          <w:b/>
          <w:sz w:val="24"/>
        </w:rPr>
        <w:t>ДО</w:t>
      </w:r>
    </w:p>
    <w:p w14:paraId="542B3572" w14:textId="77777777" w:rsidR="00BC4E80" w:rsidRDefault="00BC4E80">
      <w:r>
        <w:rPr>
          <w:rFonts w:ascii="Times New Roman" w:hAnsi="Times New Roman" w:cs="Times New Roman" w:eastAsia="Times New Roman"/>
          <w:b/>
          <w:sz w:val="24"/>
        </w:rPr>
        <w:t>ДИРЕКТОРА</w:t>
      </w:r>
    </w:p>
    <w:p w14:paraId="18AE3B45" w14:textId="77777777" w:rsidR="00BC4E80" w:rsidRDefault="00BC4E80">
      <w:r>
        <w:rPr>
          <w:rFonts w:ascii="Times New Roman" w:hAnsi="Times New Roman" w:cs="Times New Roman" w:eastAsia="Times New Roman"/>
          <w:b/>
          <w:sz w:val="24"/>
        </w:rPr>
        <w:t>НА ПГМКР „СВЕТИ НИКОЛА“</w:t>
      </w:r>
    </w:p>
    <w:p w14:paraId="6F248C46" w14:textId="77777777" w:rsidR="00BC4E80" w:rsidRDefault="00BC4E80">
      <w:r>
        <w:rPr>
          <w:rFonts w:ascii="Times New Roman" w:hAnsi="Times New Roman" w:cs="Times New Roman" w:eastAsia="Times New Roman"/>
          <w:b/>
          <w:sz w:val="24"/>
        </w:rPr>
        <w:t>ГР. БУРГАС</w:t>
      </w:r>
    </w:p>
    <w:p w14:paraId="68263AD6" w14:textId="77777777" w:rsidR="00BC4E80" w:rsidRDefault="00BC4E80">
      <w:pPr>
        <w:spacing w:after="160"/>
      </w:pPr>
    </w:p>
    <w:p w14:paraId="1DAC02AE" w14:textId="77777777" w:rsidR="00BC4E80" w:rsidRDefault="00BC4E80">
      <w:pPr>
        <w:spacing w:before="80" w:after="40"/>
        <w:jc w:val="center"/>
      </w:pPr>
      <w:r>
        <w:rPr>
          <w:rFonts w:ascii="Times New Roman" w:hAnsi="Times New Roman" w:cs="Times New Roman" w:eastAsia="Times New Roman"/>
          <w:b/>
          <w:sz w:val="26"/>
        </w:rPr>
        <w:t>З А Я В Л Е Н И Е - Д Е К Л А Р А Ц И Я</w:t>
      </w:r>
    </w:p>
    <w:p w14:paraId="6AEF8601" w14:textId="77777777" w:rsidR="00BC4E80" w:rsidRDefault="00BC4E80">
      <w:pPr>
        <w:spacing w:after="80"/>
        <w:jc w:val="center"/>
      </w:pPr>
      <w:r>
        <w:rPr>
          <w:rFonts w:ascii="Times New Roman" w:hAnsi="Times New Roman" w:cs="Times New Roman" w:eastAsia="Times New Roman"/>
          <w:b/>
        </w:rPr>
        <w:t>Стипендия за подпомагане на ученици с трайни увреждания</w:t>
      </w:r>
    </w:p>
    <w:p w14:paraId="01F4C86E" w14:textId="77777777" w:rsidR="00BC4E80" w:rsidRDefault="00BC4E80">
      <w:pPr>
        <w:spacing w:after="160"/>
        <w:jc w:val="center"/>
      </w:pPr>
      <w:r>
        <w:rPr>
          <w:rFonts w:ascii="Times New Roman" w:hAnsi="Times New Roman" w:cs="Times New Roman" w:eastAsia="Times New Roman"/>
          <w:i/>
          <w:sz w:val="20"/>
        </w:rPr>
        <w:t>чл. 4, ал. 1, т. 3 от ПМС № 328 от 2017 г.</w:t>
      </w:r>
    </w:p>
    <w:p w14:paraId="26B9E560" w14:textId="77777777" w:rsidR="00BC4E80" w:rsidRDefault="00BC4E80">
      <w:pPr>
        <w:spacing w:after="40"/>
      </w:pPr>
      <w:r>
        <w:rPr>
          <w:rFonts w:ascii="Times New Roman" w:hAnsi="Times New Roman" w:cs="Times New Roman" w:eastAsia="Times New Roman"/>
          <w:sz w:val="24"/>
        </w:rPr>
        <w:t>от …………………………………………………………………………………………………………</w:t>
      </w:r>
    </w:p>
    <w:p w14:paraId="44A15D4F" w14:textId="77777777" w:rsidR="00BC4E80" w:rsidRDefault="00BC4E80">
      <w:pPr>
        <w:spacing w:after="40"/>
      </w:pPr>
      <w:r>
        <w:rPr>
          <w:rFonts w:ascii="Times New Roman" w:hAnsi="Times New Roman" w:cs="Times New Roman" w:eastAsia="Times New Roman"/>
          <w:sz w:val="24"/>
        </w:rPr>
        <w:t>/трите имена на ученика/</w:t>
      </w:r>
    </w:p>
    <w:p w14:paraId="7D856A79"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0252AECE" w14:textId="77777777" w:rsidR="00BC4E80" w:rsidRDefault="00BC4E80">
      <w:pPr>
        <w:spacing w:after="40"/>
      </w:pPr>
      <w:r>
        <w:rPr>
          <w:rFonts w:ascii="Times New Roman" w:hAnsi="Times New Roman" w:cs="Times New Roman" w:eastAsia="Times New Roman"/>
          <w:sz w:val="24"/>
        </w:rPr>
        <w:t>адрес ……………………………………………………………, телефон ………………………………</w:t>
      </w:r>
    </w:p>
    <w:p w14:paraId="3908B847" w14:textId="77777777" w:rsidR="00BC4E80" w:rsidRDefault="00BC4E80">
      <w:pPr>
        <w:spacing w:after="40"/>
      </w:pPr>
      <w:r>
        <w:rPr>
          <w:rFonts w:ascii="Times New Roman" w:hAnsi="Times New Roman" w:cs="Times New Roman" w:eastAsia="Times New Roman"/>
          <w:sz w:val="24"/>
        </w:rPr>
        <w:t>банкова сметка (IBAN) …………………………………………………………………………………</w:t>
      </w:r>
    </w:p>
    <w:p w14:paraId="1E92526A" w14:textId="77777777" w:rsidR="00BC4E80" w:rsidRDefault="00BC4E80">
      <w:pPr>
        <w:spacing w:after="80"/>
      </w:pPr>
    </w:p>
    <w:p w14:paraId="6E707616" w14:textId="77777777" w:rsidR="00BC4E80" w:rsidRDefault="00BC4E80">
      <w:pPr>
        <w:spacing w:after="120"/>
      </w:pPr>
      <w:r>
        <w:rPr>
          <w:rFonts w:ascii="Times New Roman" w:hAnsi="Times New Roman" w:cs="Times New Roman" w:eastAsia="Times New Roman"/>
          <w:b/>
          <w:sz w:val="24"/>
        </w:rPr>
        <w:t>УВАЖАЕМА ГОСПОЖО ДИРЕКТОР,</w:t>
      </w:r>
    </w:p>
    <w:p w14:paraId="6B6F1211" w14:textId="77777777" w:rsidR="00BC4E80" w:rsidRDefault="00BC4E80">
      <w:pPr>
        <w:spacing w:after="80"/>
      </w:pPr>
      <w:r>
        <w:rPr>
          <w:rFonts w:ascii="Times New Roman" w:hAnsi="Times New Roman" w:cs="Times New Roman" w:eastAsia="Times New Roman"/>
          <w:sz w:val="24"/>
        </w:rPr>
        <w:t>Моля да ми бъде отпусната месечна стипендия – стипендия за подпомагане на ученици с трайни увреждания – за …………………… учебен срок на учебната 20…………………… / 20…………………… година.</w:t>
      </w:r>
    </w:p>
    <w:p w14:paraId="1F14FB8E" w14:textId="77777777" w:rsidR="00BC4E80" w:rsidRDefault="00BC4E80">
      <w:pPr>
        <w:spacing w:after="80"/>
      </w:pPr>
      <w:r>
        <w:rPr>
          <w:rFonts w:ascii="Times New Roman" w:hAnsi="Times New Roman" w:cs="Times New Roman" w:eastAsia="Times New Roman"/>
          <w:sz w:val="24"/>
        </w:rPr>
        <w:t>Вид и степен на увреждането: …………………………………………………………………………</w:t>
      </w:r>
    </w:p>
    <w:p w14:paraId="0303474A" w14:textId="77777777" w:rsidR="00BC4E80" w:rsidRDefault="00BC4E80">
      <w:pPr>
        <w:spacing w:after="80"/>
      </w:pPr>
      <w:r>
        <w:rPr>
          <w:rFonts w:ascii="Times New Roman" w:hAnsi="Times New Roman" w:cs="Times New Roman" w:eastAsia="Times New Roman"/>
          <w:sz w:val="24"/>
        </w:rPr>
        <w:t>Експертно решение на ТЕЛК / НЕЛК № …………………… / …………………… г., валидно до ……………………</w:t>
      </w:r>
    </w:p>
    <w:p w14:paraId="2FD2870C" w14:textId="77777777" w:rsidR="00BC4E80" w:rsidRDefault="00BC4E80">
      <w:pPr>
        <w:spacing w:after="80"/>
        <w:jc w:val="both"/>
      </w:pPr>
      <w:r>
        <w:rPr>
          <w:rFonts w:ascii="Times New Roman" w:hAnsi="Times New Roman" w:cs="Times New Roman" w:eastAsia="Times New Roman"/>
          <w:sz w:val="24"/>
        </w:rPr>
        <w:t>Класиране не се извършва (чл. 4, ал. 6 от ПМС № 328).</w:t>
      </w:r>
    </w:p>
    <w:p w14:paraId="3A93B4CC" w14:textId="77777777" w:rsidR="00BC4E80" w:rsidRDefault="00BC4E80">
      <w:pPr>
        <w:spacing w:after="80"/>
        <w:jc w:val="both"/>
      </w:pPr>
      <w:r>
        <w:rPr>
          <w:rFonts w:ascii="Times New Roman" w:hAnsi="Times New Roman" w:cs="Times New Roman" w:eastAsia="Times New Roman"/>
          <w:sz w:val="24"/>
        </w:rPr>
        <w:t>Декларирам, че:</w:t>
      </w:r>
    </w:p>
    <w:p w14:paraId="4F8BD3FE" w14:textId="77777777" w:rsidR="00BC4E80" w:rsidRDefault="00BC4E80">
      <w:pPr>
        <w:spacing w:after="80"/>
        <w:jc w:val="both"/>
      </w:pPr>
      <w:r>
        <w:rPr>
          <w:rFonts w:ascii="Times New Roman" w:hAnsi="Times New Roman" w:cs="Times New Roman" w:eastAsia="Times New Roman"/>
          <w:sz w:val="24"/>
        </w:rPr>
        <w:t>1. Не получавам друга месечна стипендия от училището, освен по реда на чл. 7 от ПМС № 328;</w:t>
      </w:r>
    </w:p>
    <w:p w14:paraId="4250A7F7" w14:textId="77777777" w:rsidR="00BC4E80" w:rsidRDefault="00BC4E80">
      <w:pPr>
        <w:spacing w:after="80"/>
        <w:jc w:val="both"/>
      </w:pPr>
      <w:r>
        <w:rPr>
          <w:rFonts w:ascii="Times New Roman" w:hAnsi="Times New Roman" w:cs="Times New Roman" w:eastAsia="Times New Roman"/>
          <w:sz w:val="24"/>
        </w:rPr>
        <w:t>2. Не съм повтарял/а учебната година, освен по здравословни причини;</w:t>
      </w:r>
    </w:p>
    <w:p w14:paraId="2B488FC4" w14:textId="77777777" w:rsidR="00BC4E80" w:rsidRDefault="00BC4E80">
      <w:pPr>
        <w:spacing w:after="80"/>
        <w:jc w:val="both"/>
      </w:pPr>
      <w:r>
        <w:rPr>
          <w:rFonts w:ascii="Times New Roman" w:hAnsi="Times New Roman" w:cs="Times New Roman" w:eastAsia="Times New Roman"/>
          <w:sz w:val="24"/>
        </w:rPr>
        <w:t>3. Данните, които съм посочил/а, са верни и нося отговорност по чл. 313 от Наказателния кодекс;</w:t>
      </w:r>
    </w:p>
    <w:p w14:paraId="19C00E4C" w14:textId="77777777" w:rsidR="00BC4E80" w:rsidRDefault="00BC4E80">
      <w:pPr>
        <w:spacing w:after="80"/>
        <w:jc w:val="both"/>
      </w:pPr>
      <w:r>
        <w:rPr>
          <w:rFonts w:ascii="Times New Roman" w:hAnsi="Times New Roman" w:cs="Times New Roman" w:eastAsia="Times New Roman"/>
          <w:sz w:val="24"/>
        </w:rPr>
        <w:t>4. Задължавам се да уведомя незабавно училището при промяна на обстоятелствата.</w:t>
      </w:r>
    </w:p>
    <w:p w14:paraId="77F14702" w14:textId="77777777" w:rsidR="00BC4E80" w:rsidRDefault="00BC4E80">
      <w:pPr>
        <w:spacing w:after="80"/>
      </w:pPr>
    </w:p>
    <w:p w14:paraId="7E3E09EA" w14:textId="77777777" w:rsidR="00BC4E80" w:rsidRDefault="00BC4E80">
      <w:pPr>
        <w:spacing w:after="80"/>
      </w:pPr>
      <w:r>
        <w:rPr>
          <w:rFonts w:ascii="Times New Roman" w:hAnsi="Times New Roman" w:cs="Times New Roman" w:eastAsia="Times New Roman"/>
          <w:i/>
          <w:sz w:val="20"/>
        </w:rPr>
        <w:t>Прилагам: ………………………………………………………………………………………………………………………</w:t>
      </w:r>
    </w:p>
    <w:p w14:paraId="2D0F4F51" w14:textId="77777777" w:rsidR="00BC4E80" w:rsidRDefault="00BC4E80">
      <w:pPr>
        <w:spacing w:after="200"/>
      </w:pPr>
    </w:p>
    <w:p w14:paraId="3F62B343"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4883ED34"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082FB1E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37 към Правилника за дейността на училището</w:t>
      </w:r>
    </w:p>
    <w:p w14:paraId="28C8550A"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6BE0F1A0" wp14:editId="2FA281EF">
            <wp:extent cx="6483600" cy="117515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87338FA" w14:textId="77777777" w:rsidR="00BC4E80" w:rsidRDefault="00BC4E80">
      <w:pPr>
        <w:spacing w:after="160"/>
      </w:pPr>
      <w:r>
        <w:rPr>
          <w:rFonts w:ascii="Times New Roman" w:hAnsi="Times New Roman" w:cs="Times New Roman" w:eastAsia="Times New Roman"/>
        </w:rPr>
        <w:t>Вх. № ………………………………………………………… / ………………………………………………… г.</w:t>
      </w:r>
    </w:p>
    <w:p w14:paraId="675D8837" w14:textId="77777777" w:rsidR="00BC4E80" w:rsidRDefault="00BC4E80">
      <w:r>
        <w:rPr>
          <w:rFonts w:ascii="Times New Roman" w:hAnsi="Times New Roman" w:cs="Times New Roman" w:eastAsia="Times New Roman"/>
          <w:b/>
          <w:sz w:val="24"/>
        </w:rPr>
        <w:t>ДО</w:t>
      </w:r>
    </w:p>
    <w:p w14:paraId="0A3F8511" w14:textId="77777777" w:rsidR="00BC4E80" w:rsidRDefault="00BC4E80">
      <w:r>
        <w:rPr>
          <w:rFonts w:ascii="Times New Roman" w:hAnsi="Times New Roman" w:cs="Times New Roman" w:eastAsia="Times New Roman"/>
          <w:b/>
          <w:sz w:val="24"/>
        </w:rPr>
        <w:t>ДИРЕКТОРА</w:t>
      </w:r>
    </w:p>
    <w:p w14:paraId="41E0A3E9" w14:textId="77777777" w:rsidR="00BC4E80" w:rsidRDefault="00BC4E80">
      <w:r>
        <w:rPr>
          <w:rFonts w:ascii="Times New Roman" w:hAnsi="Times New Roman" w:cs="Times New Roman" w:eastAsia="Times New Roman"/>
          <w:b/>
          <w:sz w:val="24"/>
        </w:rPr>
        <w:t>НА ПГМКР „СВЕТИ НИКОЛА“</w:t>
      </w:r>
    </w:p>
    <w:p w14:paraId="61FCE71A" w14:textId="77777777" w:rsidR="00BC4E80" w:rsidRDefault="00BC4E80">
      <w:r>
        <w:rPr>
          <w:rFonts w:ascii="Times New Roman" w:hAnsi="Times New Roman" w:cs="Times New Roman" w:eastAsia="Times New Roman"/>
          <w:b/>
          <w:sz w:val="24"/>
        </w:rPr>
        <w:t>ГР. БУРГАС</w:t>
      </w:r>
    </w:p>
    <w:p w14:paraId="3E3AB8E5" w14:textId="77777777" w:rsidR="00BC4E80" w:rsidRDefault="00BC4E80">
      <w:pPr>
        <w:spacing w:after="160"/>
      </w:pPr>
    </w:p>
    <w:p w14:paraId="6DD40AF8" w14:textId="77777777" w:rsidR="00BC4E80" w:rsidRDefault="00BC4E80">
      <w:pPr>
        <w:spacing w:before="80" w:after="40"/>
        <w:jc w:val="center"/>
      </w:pPr>
      <w:r>
        <w:rPr>
          <w:rFonts w:ascii="Times New Roman" w:hAnsi="Times New Roman" w:cs="Times New Roman" w:eastAsia="Times New Roman"/>
          <w:b/>
          <w:sz w:val="26"/>
        </w:rPr>
        <w:t>З А Я В Л Е Н И Е - Д Е К Л А Р А Ц И Я</w:t>
      </w:r>
    </w:p>
    <w:p w14:paraId="7AB5CDDE" w14:textId="77777777" w:rsidR="00BC4E80" w:rsidRDefault="00BC4E80">
      <w:pPr>
        <w:spacing w:after="80"/>
        <w:jc w:val="center"/>
      </w:pPr>
      <w:r>
        <w:rPr>
          <w:rFonts w:ascii="Times New Roman" w:hAnsi="Times New Roman" w:cs="Times New Roman" w:eastAsia="Times New Roman"/>
          <w:b/>
        </w:rPr>
        <w:t>Стипендия за ученици без родители</w:t>
      </w:r>
    </w:p>
    <w:p w14:paraId="2BA7AE91" w14:textId="77777777" w:rsidR="00BC4E80" w:rsidRDefault="00BC4E80">
      <w:pPr>
        <w:spacing w:after="160"/>
        <w:jc w:val="center"/>
      </w:pPr>
      <w:r>
        <w:rPr>
          <w:rFonts w:ascii="Times New Roman" w:hAnsi="Times New Roman" w:cs="Times New Roman" w:eastAsia="Times New Roman"/>
          <w:i/>
          <w:sz w:val="20"/>
        </w:rPr>
        <w:t>чл. 4, ал. 1, т. 4 от ПМС № 328 от 2017 г.</w:t>
      </w:r>
    </w:p>
    <w:p w14:paraId="5AE0C053" w14:textId="77777777" w:rsidR="00BC4E80" w:rsidRDefault="00BC4E80">
      <w:pPr>
        <w:spacing w:after="40"/>
      </w:pPr>
      <w:r>
        <w:rPr>
          <w:rFonts w:ascii="Times New Roman" w:hAnsi="Times New Roman" w:cs="Times New Roman" w:eastAsia="Times New Roman"/>
          <w:sz w:val="24"/>
        </w:rPr>
        <w:t>от …………………………………………………………………………………………………………</w:t>
      </w:r>
    </w:p>
    <w:p w14:paraId="7B3F0D36" w14:textId="77777777" w:rsidR="00BC4E80" w:rsidRDefault="00BC4E80">
      <w:pPr>
        <w:spacing w:after="40"/>
      </w:pPr>
      <w:r>
        <w:rPr>
          <w:rFonts w:ascii="Times New Roman" w:hAnsi="Times New Roman" w:cs="Times New Roman" w:eastAsia="Times New Roman"/>
          <w:sz w:val="24"/>
        </w:rPr>
        <w:t>/трите имена на ученика/</w:t>
      </w:r>
    </w:p>
    <w:p w14:paraId="3CEAC163"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1509B4AE" w14:textId="77777777" w:rsidR="00BC4E80" w:rsidRDefault="00BC4E80">
      <w:pPr>
        <w:spacing w:after="40"/>
      </w:pPr>
      <w:r>
        <w:rPr>
          <w:rFonts w:ascii="Times New Roman" w:hAnsi="Times New Roman" w:cs="Times New Roman" w:eastAsia="Times New Roman"/>
          <w:sz w:val="24"/>
        </w:rPr>
        <w:t>адрес ……………………………………………………………, телефон ………………………………</w:t>
      </w:r>
    </w:p>
    <w:p w14:paraId="30653627" w14:textId="77777777" w:rsidR="00BC4E80" w:rsidRDefault="00BC4E80">
      <w:pPr>
        <w:spacing w:after="40"/>
      </w:pPr>
      <w:r>
        <w:rPr>
          <w:rFonts w:ascii="Times New Roman" w:hAnsi="Times New Roman" w:cs="Times New Roman" w:eastAsia="Times New Roman"/>
          <w:sz w:val="24"/>
        </w:rPr>
        <w:t>банкова сметка (IBAN) …………………………………………………………………………………</w:t>
      </w:r>
    </w:p>
    <w:p w14:paraId="35DB3FD3" w14:textId="77777777" w:rsidR="00BC4E80" w:rsidRDefault="00BC4E80">
      <w:pPr>
        <w:spacing w:after="80"/>
      </w:pPr>
    </w:p>
    <w:p w14:paraId="372C4A55"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92C8010" w14:textId="77777777" w:rsidR="00BC4E80" w:rsidRDefault="00BC4E80">
      <w:pPr>
        <w:spacing w:after="80"/>
      </w:pPr>
      <w:r>
        <w:rPr>
          <w:rFonts w:ascii="Times New Roman" w:hAnsi="Times New Roman" w:cs="Times New Roman" w:eastAsia="Times New Roman"/>
          <w:sz w:val="24"/>
        </w:rPr>
        <w:t>Моля да ми бъде отпусната месечна стипендия – стипендия за ученици без родители – за …………………… учебен срок на учебната 20…………………… / 20…………………… година.</w:t>
      </w:r>
    </w:p>
    <w:p w14:paraId="7B39AFD7" w14:textId="77777777" w:rsidR="00BC4E80" w:rsidRDefault="00BC4E80">
      <w:pPr>
        <w:spacing w:after="80"/>
        <w:jc w:val="both"/>
      </w:pPr>
      <w:r>
        <w:rPr>
          <w:rFonts w:ascii="Times New Roman" w:hAnsi="Times New Roman" w:cs="Times New Roman" w:eastAsia="Times New Roman"/>
          <w:sz w:val="24"/>
        </w:rPr>
        <w:t>Основание: ☐ починали родители   ☐ родители с отнети родителски права   ☐ родители, поставени под пълно запрещение</w:t>
      </w:r>
    </w:p>
    <w:p w14:paraId="6F1BB6A0" w14:textId="77777777" w:rsidR="00BC4E80" w:rsidRDefault="00BC4E80">
      <w:pPr>
        <w:spacing w:after="80"/>
      </w:pPr>
      <w:r>
        <w:rPr>
          <w:rFonts w:ascii="Times New Roman" w:hAnsi="Times New Roman" w:cs="Times New Roman" w:eastAsia="Times New Roman"/>
          <w:sz w:val="24"/>
        </w:rPr>
        <w:t>Удостоверяващ документ: ………………………………………………………………………………</w:t>
      </w:r>
    </w:p>
    <w:p w14:paraId="153A0B25" w14:textId="77777777" w:rsidR="00BC4E80" w:rsidRDefault="00BC4E80">
      <w:pPr>
        <w:spacing w:after="80"/>
        <w:jc w:val="both"/>
      </w:pPr>
      <w:r>
        <w:rPr>
          <w:rFonts w:ascii="Times New Roman" w:hAnsi="Times New Roman" w:cs="Times New Roman" w:eastAsia="Times New Roman"/>
          <w:sz w:val="24"/>
        </w:rPr>
        <w:t>Класиране не се извършва (чл. 4, ал. 6 от ПМС № 328).</w:t>
      </w:r>
    </w:p>
    <w:p w14:paraId="6ECA3705" w14:textId="77777777" w:rsidR="00BC4E80" w:rsidRDefault="00BC4E80">
      <w:pPr>
        <w:spacing w:after="80"/>
        <w:jc w:val="both"/>
      </w:pPr>
      <w:r>
        <w:rPr>
          <w:rFonts w:ascii="Times New Roman" w:hAnsi="Times New Roman" w:cs="Times New Roman" w:eastAsia="Times New Roman"/>
          <w:sz w:val="24"/>
        </w:rPr>
        <w:t>Декларирам, че:</w:t>
      </w:r>
    </w:p>
    <w:p w14:paraId="5EADBDF0" w14:textId="77777777" w:rsidR="00BC4E80" w:rsidRDefault="00BC4E80">
      <w:pPr>
        <w:spacing w:after="80"/>
        <w:jc w:val="both"/>
      </w:pPr>
      <w:r>
        <w:rPr>
          <w:rFonts w:ascii="Times New Roman" w:hAnsi="Times New Roman" w:cs="Times New Roman" w:eastAsia="Times New Roman"/>
          <w:sz w:val="24"/>
        </w:rPr>
        <w:t>1. Не получавам друга месечна стипендия от училището, освен по реда на чл. 7 от ПМС № 328;</w:t>
      </w:r>
    </w:p>
    <w:p w14:paraId="4A5C9B98" w14:textId="77777777" w:rsidR="00BC4E80" w:rsidRDefault="00BC4E80">
      <w:pPr>
        <w:spacing w:after="80"/>
        <w:jc w:val="both"/>
      </w:pPr>
      <w:r>
        <w:rPr>
          <w:rFonts w:ascii="Times New Roman" w:hAnsi="Times New Roman" w:cs="Times New Roman" w:eastAsia="Times New Roman"/>
          <w:sz w:val="24"/>
        </w:rPr>
        <w:t>2. Не съм повтарял/а учебната година, освен по здравословни причини;</w:t>
      </w:r>
    </w:p>
    <w:p w14:paraId="5DC9F646" w14:textId="77777777" w:rsidR="00BC4E80" w:rsidRDefault="00BC4E80">
      <w:pPr>
        <w:spacing w:after="80"/>
        <w:jc w:val="both"/>
      </w:pPr>
      <w:r>
        <w:rPr>
          <w:rFonts w:ascii="Times New Roman" w:hAnsi="Times New Roman" w:cs="Times New Roman" w:eastAsia="Times New Roman"/>
          <w:sz w:val="24"/>
        </w:rPr>
        <w:t>3. Данните, които съм посочил/а, са верни и нося отговорност по чл. 313 от Наказателния кодекс;</w:t>
      </w:r>
    </w:p>
    <w:p w14:paraId="27F9D664" w14:textId="77777777" w:rsidR="00BC4E80" w:rsidRDefault="00BC4E80">
      <w:pPr>
        <w:spacing w:after="80"/>
        <w:jc w:val="both"/>
      </w:pPr>
      <w:r>
        <w:rPr>
          <w:rFonts w:ascii="Times New Roman" w:hAnsi="Times New Roman" w:cs="Times New Roman" w:eastAsia="Times New Roman"/>
          <w:sz w:val="24"/>
        </w:rPr>
        <w:t>4. Задължавам се да уведомя незабавно училището при промяна на обстоятелствата.</w:t>
      </w:r>
    </w:p>
    <w:p w14:paraId="36A27094" w14:textId="77777777" w:rsidR="00BC4E80" w:rsidRDefault="00BC4E80">
      <w:pPr>
        <w:spacing w:after="80"/>
      </w:pPr>
    </w:p>
    <w:p w14:paraId="10C5A4BA" w14:textId="77777777" w:rsidR="00BC4E80" w:rsidRDefault="00BC4E80">
      <w:pPr>
        <w:spacing w:after="80"/>
      </w:pPr>
      <w:r>
        <w:rPr>
          <w:rFonts w:ascii="Times New Roman" w:hAnsi="Times New Roman" w:cs="Times New Roman" w:eastAsia="Times New Roman"/>
          <w:i/>
          <w:sz w:val="20"/>
        </w:rPr>
        <w:t>Прилагам: ………………………………………………………………………………………………………………………</w:t>
      </w:r>
    </w:p>
    <w:p w14:paraId="094D2793" w14:textId="77777777" w:rsidR="00BC4E80" w:rsidRDefault="00BC4E80">
      <w:pPr>
        <w:spacing w:after="200"/>
      </w:pPr>
    </w:p>
    <w:p w14:paraId="6FF3E82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7B1CF687"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212A9042"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38 към Правилника за дейността на училището</w:t>
      </w:r>
    </w:p>
    <w:p w14:paraId="78ECE72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85F7C94" wp14:editId="523AE992">
            <wp:extent cx="6483600" cy="117515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36C9F55" w14:textId="77777777" w:rsidR="00BC4E80" w:rsidRDefault="00BC4E80">
      <w:pPr>
        <w:spacing w:after="160"/>
      </w:pPr>
      <w:r>
        <w:rPr>
          <w:rFonts w:ascii="Times New Roman" w:hAnsi="Times New Roman" w:cs="Times New Roman" w:eastAsia="Times New Roman"/>
        </w:rPr>
        <w:t>Вх. № ………………………………………………………… / ………………………………………………… г.</w:t>
      </w:r>
    </w:p>
    <w:p w14:paraId="69294389" w14:textId="77777777" w:rsidR="00BC4E80" w:rsidRDefault="00BC4E80">
      <w:r>
        <w:rPr>
          <w:rFonts w:ascii="Times New Roman" w:hAnsi="Times New Roman" w:cs="Times New Roman" w:eastAsia="Times New Roman"/>
          <w:b/>
          <w:sz w:val="24"/>
        </w:rPr>
        <w:t>ДО</w:t>
      </w:r>
    </w:p>
    <w:p w14:paraId="6F10DFCB" w14:textId="77777777" w:rsidR="00BC4E80" w:rsidRDefault="00BC4E80">
      <w:r>
        <w:rPr>
          <w:rFonts w:ascii="Times New Roman" w:hAnsi="Times New Roman" w:cs="Times New Roman" w:eastAsia="Times New Roman"/>
          <w:b/>
          <w:sz w:val="24"/>
        </w:rPr>
        <w:t>ДИРЕКТОРА</w:t>
      </w:r>
    </w:p>
    <w:p w14:paraId="756666B4" w14:textId="77777777" w:rsidR="00BC4E80" w:rsidRDefault="00BC4E80">
      <w:r>
        <w:rPr>
          <w:rFonts w:ascii="Times New Roman" w:hAnsi="Times New Roman" w:cs="Times New Roman" w:eastAsia="Times New Roman"/>
          <w:b/>
          <w:sz w:val="24"/>
        </w:rPr>
        <w:t>НА ПГМКР „СВЕТИ НИКОЛА“</w:t>
      </w:r>
    </w:p>
    <w:p w14:paraId="747F003F" w14:textId="77777777" w:rsidR="00BC4E80" w:rsidRDefault="00BC4E80">
      <w:r>
        <w:rPr>
          <w:rFonts w:ascii="Times New Roman" w:hAnsi="Times New Roman" w:cs="Times New Roman" w:eastAsia="Times New Roman"/>
          <w:b/>
          <w:sz w:val="24"/>
        </w:rPr>
        <w:t>ГР. БУРГАС</w:t>
      </w:r>
    </w:p>
    <w:p w14:paraId="473970A4" w14:textId="77777777" w:rsidR="00BC4E80" w:rsidRDefault="00BC4E80">
      <w:pPr>
        <w:spacing w:after="160"/>
      </w:pPr>
    </w:p>
    <w:p w14:paraId="01A311E2" w14:textId="77777777" w:rsidR="00BC4E80" w:rsidRDefault="00BC4E80">
      <w:pPr>
        <w:spacing w:before="80" w:after="40"/>
        <w:jc w:val="center"/>
      </w:pPr>
      <w:r>
        <w:rPr>
          <w:rFonts w:ascii="Times New Roman" w:hAnsi="Times New Roman" w:cs="Times New Roman" w:eastAsia="Times New Roman"/>
          <w:b/>
          <w:sz w:val="26"/>
        </w:rPr>
        <w:t>З А Я В Л Е Н И Е - Д Е К Л А Р А Ц И Я</w:t>
      </w:r>
    </w:p>
    <w:p w14:paraId="67F1B775" w14:textId="77777777" w:rsidR="00BC4E80" w:rsidRDefault="00BC4E80">
      <w:pPr>
        <w:spacing w:after="80"/>
        <w:jc w:val="center"/>
      </w:pPr>
      <w:r>
        <w:rPr>
          <w:rFonts w:ascii="Times New Roman" w:hAnsi="Times New Roman" w:cs="Times New Roman" w:eastAsia="Times New Roman"/>
          <w:b/>
        </w:rPr>
        <w:t>Стипендия за ученици само с един родител</w:t>
      </w:r>
    </w:p>
    <w:p w14:paraId="3F17F1BA" w14:textId="77777777" w:rsidR="00BC4E80" w:rsidRDefault="00BC4E80">
      <w:pPr>
        <w:spacing w:after="160"/>
        <w:jc w:val="center"/>
      </w:pPr>
      <w:r>
        <w:rPr>
          <w:rFonts w:ascii="Times New Roman" w:hAnsi="Times New Roman" w:cs="Times New Roman" w:eastAsia="Times New Roman"/>
          <w:i/>
          <w:sz w:val="20"/>
        </w:rPr>
        <w:t>чл. 4, ал. 2 от ПМС № 328 от 2017 г. – по предложение на комисията по чл. 8</w:t>
      </w:r>
    </w:p>
    <w:p w14:paraId="14A132EE" w14:textId="77777777" w:rsidR="00BC4E80" w:rsidRDefault="00BC4E80">
      <w:pPr>
        <w:spacing w:after="40"/>
      </w:pPr>
      <w:r>
        <w:rPr>
          <w:rFonts w:ascii="Times New Roman" w:hAnsi="Times New Roman" w:cs="Times New Roman" w:eastAsia="Times New Roman"/>
          <w:sz w:val="24"/>
        </w:rPr>
        <w:t>от …………………………………………………………………………………………………………</w:t>
      </w:r>
    </w:p>
    <w:p w14:paraId="072B9D72" w14:textId="77777777" w:rsidR="00BC4E80" w:rsidRDefault="00BC4E80">
      <w:pPr>
        <w:spacing w:after="40"/>
      </w:pPr>
      <w:r>
        <w:rPr>
          <w:rFonts w:ascii="Times New Roman" w:hAnsi="Times New Roman" w:cs="Times New Roman" w:eastAsia="Times New Roman"/>
          <w:sz w:val="24"/>
        </w:rPr>
        <w:t>/трите имена на ученика/</w:t>
      </w:r>
    </w:p>
    <w:p w14:paraId="2F43CEBF"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575F2EEE" w14:textId="77777777" w:rsidR="00BC4E80" w:rsidRDefault="00BC4E80">
      <w:pPr>
        <w:spacing w:after="40"/>
      </w:pPr>
      <w:r>
        <w:rPr>
          <w:rFonts w:ascii="Times New Roman" w:hAnsi="Times New Roman" w:cs="Times New Roman" w:eastAsia="Times New Roman"/>
          <w:sz w:val="24"/>
        </w:rPr>
        <w:t>адрес ……………………………………………………………, телефон ………………………………</w:t>
      </w:r>
    </w:p>
    <w:p w14:paraId="79984D7A" w14:textId="77777777" w:rsidR="00BC4E80" w:rsidRDefault="00BC4E80">
      <w:pPr>
        <w:spacing w:after="40"/>
      </w:pPr>
      <w:r>
        <w:rPr>
          <w:rFonts w:ascii="Times New Roman" w:hAnsi="Times New Roman" w:cs="Times New Roman" w:eastAsia="Times New Roman"/>
          <w:sz w:val="24"/>
        </w:rPr>
        <w:t>банкова сметка (IBAN) …………………………………………………………………………………</w:t>
      </w:r>
    </w:p>
    <w:p w14:paraId="62E14C89" w14:textId="77777777" w:rsidR="00BC4E80" w:rsidRDefault="00BC4E80">
      <w:pPr>
        <w:spacing w:after="80"/>
      </w:pPr>
    </w:p>
    <w:p w14:paraId="7842107D" w14:textId="77777777" w:rsidR="00BC4E80" w:rsidRDefault="00BC4E80">
      <w:pPr>
        <w:spacing w:after="120"/>
      </w:pPr>
      <w:r>
        <w:rPr>
          <w:rFonts w:ascii="Times New Roman" w:hAnsi="Times New Roman" w:cs="Times New Roman" w:eastAsia="Times New Roman"/>
          <w:b/>
          <w:sz w:val="24"/>
        </w:rPr>
        <w:t>УВАЖАЕМА ГОСПОЖО ДИРЕКТОР,</w:t>
      </w:r>
    </w:p>
    <w:p w14:paraId="197F7AC2" w14:textId="77777777" w:rsidR="00BC4E80" w:rsidRDefault="00BC4E80">
      <w:pPr>
        <w:spacing w:after="80"/>
      </w:pPr>
      <w:r>
        <w:rPr>
          <w:rFonts w:ascii="Times New Roman" w:hAnsi="Times New Roman" w:cs="Times New Roman" w:eastAsia="Times New Roman"/>
          <w:sz w:val="24"/>
        </w:rPr>
        <w:t>Моля да ми бъде отпусната месечна стипендия – стипендия за ученици само с един родител – за …………………… учебен срок на учебната 20…………………… / 20…………………… година.</w:t>
      </w:r>
    </w:p>
    <w:p w14:paraId="4A9514F4" w14:textId="77777777" w:rsidR="00BC4E80" w:rsidRDefault="00BC4E80">
      <w:pPr>
        <w:spacing w:after="80"/>
      </w:pPr>
      <w:r>
        <w:rPr>
          <w:rFonts w:ascii="Times New Roman" w:hAnsi="Times New Roman" w:cs="Times New Roman" w:eastAsia="Times New Roman"/>
          <w:sz w:val="24"/>
        </w:rPr>
        <w:t>Име на родителя, който полага грижи: …………………………………………………………………</w:t>
      </w:r>
    </w:p>
    <w:p w14:paraId="5451C27C" w14:textId="77777777" w:rsidR="00BC4E80" w:rsidRDefault="00BC4E80">
      <w:pPr>
        <w:spacing w:after="80"/>
      </w:pPr>
      <w:r>
        <w:rPr>
          <w:rFonts w:ascii="Times New Roman" w:hAnsi="Times New Roman" w:cs="Times New Roman" w:eastAsia="Times New Roman"/>
          <w:sz w:val="24"/>
        </w:rPr>
        <w:t>Основание: ☐ починал родител   ☐ неизвестен родител   ☐ друго: …………………………………</w:t>
      </w:r>
    </w:p>
    <w:p w14:paraId="5F9EF3D3" w14:textId="77777777" w:rsidR="00BC4E80" w:rsidRDefault="00BC4E80">
      <w:pPr>
        <w:spacing w:after="80"/>
      </w:pPr>
      <w:r>
        <w:rPr>
          <w:rFonts w:ascii="Times New Roman" w:hAnsi="Times New Roman" w:cs="Times New Roman" w:eastAsia="Times New Roman"/>
          <w:sz w:val="24"/>
        </w:rPr>
        <w:t>Удостоверяващ документ: ………………………………………………………………………………</w:t>
      </w:r>
    </w:p>
    <w:p w14:paraId="6FFCCB41" w14:textId="77777777" w:rsidR="00BC4E80" w:rsidRDefault="00BC4E80">
      <w:pPr>
        <w:spacing w:after="80"/>
        <w:jc w:val="both"/>
      </w:pPr>
      <w:r>
        <w:rPr>
          <w:rFonts w:ascii="Times New Roman" w:hAnsi="Times New Roman" w:cs="Times New Roman" w:eastAsia="Times New Roman"/>
          <w:sz w:val="24"/>
        </w:rPr>
        <w:t>Декларирам, че:</w:t>
      </w:r>
    </w:p>
    <w:p w14:paraId="500E6224" w14:textId="77777777" w:rsidR="00BC4E80" w:rsidRDefault="00BC4E80">
      <w:pPr>
        <w:spacing w:after="80"/>
        <w:jc w:val="both"/>
      </w:pPr>
      <w:r>
        <w:rPr>
          <w:rFonts w:ascii="Times New Roman" w:hAnsi="Times New Roman" w:cs="Times New Roman" w:eastAsia="Times New Roman"/>
          <w:sz w:val="24"/>
        </w:rPr>
        <w:t>1. Не получавам друга месечна стипендия от училището, освен по реда на чл. 7 от ПМС № 328;</w:t>
      </w:r>
    </w:p>
    <w:p w14:paraId="52D7DDB6" w14:textId="77777777" w:rsidR="00BC4E80" w:rsidRDefault="00BC4E80">
      <w:pPr>
        <w:spacing w:after="80"/>
        <w:jc w:val="both"/>
      </w:pPr>
      <w:r>
        <w:rPr>
          <w:rFonts w:ascii="Times New Roman" w:hAnsi="Times New Roman" w:cs="Times New Roman" w:eastAsia="Times New Roman"/>
          <w:sz w:val="24"/>
        </w:rPr>
        <w:t>2. Не съм повтарял/а учебната година, освен по здравословни причини;</w:t>
      </w:r>
    </w:p>
    <w:p w14:paraId="3E6178C4" w14:textId="77777777" w:rsidR="00BC4E80" w:rsidRDefault="00BC4E80">
      <w:pPr>
        <w:spacing w:after="80"/>
        <w:jc w:val="both"/>
      </w:pPr>
      <w:r>
        <w:rPr>
          <w:rFonts w:ascii="Times New Roman" w:hAnsi="Times New Roman" w:cs="Times New Roman" w:eastAsia="Times New Roman"/>
          <w:sz w:val="24"/>
        </w:rPr>
        <w:t>3. Данните, които съм посочил/а, са верни и нося отговорност по чл. 313 от Наказателния кодекс;</w:t>
      </w:r>
    </w:p>
    <w:p w14:paraId="3C62D563" w14:textId="77777777" w:rsidR="00BC4E80" w:rsidRDefault="00BC4E80">
      <w:pPr>
        <w:spacing w:after="80"/>
        <w:jc w:val="both"/>
      </w:pPr>
      <w:r>
        <w:rPr>
          <w:rFonts w:ascii="Times New Roman" w:hAnsi="Times New Roman" w:cs="Times New Roman" w:eastAsia="Times New Roman"/>
          <w:sz w:val="24"/>
        </w:rPr>
        <w:t>4. Задължавам се да уведомя незабавно училището при промяна на обстоятелствата.</w:t>
      </w:r>
    </w:p>
    <w:p w14:paraId="36A11D2B" w14:textId="77777777" w:rsidR="00BC4E80" w:rsidRDefault="00BC4E80">
      <w:pPr>
        <w:spacing w:after="80"/>
      </w:pPr>
    </w:p>
    <w:p w14:paraId="5DE8CB2B" w14:textId="77777777" w:rsidR="00BC4E80" w:rsidRDefault="00BC4E80">
      <w:pPr>
        <w:spacing w:after="80"/>
      </w:pPr>
      <w:r>
        <w:rPr>
          <w:rFonts w:ascii="Times New Roman" w:hAnsi="Times New Roman" w:cs="Times New Roman" w:eastAsia="Times New Roman"/>
          <w:i/>
          <w:sz w:val="20"/>
        </w:rPr>
        <w:t>Прилагам: ………………………………………………………………………………………………………………………</w:t>
      </w:r>
    </w:p>
    <w:p w14:paraId="46C71493" w14:textId="77777777" w:rsidR="00BC4E80" w:rsidRDefault="00BC4E80">
      <w:pPr>
        <w:spacing w:after="200"/>
      </w:pPr>
    </w:p>
    <w:p w14:paraId="5E6D3114"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1E00B8C4"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1CBCEB4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39 към Правилника за дейността на училището</w:t>
      </w:r>
    </w:p>
    <w:p w14:paraId="169AE5DA"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91F5B88" wp14:editId="030753EA">
            <wp:extent cx="6483600" cy="117515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F70949E" w14:textId="77777777" w:rsidR="00BC4E80" w:rsidRDefault="00BC4E80">
      <w:pPr>
        <w:spacing w:after="160"/>
      </w:pPr>
      <w:r>
        <w:rPr>
          <w:rFonts w:ascii="Times New Roman" w:hAnsi="Times New Roman" w:cs="Times New Roman" w:eastAsia="Times New Roman"/>
        </w:rPr>
        <w:t>Вх. № ………………………………………………………… / ………………………………………………… г.</w:t>
      </w:r>
    </w:p>
    <w:p w14:paraId="2D02429F" w14:textId="77777777" w:rsidR="00BC4E80" w:rsidRDefault="00BC4E80">
      <w:r>
        <w:rPr>
          <w:rFonts w:ascii="Times New Roman" w:hAnsi="Times New Roman" w:cs="Times New Roman" w:eastAsia="Times New Roman"/>
          <w:b/>
          <w:sz w:val="24"/>
        </w:rPr>
        <w:t>ДО</w:t>
      </w:r>
    </w:p>
    <w:p w14:paraId="4AC2A3B4" w14:textId="77777777" w:rsidR="00BC4E80" w:rsidRDefault="00BC4E80">
      <w:r>
        <w:rPr>
          <w:rFonts w:ascii="Times New Roman" w:hAnsi="Times New Roman" w:cs="Times New Roman" w:eastAsia="Times New Roman"/>
          <w:b/>
          <w:sz w:val="24"/>
        </w:rPr>
        <w:t>ДИРЕКТОРА</w:t>
      </w:r>
    </w:p>
    <w:p w14:paraId="280F1758" w14:textId="77777777" w:rsidR="00BC4E80" w:rsidRDefault="00BC4E80">
      <w:r>
        <w:rPr>
          <w:rFonts w:ascii="Times New Roman" w:hAnsi="Times New Roman" w:cs="Times New Roman" w:eastAsia="Times New Roman"/>
          <w:b/>
          <w:sz w:val="24"/>
        </w:rPr>
        <w:t>НА ПГМКР „СВЕТИ НИКОЛА“</w:t>
      </w:r>
    </w:p>
    <w:p w14:paraId="65FF5479" w14:textId="77777777" w:rsidR="00BC4E80" w:rsidRDefault="00BC4E80">
      <w:r>
        <w:rPr>
          <w:rFonts w:ascii="Times New Roman" w:hAnsi="Times New Roman" w:cs="Times New Roman" w:eastAsia="Times New Roman"/>
          <w:b/>
          <w:sz w:val="24"/>
        </w:rPr>
        <w:t>ГР. БУРГАС</w:t>
      </w:r>
    </w:p>
    <w:p w14:paraId="0F588711" w14:textId="77777777" w:rsidR="00BC4E80" w:rsidRDefault="00BC4E80">
      <w:pPr>
        <w:spacing w:after="160"/>
      </w:pPr>
    </w:p>
    <w:p w14:paraId="52425A3C"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568C9F70" w14:textId="77777777" w:rsidR="00BC4E80" w:rsidRDefault="00BC4E80">
      <w:pPr>
        <w:spacing w:after="80"/>
        <w:jc w:val="center"/>
      </w:pPr>
      <w:r>
        <w:rPr>
          <w:rFonts w:ascii="Times New Roman" w:hAnsi="Times New Roman" w:cs="Times New Roman" w:eastAsia="Times New Roman"/>
          <w:b/>
        </w:rPr>
        <w:t>за отпускане на еднократна стипендия</w:t>
      </w:r>
    </w:p>
    <w:p w14:paraId="6BCD7E40" w14:textId="77777777" w:rsidR="00BC4E80" w:rsidRDefault="00BC4E80">
      <w:pPr>
        <w:spacing w:after="160"/>
        <w:jc w:val="center"/>
      </w:pPr>
      <w:r>
        <w:rPr>
          <w:rFonts w:ascii="Times New Roman" w:hAnsi="Times New Roman" w:cs="Times New Roman" w:eastAsia="Times New Roman"/>
          <w:i/>
          <w:sz w:val="20"/>
        </w:rPr>
        <w:t>чл. 5, ал. 1 от ПМС № 328 от 2017 г. – отпуска се само веднъж в рамките на един учебен срок</w:t>
      </w:r>
    </w:p>
    <w:p w14:paraId="4571530A" w14:textId="77777777" w:rsidR="00BC4E80" w:rsidRDefault="00BC4E80">
      <w:pPr>
        <w:spacing w:after="40"/>
      </w:pPr>
      <w:r>
        <w:rPr>
          <w:rFonts w:ascii="Times New Roman" w:hAnsi="Times New Roman" w:cs="Times New Roman" w:eastAsia="Times New Roman"/>
          <w:sz w:val="24"/>
        </w:rPr>
        <w:t>от …………………………………………………………………………………………………………</w:t>
      </w:r>
    </w:p>
    <w:p w14:paraId="278B6ECA" w14:textId="77777777" w:rsidR="00BC4E80" w:rsidRDefault="00BC4E80">
      <w:pPr>
        <w:spacing w:after="40"/>
      </w:pPr>
      <w:r>
        <w:rPr>
          <w:rFonts w:ascii="Times New Roman" w:hAnsi="Times New Roman" w:cs="Times New Roman" w:eastAsia="Times New Roman"/>
          <w:sz w:val="24"/>
        </w:rPr>
        <w:t>/трите имена на ученика/</w:t>
      </w:r>
    </w:p>
    <w:p w14:paraId="2B261227"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6E9322AE" w14:textId="77777777" w:rsidR="00BC4E80" w:rsidRDefault="00BC4E80">
      <w:pPr>
        <w:spacing w:after="40"/>
      </w:pPr>
      <w:r>
        <w:rPr>
          <w:rFonts w:ascii="Times New Roman" w:hAnsi="Times New Roman" w:cs="Times New Roman" w:eastAsia="Times New Roman"/>
          <w:sz w:val="24"/>
        </w:rPr>
        <w:t>адрес ……………………………………………………………, телефон ………………………………</w:t>
      </w:r>
    </w:p>
    <w:p w14:paraId="1DA6561D" w14:textId="77777777" w:rsidR="00BC4E80" w:rsidRDefault="00BC4E80">
      <w:pPr>
        <w:spacing w:after="40"/>
      </w:pPr>
      <w:r>
        <w:rPr>
          <w:rFonts w:ascii="Times New Roman" w:hAnsi="Times New Roman" w:cs="Times New Roman" w:eastAsia="Times New Roman"/>
          <w:sz w:val="24"/>
        </w:rPr>
        <w:t>банкова сметка (IBAN) …………………………………………………………………………………</w:t>
      </w:r>
    </w:p>
    <w:p w14:paraId="11425567" w14:textId="77777777" w:rsidR="00BC4E80" w:rsidRDefault="00BC4E80">
      <w:pPr>
        <w:spacing w:after="80"/>
      </w:pPr>
    </w:p>
    <w:p w14:paraId="38D3131B" w14:textId="77777777" w:rsidR="00BC4E80" w:rsidRDefault="00BC4E80">
      <w:pPr>
        <w:spacing w:after="120"/>
      </w:pPr>
      <w:r>
        <w:rPr>
          <w:rFonts w:ascii="Times New Roman" w:hAnsi="Times New Roman" w:cs="Times New Roman" w:eastAsia="Times New Roman"/>
          <w:b/>
          <w:sz w:val="24"/>
        </w:rPr>
        <w:t>УВАЖАЕМА ГОСПОЖО ДИРЕКТОР,</w:t>
      </w:r>
    </w:p>
    <w:p w14:paraId="1490BF9D" w14:textId="77777777" w:rsidR="00BC4E80" w:rsidRDefault="00BC4E80">
      <w:pPr>
        <w:spacing w:after="80"/>
        <w:jc w:val="both"/>
      </w:pPr>
      <w:r>
        <w:rPr>
          <w:rFonts w:ascii="Times New Roman" w:hAnsi="Times New Roman" w:cs="Times New Roman" w:eastAsia="Times New Roman"/>
          <w:sz w:val="24"/>
        </w:rPr>
        <w:t>Моля да ми бъде отпусната еднократна стипендия на следното основание:</w:t>
      </w:r>
    </w:p>
    <w:p w14:paraId="1013A47C" w14:textId="77777777" w:rsidR="00BC4E80" w:rsidRDefault="00BC4E80">
      <w:pPr>
        <w:spacing w:after="80"/>
      </w:pPr>
      <w:r>
        <w:rPr>
          <w:rFonts w:ascii="Times New Roman" w:hAnsi="Times New Roman" w:cs="Times New Roman" w:eastAsia="Times New Roman"/>
          <w:sz w:val="24"/>
        </w:rPr>
        <w:t>☐ за преодоляване на еднократни социални обстоятелства, свързани с достъпа ми до образование (чл. 5, ал. 1, т. 1): ……………………</w:t>
      </w:r>
    </w:p>
    <w:p w14:paraId="5C99D03C" w14:textId="77777777" w:rsidR="00BC4E80" w:rsidRDefault="00BC4E80">
      <w:pPr>
        <w:spacing w:after="80"/>
      </w:pPr>
      <w:r>
        <w:rPr>
          <w:rFonts w:ascii="Times New Roman" w:hAnsi="Times New Roman" w:cs="Times New Roman" w:eastAsia="Times New Roman"/>
          <w:sz w:val="24"/>
        </w:rPr>
        <w:t>………………………………………………………………………………………………………………</w:t>
      </w:r>
    </w:p>
    <w:p w14:paraId="13D66790" w14:textId="77777777" w:rsidR="00BC4E80" w:rsidRDefault="00BC4E80">
      <w:pPr>
        <w:spacing w:after="80"/>
      </w:pPr>
      <w:r>
        <w:rPr>
          <w:rFonts w:ascii="Times New Roman" w:hAnsi="Times New Roman" w:cs="Times New Roman" w:eastAsia="Times New Roman"/>
          <w:sz w:val="24"/>
        </w:rPr>
        <w:t>☐ за постигнати високи резултати в учебната дейност или в дейности в областта на науките, технологиите, изкуствата и спорта (чл. 5, ал. 1, т. 2): ……………………</w:t>
      </w:r>
    </w:p>
    <w:p w14:paraId="234FCA05" w14:textId="77777777" w:rsidR="00BC4E80" w:rsidRDefault="00BC4E80">
      <w:pPr>
        <w:spacing w:after="80"/>
      </w:pPr>
      <w:r>
        <w:rPr>
          <w:rFonts w:ascii="Times New Roman" w:hAnsi="Times New Roman" w:cs="Times New Roman" w:eastAsia="Times New Roman"/>
          <w:sz w:val="24"/>
        </w:rPr>
        <w:t>………………………………………………………………………………………………………………</w:t>
      </w:r>
    </w:p>
    <w:p w14:paraId="4705D8F7" w14:textId="77777777" w:rsidR="00BC4E80" w:rsidRDefault="00BC4E80">
      <w:pPr>
        <w:spacing w:after="80"/>
      </w:pPr>
      <w:r>
        <w:rPr>
          <w:rFonts w:ascii="Times New Roman" w:hAnsi="Times New Roman" w:cs="Times New Roman" w:eastAsia="Times New Roman"/>
          <w:sz w:val="24"/>
        </w:rPr>
        <w:t>☐ за принос към изграждането и техническата поддръжка на STEM центъра, на симулаторите и тренажорите и на училищната материално-техническа база: ……………………</w:t>
      </w:r>
    </w:p>
    <w:p w14:paraId="46614995" w14:textId="77777777" w:rsidR="00BC4E80" w:rsidRDefault="00BC4E80">
      <w:pPr>
        <w:spacing w:after="80"/>
      </w:pPr>
      <w:r>
        <w:rPr>
          <w:rFonts w:ascii="Times New Roman" w:hAnsi="Times New Roman" w:cs="Times New Roman" w:eastAsia="Times New Roman"/>
          <w:sz w:val="24"/>
        </w:rPr>
        <w:t>………………………………………………………………………………………………………………</w:t>
      </w:r>
    </w:p>
    <w:p w14:paraId="1D50A868" w14:textId="77777777" w:rsidR="00BC4E80" w:rsidRDefault="00BC4E80">
      <w:pPr>
        <w:spacing w:after="80"/>
        <w:jc w:val="both"/>
      </w:pPr>
      <w:r>
        <w:rPr>
          <w:rFonts w:ascii="Times New Roman" w:hAnsi="Times New Roman" w:cs="Times New Roman" w:eastAsia="Times New Roman"/>
          <w:sz w:val="24"/>
        </w:rPr>
        <w:t>Декларирам, че през текущия учебен срок не съм получавал/а еднократна стипендия.</w:t>
      </w:r>
    </w:p>
    <w:p w14:paraId="3A595800" w14:textId="77777777" w:rsidR="00BC4E80" w:rsidRDefault="00BC4E80">
      <w:pPr>
        <w:spacing w:after="80"/>
      </w:pPr>
    </w:p>
    <w:p w14:paraId="1091D703" w14:textId="77777777" w:rsidR="00BC4E80" w:rsidRDefault="00BC4E80">
      <w:pPr>
        <w:spacing w:after="80"/>
        <w:jc w:val="both"/>
      </w:pPr>
      <w:r>
        <w:rPr>
          <w:rFonts w:ascii="Times New Roman" w:hAnsi="Times New Roman" w:cs="Times New Roman" w:eastAsia="Times New Roman"/>
          <w:i/>
          <w:sz w:val="20"/>
        </w:rPr>
        <w:t>Прилагам: документи, удостоверяващи посочените обстоятелства.</w:t>
      </w:r>
    </w:p>
    <w:p w14:paraId="45F24DDB" w14:textId="77777777" w:rsidR="00BC4E80" w:rsidRDefault="00BC4E80">
      <w:pPr>
        <w:spacing w:after="200"/>
      </w:pPr>
    </w:p>
    <w:p w14:paraId="7BA19423"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00BCEACB" w14:textId="77777777" w:rsidR="00BC4E80" w:rsidRDefault="00BC4E80">
      <w:pPr>
        <w:tabs>
          <w:tab w:val="left" w:pos="5386"/>
        </w:tabs>
        <w:spacing w:after="160"/>
      </w:pPr>
      <w:r>
        <w:rPr>
          <w:rFonts w:ascii="Times New Roman" w:hAnsi="Times New Roman" w:cs="Times New Roman" w:eastAsia="Times New Roman"/>
          <w:sz w:val="24"/>
        </w:rPr>
        <w:t>Предложил: …………………………………………</w:t>
      </w:r>
      <w:r>
        <w:rPr>
          <w:rFonts w:ascii="Times New Roman" w:hAnsi="Times New Roman" w:cs="Times New Roman" w:eastAsia="Times New Roman"/>
          <w:sz w:val="24"/>
        </w:rPr>
        <w:tab/>
        <w:t>Родител: ………………………………………</w:t>
      </w:r>
    </w:p>
    <w:p w14:paraId="6A882CC2"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40 към Правилника за дейността на училището</w:t>
      </w:r>
    </w:p>
    <w:p w14:paraId="052A057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B2AF3E0" wp14:editId="49DAB73C">
            <wp:extent cx="6483600" cy="117515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8207641" w14:textId="77777777" w:rsidR="00BC4E80" w:rsidRDefault="00BC4E80">
      <w:pPr>
        <w:spacing w:after="160"/>
      </w:pPr>
      <w:r>
        <w:rPr>
          <w:rFonts w:ascii="Times New Roman" w:hAnsi="Times New Roman" w:cs="Times New Roman" w:eastAsia="Times New Roman"/>
        </w:rPr>
        <w:t>Вх. № ………………………………………………………… / ………………………………………………… г.</w:t>
      </w:r>
    </w:p>
    <w:p w14:paraId="50657527" w14:textId="77777777" w:rsidR="00BC4E80" w:rsidRDefault="00BC4E80">
      <w:r>
        <w:rPr>
          <w:rFonts w:ascii="Times New Roman" w:hAnsi="Times New Roman" w:cs="Times New Roman" w:eastAsia="Times New Roman"/>
          <w:b/>
          <w:sz w:val="24"/>
        </w:rPr>
        <w:t>ДО</w:t>
      </w:r>
    </w:p>
    <w:p w14:paraId="5F4C3554" w14:textId="77777777" w:rsidR="00BC4E80" w:rsidRDefault="00BC4E80">
      <w:r>
        <w:rPr>
          <w:rFonts w:ascii="Times New Roman" w:hAnsi="Times New Roman" w:cs="Times New Roman" w:eastAsia="Times New Roman"/>
          <w:b/>
          <w:sz w:val="24"/>
        </w:rPr>
        <w:t>ДИРЕКТОРА</w:t>
      </w:r>
    </w:p>
    <w:p w14:paraId="09A6C165" w14:textId="77777777" w:rsidR="00BC4E80" w:rsidRDefault="00BC4E80">
      <w:r>
        <w:rPr>
          <w:rFonts w:ascii="Times New Roman" w:hAnsi="Times New Roman" w:cs="Times New Roman" w:eastAsia="Times New Roman"/>
          <w:b/>
          <w:sz w:val="24"/>
        </w:rPr>
        <w:t>НА ПГМКР „СВЕТИ НИКОЛА“</w:t>
      </w:r>
    </w:p>
    <w:p w14:paraId="5D55E60E" w14:textId="77777777" w:rsidR="00BC4E80" w:rsidRDefault="00BC4E80">
      <w:r>
        <w:rPr>
          <w:rFonts w:ascii="Times New Roman" w:hAnsi="Times New Roman" w:cs="Times New Roman" w:eastAsia="Times New Roman"/>
          <w:b/>
          <w:sz w:val="24"/>
        </w:rPr>
        <w:t>ГР. БУРГАС</w:t>
      </w:r>
    </w:p>
    <w:p w14:paraId="436780ED" w14:textId="77777777" w:rsidR="00BC4E80" w:rsidRDefault="00BC4E80">
      <w:pPr>
        <w:spacing w:after="160"/>
      </w:pPr>
    </w:p>
    <w:p w14:paraId="74C9D5C4"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7E1ABFF4" w14:textId="77777777" w:rsidR="00BC4E80" w:rsidRDefault="00BC4E80">
      <w:pPr>
        <w:spacing w:after="80"/>
        <w:jc w:val="center"/>
      </w:pPr>
      <w:r>
        <w:rPr>
          <w:rFonts w:ascii="Times New Roman" w:hAnsi="Times New Roman" w:cs="Times New Roman" w:eastAsia="Times New Roman"/>
          <w:b/>
        </w:rPr>
        <w:t>за предоставяне на стипендия целево</w:t>
      </w:r>
    </w:p>
    <w:p w14:paraId="6342E84D" w14:textId="77777777" w:rsidR="00BC4E80" w:rsidRDefault="00BC4E80">
      <w:pPr>
        <w:spacing w:after="160"/>
        <w:jc w:val="center"/>
      </w:pPr>
      <w:r>
        <w:rPr>
          <w:rFonts w:ascii="Times New Roman" w:hAnsi="Times New Roman" w:cs="Times New Roman" w:eastAsia="Times New Roman"/>
          <w:i/>
          <w:sz w:val="20"/>
        </w:rPr>
        <w:t>чл. 6 от ПМС № 328 от 2017 г.</w:t>
      </w:r>
    </w:p>
    <w:p w14:paraId="18D6CB22" w14:textId="77777777" w:rsidR="00BC4E80" w:rsidRDefault="00BC4E80">
      <w:pPr>
        <w:spacing w:after="40"/>
      </w:pPr>
      <w:r>
        <w:rPr>
          <w:rFonts w:ascii="Times New Roman" w:hAnsi="Times New Roman" w:cs="Times New Roman" w:eastAsia="Times New Roman"/>
          <w:sz w:val="24"/>
        </w:rPr>
        <w:t>от …………………………………………………………………………………………………………</w:t>
      </w:r>
    </w:p>
    <w:p w14:paraId="033BA62E" w14:textId="77777777" w:rsidR="00BC4E80" w:rsidRDefault="00BC4E80">
      <w:pPr>
        <w:spacing w:after="40"/>
      </w:pPr>
      <w:r>
        <w:rPr>
          <w:rFonts w:ascii="Times New Roman" w:hAnsi="Times New Roman" w:cs="Times New Roman" w:eastAsia="Times New Roman"/>
          <w:sz w:val="24"/>
        </w:rPr>
        <w:t>/трите имена на ученика/</w:t>
      </w:r>
    </w:p>
    <w:p w14:paraId="2262E97C" w14:textId="77777777" w:rsidR="00BC4E80" w:rsidRDefault="00BC4E80">
      <w:pPr>
        <w:spacing w:after="40"/>
      </w:pPr>
      <w:r>
        <w:rPr>
          <w:rFonts w:ascii="Times New Roman" w:hAnsi="Times New Roman" w:cs="Times New Roman" w:eastAsia="Times New Roman"/>
          <w:sz w:val="24"/>
        </w:rPr>
        <w:t>ЕГН ……………………, ученик/ученичка от …………………… клас, специалност ……………………</w:t>
      </w:r>
    </w:p>
    <w:p w14:paraId="47A40B6C" w14:textId="77777777" w:rsidR="00BC4E80" w:rsidRDefault="00BC4E80">
      <w:pPr>
        <w:spacing w:after="40"/>
      </w:pPr>
      <w:r>
        <w:rPr>
          <w:rFonts w:ascii="Times New Roman" w:hAnsi="Times New Roman" w:cs="Times New Roman" w:eastAsia="Times New Roman"/>
          <w:sz w:val="24"/>
        </w:rPr>
        <w:t>адрес ……………………………………………………………, телефон ………………………………</w:t>
      </w:r>
    </w:p>
    <w:p w14:paraId="7B5702C0" w14:textId="77777777" w:rsidR="00BC4E80" w:rsidRDefault="00BC4E80">
      <w:pPr>
        <w:spacing w:after="40"/>
      </w:pPr>
      <w:r>
        <w:rPr>
          <w:rFonts w:ascii="Times New Roman" w:hAnsi="Times New Roman" w:cs="Times New Roman" w:eastAsia="Times New Roman"/>
          <w:sz w:val="24"/>
        </w:rPr>
        <w:t>банкова сметка (IBAN) …………………………………………………………………………………</w:t>
      </w:r>
    </w:p>
    <w:p w14:paraId="54117BC1" w14:textId="77777777" w:rsidR="00BC4E80" w:rsidRDefault="00BC4E80">
      <w:pPr>
        <w:spacing w:after="80"/>
      </w:pPr>
    </w:p>
    <w:p w14:paraId="3DC58CA1"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EB0DD72" w14:textId="77777777" w:rsidR="00BC4E80" w:rsidRDefault="00BC4E80">
      <w:pPr>
        <w:spacing w:after="80"/>
        <w:jc w:val="both"/>
      </w:pPr>
      <w:r>
        <w:rPr>
          <w:rFonts w:ascii="Times New Roman" w:hAnsi="Times New Roman" w:cs="Times New Roman" w:eastAsia="Times New Roman"/>
          <w:sz w:val="24"/>
        </w:rPr>
        <w:t>Моля отпуснатата ми стипендия по чл. 4, ал. 1, т. 2 / чл. 5, ал. 1 от ПМС № 328 да ми бъде предоставена целево за покриване на следните разходи, свързани с обучението ми:</w:t>
      </w:r>
    </w:p>
    <w:p w14:paraId="422C39E7" w14:textId="77777777" w:rsidR="00BC4E80" w:rsidRDefault="00BC4E80">
      <w:pPr>
        <w:spacing w:after="80"/>
        <w:jc w:val="both"/>
      </w:pPr>
      <w:r>
        <w:rPr>
          <w:rFonts w:ascii="Times New Roman" w:hAnsi="Times New Roman" w:cs="Times New Roman" w:eastAsia="Times New Roman"/>
          <w:sz w:val="24"/>
        </w:rPr>
        <w:t>☐ транспорт   ☐ учебни помагала и материали   ☐ специализирано работно облекло   ☐ медицинско свидетелство за моряк   ☐ курсове по морска безопасност (STCW)   ☐ друго</w:t>
      </w:r>
    </w:p>
    <w:p w14:paraId="35B62471" w14:textId="77777777" w:rsidR="00BC4E80" w:rsidRDefault="00BC4E80">
      <w:pPr>
        <w:spacing w:after="80"/>
      </w:pPr>
      <w:r>
        <w:rPr>
          <w:rFonts w:ascii="Times New Roman" w:hAnsi="Times New Roman" w:cs="Times New Roman" w:eastAsia="Times New Roman"/>
          <w:sz w:val="24"/>
        </w:rPr>
        <w:t>Описание и стойност: ……………………………………………………………………………………</w:t>
      </w:r>
    </w:p>
    <w:p w14:paraId="27A0CE81" w14:textId="77777777" w:rsidR="00BC4E80" w:rsidRDefault="00BC4E80">
      <w:pPr>
        <w:spacing w:after="80"/>
      </w:pPr>
      <w:r>
        <w:rPr>
          <w:rFonts w:ascii="Times New Roman" w:hAnsi="Times New Roman" w:cs="Times New Roman" w:eastAsia="Times New Roman"/>
          <w:sz w:val="24"/>
        </w:rPr>
        <w:t>………………………………………………………………………………………………………………</w:t>
      </w:r>
    </w:p>
    <w:p w14:paraId="5F1F0154" w14:textId="77777777" w:rsidR="00BC4E80" w:rsidRDefault="00BC4E80">
      <w:pPr>
        <w:spacing w:after="80"/>
      </w:pPr>
      <w:r>
        <w:rPr>
          <w:rFonts w:ascii="Times New Roman" w:hAnsi="Times New Roman" w:cs="Times New Roman" w:eastAsia="Times New Roman"/>
          <w:sz w:val="24"/>
        </w:rPr>
        <w:t>Задължавам се да представя разходооправдателни документи в срок до …………………………….</w:t>
      </w:r>
    </w:p>
    <w:p w14:paraId="4382E4E2" w14:textId="77777777" w:rsidR="00BC4E80" w:rsidRDefault="00BC4E80">
      <w:pPr>
        <w:spacing w:after="80"/>
        <w:jc w:val="both"/>
      </w:pPr>
      <w:r>
        <w:rPr>
          <w:rFonts w:ascii="Times New Roman" w:hAnsi="Times New Roman" w:cs="Times New Roman" w:eastAsia="Times New Roman"/>
          <w:sz w:val="24"/>
        </w:rPr>
        <w:t>Известно ми е, че при неизползване по предназначение или при непредставяне на документи получената сума се възстановява на училището (чл. 6, ал. 4 от ПМС № 328).</w:t>
      </w:r>
    </w:p>
    <w:p w14:paraId="0F938520" w14:textId="77777777" w:rsidR="00BC4E80" w:rsidRDefault="00BC4E80">
      <w:pPr>
        <w:spacing w:after="200"/>
      </w:pPr>
    </w:p>
    <w:p w14:paraId="2966D9FE" w14:textId="77777777" w:rsidR="00BC4E80" w:rsidRDefault="00BC4E80">
      <w:pPr>
        <w:tabs>
          <w:tab w:val="left" w:pos="5386"/>
        </w:tabs>
        <w:spacing w:after="160" w:before="1140"/>
      </w:pPr>
      <w:r>
        <w:rPr>
          <w:rFonts w:ascii="Times New Roman" w:hAnsi="Times New Roman" w:cs="Times New Roman" w:eastAsia="Times New Roman"/>
          <w:sz w:val="24"/>
        </w:rPr>
        <w:t>Дата: ……………………………………………… г.</w:t>
      </w:r>
      <w:r>
        <w:rPr>
          <w:rFonts w:ascii="Times New Roman" w:hAnsi="Times New Roman" w:cs="Times New Roman" w:eastAsia="Times New Roman"/>
          <w:sz w:val="24"/>
        </w:rPr>
        <w:tab/>
        <w:t>Ученик: …………………………………………</w:t>
      </w:r>
    </w:p>
    <w:p w14:paraId="69C5B60B" w14:textId="77777777" w:rsidR="00BC4E80" w:rsidRDefault="00BC4E80">
      <w:pPr>
        <w:tabs>
          <w:tab w:val="left" w:pos="5386"/>
        </w:tabs>
        <w:spacing w:after="160"/>
      </w:pPr>
      <w:r>
        <w:rPr>
          <w:rFonts w:ascii="Times New Roman" w:hAnsi="Times New Roman" w:cs="Times New Roman" w:eastAsia="Times New Roman"/>
          <w:sz w:val="24"/>
        </w:rPr>
        <w:tab/>
        <w:t>Родител: ………………………………………</w:t>
      </w:r>
    </w:p>
    <w:p w14:paraId="60E5BCDB"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41 към Правилника за дейността на училището</w:t>
      </w:r>
    </w:p>
    <w:p w14:paraId="688AF6D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66B467FD" wp14:editId="32064408">
            <wp:extent cx="6483600" cy="117515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62DB6A2" w14:textId="77777777" w:rsidR="00BC4E80" w:rsidRDefault="00BC4E80">
      <w:pPr>
        <w:spacing w:before="80" w:after="40"/>
        <w:jc w:val="center"/>
      </w:pPr>
      <w:r>
        <w:rPr>
          <w:rFonts w:ascii="Times New Roman" w:hAnsi="Times New Roman" w:cs="Times New Roman" w:eastAsia="Times New Roman"/>
          <w:b/>
          <w:sz w:val="26"/>
        </w:rPr>
        <w:t>П Р О Т О К О Л</w:t>
      </w:r>
    </w:p>
    <w:p w14:paraId="12C434BA" w14:textId="77777777" w:rsidR="00BC4E80" w:rsidRDefault="00BC4E80">
      <w:pPr>
        <w:spacing w:after="80"/>
        <w:jc w:val="center"/>
      </w:pPr>
      <w:r>
        <w:rPr>
          <w:rFonts w:ascii="Times New Roman" w:hAnsi="Times New Roman" w:cs="Times New Roman" w:eastAsia="Times New Roman"/>
          <w:b/>
        </w:rPr>
        <w:t>на комисията за стипендии – класиране</w:t>
      </w:r>
    </w:p>
    <w:p w14:paraId="0C278F2D" w14:textId="77777777" w:rsidR="00BC4E80" w:rsidRDefault="00BC4E80">
      <w:pPr>
        <w:spacing w:after="160"/>
        <w:jc w:val="center"/>
      </w:pPr>
      <w:r>
        <w:rPr>
          <w:rFonts w:ascii="Times New Roman" w:hAnsi="Times New Roman" w:cs="Times New Roman" w:eastAsia="Times New Roman"/>
          <w:i/>
          <w:sz w:val="20"/>
        </w:rPr>
        <w:t>чл. 8 от ПМС № 328 от 2017 г.; Приложение В към ПДУ</w:t>
      </w:r>
    </w:p>
    <w:p w14:paraId="64AC6F63" w14:textId="77777777" w:rsidR="00BC4E80" w:rsidRDefault="00BC4E80">
      <w:pPr>
        <w:spacing w:after="40"/>
      </w:pPr>
      <w:r>
        <w:rPr>
          <w:rFonts w:ascii="Times New Roman" w:hAnsi="Times New Roman" w:cs="Times New Roman" w:eastAsia="Times New Roman"/>
          <w:sz w:val="24"/>
        </w:rPr>
        <w:t>Днес, …………………… г., комисията за стипендии, назначена със Заповед № …………………… / …………………… г. на директора, в състав:</w:t>
      </w:r>
    </w:p>
    <w:p w14:paraId="463A1217" w14:textId="77777777" w:rsidR="00BC4E80" w:rsidRDefault="00BC4E80">
      <w:pPr>
        <w:spacing w:after="40"/>
      </w:pPr>
      <w:r>
        <w:rPr>
          <w:rFonts w:ascii="Times New Roman" w:hAnsi="Times New Roman" w:cs="Times New Roman" w:eastAsia="Times New Roman"/>
          <w:sz w:val="24"/>
        </w:rPr>
        <w:t>Председател: ………………………………………………………………………………………………</w:t>
      </w:r>
    </w:p>
    <w:p w14:paraId="3CD4D020" w14:textId="77777777" w:rsidR="00BC4E80" w:rsidRDefault="00BC4E80">
      <w:pPr>
        <w:spacing w:after="40"/>
      </w:pPr>
      <w:r>
        <w:rPr>
          <w:rFonts w:ascii="Times New Roman" w:hAnsi="Times New Roman" w:cs="Times New Roman" w:eastAsia="Times New Roman"/>
          <w:sz w:val="24"/>
        </w:rPr>
        <w:t>Членове: 1. ………………………………………………………………………………………………</w:t>
      </w:r>
    </w:p>
    <w:p w14:paraId="4B413850" w14:textId="77777777" w:rsidR="00BC4E80" w:rsidRDefault="00BC4E80">
      <w:pPr>
        <w:spacing w:after="40"/>
      </w:pPr>
      <w:r>
        <w:rPr>
          <w:rFonts w:ascii="Times New Roman" w:hAnsi="Times New Roman" w:cs="Times New Roman" w:eastAsia="Times New Roman"/>
          <w:sz w:val="24"/>
        </w:rPr>
        <w:t>2. ……………………………………………………………………………………………………………</w:t>
      </w:r>
    </w:p>
    <w:p w14:paraId="201A22FD" w14:textId="77777777" w:rsidR="00BC4E80" w:rsidRDefault="00BC4E80">
      <w:pPr>
        <w:spacing w:after="40"/>
      </w:pPr>
      <w:r>
        <w:rPr>
          <w:rFonts w:ascii="Times New Roman" w:hAnsi="Times New Roman" w:cs="Times New Roman" w:eastAsia="Times New Roman"/>
          <w:sz w:val="24"/>
        </w:rPr>
        <w:t>3. ……………………………………………………………………………………………………………</w:t>
      </w:r>
    </w:p>
    <w:p w14:paraId="25BD1A28" w14:textId="77777777" w:rsidR="00BC4E80" w:rsidRDefault="00BC4E80">
      <w:pPr>
        <w:spacing w:after="40"/>
      </w:pPr>
      <w:r>
        <w:rPr>
          <w:rFonts w:ascii="Times New Roman" w:hAnsi="Times New Roman" w:cs="Times New Roman" w:eastAsia="Times New Roman"/>
          <w:sz w:val="24"/>
        </w:rPr>
        <w:t>разгледа подадените заявления-декларации за …………………… учебен срок на учебната 20…………………… / 20…………………… година.</w:t>
      </w:r>
    </w:p>
    <w:p w14:paraId="62A126A1" w14:textId="77777777" w:rsidR="00BC4E80" w:rsidRDefault="00BC4E80">
      <w:pPr>
        <w:spacing w:after="80"/>
      </w:pPr>
    </w:p>
    <w:p w14:paraId="5B53CDDF" w14:textId="77777777" w:rsidR="00BC4E80" w:rsidRDefault="00BC4E80">
      <w:pPr>
        <w:spacing w:after="80"/>
      </w:pPr>
      <w:r>
        <w:rPr>
          <w:rFonts w:ascii="Times New Roman" w:hAnsi="Times New Roman" w:cs="Times New Roman" w:eastAsia="Times New Roman"/>
          <w:sz w:val="24"/>
        </w:rPr>
        <w:t>Вид на стипендията: ……………………………………………………………………………………</w:t>
      </w:r>
    </w:p>
    <w:p w14:paraId="390DC69E" w14:textId="77777777" w:rsidR="00BC4E80" w:rsidRDefault="00BC4E80">
      <w:pPr>
        <w:spacing w:after="80"/>
      </w:pPr>
      <w:r>
        <w:rPr>
          <w:rFonts w:ascii="Times New Roman" w:hAnsi="Times New Roman" w:cs="Times New Roman" w:eastAsia="Times New Roman"/>
          <w:sz w:val="24"/>
        </w:rPr>
        <w:t>Брой подадени заявления: ……………………; допуснати: ……………………; недопуснати: …………………….</w:t>
      </w:r>
    </w:p>
    <w:p w14:paraId="608976BC" w14:textId="77777777" w:rsidR="00BC4E80" w:rsidRDefault="00BC4E80">
      <w:pPr>
        <w:spacing w:after="80"/>
      </w:pPr>
      <w:r>
        <w:rPr>
          <w:rFonts w:ascii="Times New Roman" w:hAnsi="Times New Roman" w:cs="Times New Roman" w:eastAsia="Times New Roman"/>
          <w:sz w:val="24"/>
        </w:rPr>
        <w:t>Утвърден размер на стипендията: ……………………………………………………… евро месечно.</w:t>
      </w:r>
    </w:p>
    <w:p w14:paraId="149CF440" w14:textId="77777777" w:rsidR="00BC4E80" w:rsidRDefault="00BC4E80">
      <w:pPr>
        <w:spacing w:after="80"/>
      </w:pPr>
      <w:r>
        <w:rPr>
          <w:rFonts w:ascii="Times New Roman" w:hAnsi="Times New Roman" w:cs="Times New Roman" w:eastAsia="Times New Roman"/>
          <w:sz w:val="24"/>
        </w:rPr>
        <w:t>Минимален успех / доход за класиране: ………………………………………………………………</w:t>
      </w:r>
    </w:p>
    <w:p w14:paraId="6452E894" w14:textId="77777777" w:rsidR="00BC4E80" w:rsidRDefault="00BC4E80">
      <w:pPr>
        <w:spacing w:after="200"/>
      </w:pPr>
    </w:p>
    <w:tbl>
      <w:tblPr>
        <w:tblStyle w:val="aff9"/>
        <w:tblW w:w="0" w:type="auto"/>
        <w:tblLook w:val="04A0" w:firstRow="1" w:lastRow="0" w:firstColumn="1" w:lastColumn="0" w:noHBand="0" w:noVBand="1"/>
      </w:tblPr>
      <w:tblGrid>
        <w:gridCol w:w="567"/>
        <w:gridCol w:w="3118"/>
        <w:gridCol w:w="1020"/>
        <w:gridCol w:w="1814"/>
        <w:gridCol w:w="1247"/>
        <w:gridCol w:w="1757"/>
      </w:tblGrid>
      <w:tr w:rsidR="00BC4E80" w14:paraId="4BD91D36" w14:textId="77777777">
        <w:tc>
          <w:tcPr>
            <w:tcW w:w="567" w:type="dxa"/>
          </w:tcPr>
          <w:p w14:paraId="5BB171D8" w14:textId="77777777" w:rsidR="00BC4E80" w:rsidRDefault="00BC4E80">
            <w:pPr>
              <w:jc w:val="center"/>
            </w:pPr>
            <w:r>
              <w:rPr>
                <w:rFonts w:ascii="Times New Roman" w:hAnsi="Times New Roman" w:cs="Times New Roman" w:eastAsia="Times New Roman"/>
                <w:b/>
                <w:sz w:val="20"/>
              </w:rPr>
              <w:t>№</w:t>
            </w:r>
          </w:p>
        </w:tc>
        <w:tc>
          <w:tcPr>
            <w:tcW w:w="3118" w:type="dxa"/>
          </w:tcPr>
          <w:p w14:paraId="416963E1" w14:textId="77777777" w:rsidR="00BC4E80" w:rsidRDefault="00BC4E80">
            <w:pPr>
              <w:jc w:val="center"/>
            </w:pPr>
            <w:r>
              <w:rPr>
                <w:rFonts w:ascii="Times New Roman" w:hAnsi="Times New Roman" w:cs="Times New Roman" w:eastAsia="Times New Roman"/>
                <w:b/>
                <w:sz w:val="20"/>
              </w:rPr>
              <w:t>Ученик</w:t>
            </w:r>
          </w:p>
        </w:tc>
        <w:tc>
          <w:tcPr>
            <w:tcW w:w="1020" w:type="dxa"/>
          </w:tcPr>
          <w:p w14:paraId="0329849C" w14:textId="77777777" w:rsidR="00BC4E80" w:rsidRDefault="00BC4E80">
            <w:pPr>
              <w:jc w:val="center"/>
            </w:pPr>
            <w:r>
              <w:rPr>
                <w:rFonts w:ascii="Times New Roman" w:hAnsi="Times New Roman" w:cs="Times New Roman" w:eastAsia="Times New Roman"/>
                <w:b/>
                <w:sz w:val="20"/>
              </w:rPr>
              <w:t>Клас</w:t>
            </w:r>
          </w:p>
        </w:tc>
        <w:tc>
          <w:tcPr>
            <w:tcW w:w="1814" w:type="dxa"/>
          </w:tcPr>
          <w:p w14:paraId="6AD10E4A" w14:textId="77777777" w:rsidR="00BC4E80" w:rsidRDefault="00BC4E80">
            <w:pPr>
              <w:jc w:val="center"/>
            </w:pPr>
            <w:r>
              <w:rPr>
                <w:rFonts w:ascii="Times New Roman" w:hAnsi="Times New Roman" w:cs="Times New Roman" w:eastAsia="Times New Roman"/>
                <w:b/>
                <w:sz w:val="20"/>
              </w:rPr>
              <w:t>Успех / доход</w:t>
            </w:r>
          </w:p>
        </w:tc>
        <w:tc>
          <w:tcPr>
            <w:tcW w:w="1247" w:type="dxa"/>
          </w:tcPr>
          <w:p w14:paraId="711E20DF" w14:textId="77777777" w:rsidR="00BC4E80" w:rsidRDefault="00BC4E80">
            <w:pPr>
              <w:jc w:val="center"/>
            </w:pPr>
            <w:r>
              <w:rPr>
                <w:rFonts w:ascii="Times New Roman" w:hAnsi="Times New Roman" w:cs="Times New Roman" w:eastAsia="Times New Roman"/>
                <w:b/>
                <w:sz w:val="20"/>
              </w:rPr>
              <w:t>Класиран</w:t>
            </w:r>
          </w:p>
        </w:tc>
        <w:tc>
          <w:tcPr>
            <w:tcW w:w="1757" w:type="dxa"/>
          </w:tcPr>
          <w:p w14:paraId="2BE002D3" w14:textId="77777777" w:rsidR="00BC4E80" w:rsidRDefault="00BC4E80">
            <w:pPr>
              <w:jc w:val="center"/>
            </w:pPr>
            <w:r>
              <w:rPr>
                <w:rFonts w:ascii="Times New Roman" w:hAnsi="Times New Roman" w:cs="Times New Roman" w:eastAsia="Times New Roman"/>
                <w:b/>
                <w:sz w:val="20"/>
              </w:rPr>
              <w:t>Размер (евро)</w:t>
            </w:r>
          </w:p>
        </w:tc>
      </w:tr>
      <w:tr w:rsidR="00BC4E80" w14:paraId="40F81D52" w14:textId="77777777">
        <w:tc>
          <w:tcPr>
            <w:tcW w:w="567" w:type="dxa"/>
          </w:tcPr>
          <w:p w14:paraId="6342822C" w14:textId="77777777" w:rsidR="00BC4E80" w:rsidRDefault="00BC4E80">
            <w:pPr>
              <w:spacing w:after="60"/>
            </w:pPr>
          </w:p>
        </w:tc>
        <w:tc>
          <w:tcPr>
            <w:tcW w:w="3118" w:type="dxa"/>
          </w:tcPr>
          <w:p w14:paraId="0988BEDC" w14:textId="77777777" w:rsidR="00BC4E80" w:rsidRDefault="00BC4E80">
            <w:pPr>
              <w:spacing w:after="60"/>
            </w:pPr>
          </w:p>
        </w:tc>
        <w:tc>
          <w:tcPr>
            <w:tcW w:w="1020" w:type="dxa"/>
          </w:tcPr>
          <w:p w14:paraId="5E0EAE79" w14:textId="77777777" w:rsidR="00BC4E80" w:rsidRDefault="00BC4E80">
            <w:pPr>
              <w:spacing w:after="60"/>
            </w:pPr>
          </w:p>
        </w:tc>
        <w:tc>
          <w:tcPr>
            <w:tcW w:w="1814" w:type="dxa"/>
          </w:tcPr>
          <w:p w14:paraId="74484CC4" w14:textId="77777777" w:rsidR="00BC4E80" w:rsidRDefault="00BC4E80">
            <w:pPr>
              <w:spacing w:after="60"/>
            </w:pPr>
          </w:p>
        </w:tc>
        <w:tc>
          <w:tcPr>
            <w:tcW w:w="1247" w:type="dxa"/>
          </w:tcPr>
          <w:p w14:paraId="14B6023A" w14:textId="77777777" w:rsidR="00BC4E80" w:rsidRDefault="00BC4E80">
            <w:pPr>
              <w:spacing w:after="60"/>
            </w:pPr>
          </w:p>
        </w:tc>
        <w:tc>
          <w:tcPr>
            <w:tcW w:w="1757" w:type="dxa"/>
          </w:tcPr>
          <w:p w14:paraId="25802AD6" w14:textId="77777777" w:rsidR="00BC4E80" w:rsidRDefault="00BC4E80">
            <w:pPr>
              <w:spacing w:after="60"/>
            </w:pPr>
          </w:p>
        </w:tc>
      </w:tr>
      <w:tr w:rsidR="00BC4E80" w14:paraId="4B935151" w14:textId="77777777">
        <w:tc>
          <w:tcPr>
            <w:tcW w:w="567" w:type="dxa"/>
          </w:tcPr>
          <w:p w14:paraId="0989BADE" w14:textId="77777777" w:rsidR="00BC4E80" w:rsidRDefault="00BC4E80">
            <w:pPr>
              <w:spacing w:after="60"/>
            </w:pPr>
          </w:p>
        </w:tc>
        <w:tc>
          <w:tcPr>
            <w:tcW w:w="3118" w:type="dxa"/>
          </w:tcPr>
          <w:p w14:paraId="03D29598" w14:textId="77777777" w:rsidR="00BC4E80" w:rsidRDefault="00BC4E80">
            <w:pPr>
              <w:spacing w:after="60"/>
            </w:pPr>
          </w:p>
        </w:tc>
        <w:tc>
          <w:tcPr>
            <w:tcW w:w="1020" w:type="dxa"/>
          </w:tcPr>
          <w:p w14:paraId="40C18B83" w14:textId="77777777" w:rsidR="00BC4E80" w:rsidRDefault="00BC4E80">
            <w:pPr>
              <w:spacing w:after="60"/>
            </w:pPr>
          </w:p>
        </w:tc>
        <w:tc>
          <w:tcPr>
            <w:tcW w:w="1814" w:type="dxa"/>
          </w:tcPr>
          <w:p w14:paraId="5C11E945" w14:textId="77777777" w:rsidR="00BC4E80" w:rsidRDefault="00BC4E80">
            <w:pPr>
              <w:spacing w:after="60"/>
            </w:pPr>
          </w:p>
        </w:tc>
        <w:tc>
          <w:tcPr>
            <w:tcW w:w="1247" w:type="dxa"/>
          </w:tcPr>
          <w:p w14:paraId="362EDD40" w14:textId="77777777" w:rsidR="00BC4E80" w:rsidRDefault="00BC4E80">
            <w:pPr>
              <w:spacing w:after="60"/>
            </w:pPr>
          </w:p>
        </w:tc>
        <w:tc>
          <w:tcPr>
            <w:tcW w:w="1757" w:type="dxa"/>
          </w:tcPr>
          <w:p w14:paraId="3EEAAA48" w14:textId="77777777" w:rsidR="00BC4E80" w:rsidRDefault="00BC4E80">
            <w:pPr>
              <w:spacing w:after="60"/>
            </w:pPr>
          </w:p>
        </w:tc>
      </w:tr>
      <w:tr w:rsidR="00BC4E80" w14:paraId="79BBA4EA" w14:textId="77777777">
        <w:tc>
          <w:tcPr>
            <w:tcW w:w="567" w:type="dxa"/>
          </w:tcPr>
          <w:p w14:paraId="6DA35D00" w14:textId="77777777" w:rsidR="00BC4E80" w:rsidRDefault="00BC4E80">
            <w:pPr>
              <w:spacing w:after="60"/>
            </w:pPr>
          </w:p>
        </w:tc>
        <w:tc>
          <w:tcPr>
            <w:tcW w:w="3118" w:type="dxa"/>
          </w:tcPr>
          <w:p w14:paraId="2F33BB44" w14:textId="77777777" w:rsidR="00BC4E80" w:rsidRDefault="00BC4E80">
            <w:pPr>
              <w:spacing w:after="60"/>
            </w:pPr>
          </w:p>
        </w:tc>
        <w:tc>
          <w:tcPr>
            <w:tcW w:w="1020" w:type="dxa"/>
          </w:tcPr>
          <w:p w14:paraId="6EA3F9B1" w14:textId="77777777" w:rsidR="00BC4E80" w:rsidRDefault="00BC4E80">
            <w:pPr>
              <w:spacing w:after="60"/>
            </w:pPr>
          </w:p>
        </w:tc>
        <w:tc>
          <w:tcPr>
            <w:tcW w:w="1814" w:type="dxa"/>
          </w:tcPr>
          <w:p w14:paraId="23AEDAE9" w14:textId="77777777" w:rsidR="00BC4E80" w:rsidRDefault="00BC4E80">
            <w:pPr>
              <w:spacing w:after="60"/>
            </w:pPr>
          </w:p>
        </w:tc>
        <w:tc>
          <w:tcPr>
            <w:tcW w:w="1247" w:type="dxa"/>
          </w:tcPr>
          <w:p w14:paraId="0610EDCC" w14:textId="77777777" w:rsidR="00BC4E80" w:rsidRDefault="00BC4E80">
            <w:pPr>
              <w:spacing w:after="60"/>
            </w:pPr>
          </w:p>
        </w:tc>
        <w:tc>
          <w:tcPr>
            <w:tcW w:w="1757" w:type="dxa"/>
          </w:tcPr>
          <w:p w14:paraId="527F53B8" w14:textId="77777777" w:rsidR="00BC4E80" w:rsidRDefault="00BC4E80">
            <w:pPr>
              <w:spacing w:after="60"/>
            </w:pPr>
          </w:p>
        </w:tc>
      </w:tr>
      <w:tr w:rsidR="00BC4E80" w14:paraId="077BA814" w14:textId="77777777">
        <w:tc>
          <w:tcPr>
            <w:tcW w:w="567" w:type="dxa"/>
          </w:tcPr>
          <w:p w14:paraId="2EB29481" w14:textId="77777777" w:rsidR="00BC4E80" w:rsidRDefault="00BC4E80">
            <w:pPr>
              <w:spacing w:after="60"/>
            </w:pPr>
          </w:p>
        </w:tc>
        <w:tc>
          <w:tcPr>
            <w:tcW w:w="3118" w:type="dxa"/>
          </w:tcPr>
          <w:p w14:paraId="13F7D722" w14:textId="77777777" w:rsidR="00BC4E80" w:rsidRDefault="00BC4E80">
            <w:pPr>
              <w:spacing w:after="60"/>
            </w:pPr>
          </w:p>
        </w:tc>
        <w:tc>
          <w:tcPr>
            <w:tcW w:w="1020" w:type="dxa"/>
          </w:tcPr>
          <w:p w14:paraId="2604E4A8" w14:textId="77777777" w:rsidR="00BC4E80" w:rsidRDefault="00BC4E80">
            <w:pPr>
              <w:spacing w:after="60"/>
            </w:pPr>
          </w:p>
        </w:tc>
        <w:tc>
          <w:tcPr>
            <w:tcW w:w="1814" w:type="dxa"/>
          </w:tcPr>
          <w:p w14:paraId="24C4C871" w14:textId="77777777" w:rsidR="00BC4E80" w:rsidRDefault="00BC4E80">
            <w:pPr>
              <w:spacing w:after="60"/>
            </w:pPr>
          </w:p>
        </w:tc>
        <w:tc>
          <w:tcPr>
            <w:tcW w:w="1247" w:type="dxa"/>
          </w:tcPr>
          <w:p w14:paraId="2C4A4E80" w14:textId="77777777" w:rsidR="00BC4E80" w:rsidRDefault="00BC4E80">
            <w:pPr>
              <w:spacing w:after="60"/>
            </w:pPr>
          </w:p>
        </w:tc>
        <w:tc>
          <w:tcPr>
            <w:tcW w:w="1757" w:type="dxa"/>
          </w:tcPr>
          <w:p w14:paraId="39B247DC" w14:textId="77777777" w:rsidR="00BC4E80" w:rsidRDefault="00BC4E80">
            <w:pPr>
              <w:spacing w:after="60"/>
            </w:pPr>
          </w:p>
        </w:tc>
      </w:tr>
      <w:tr w:rsidR="00BC4E80" w14:paraId="7F3335C9" w14:textId="77777777">
        <w:tc>
          <w:tcPr>
            <w:tcW w:w="567" w:type="dxa"/>
          </w:tcPr>
          <w:p w14:paraId="2DEBC2FC" w14:textId="77777777" w:rsidR="00BC4E80" w:rsidRDefault="00BC4E80">
            <w:pPr>
              <w:spacing w:after="60"/>
            </w:pPr>
          </w:p>
        </w:tc>
        <w:tc>
          <w:tcPr>
            <w:tcW w:w="3118" w:type="dxa"/>
          </w:tcPr>
          <w:p w14:paraId="48A40E78" w14:textId="77777777" w:rsidR="00BC4E80" w:rsidRDefault="00BC4E80">
            <w:pPr>
              <w:spacing w:after="60"/>
            </w:pPr>
          </w:p>
        </w:tc>
        <w:tc>
          <w:tcPr>
            <w:tcW w:w="1020" w:type="dxa"/>
          </w:tcPr>
          <w:p w14:paraId="58CBF206" w14:textId="77777777" w:rsidR="00BC4E80" w:rsidRDefault="00BC4E80">
            <w:pPr>
              <w:spacing w:after="60"/>
            </w:pPr>
          </w:p>
        </w:tc>
        <w:tc>
          <w:tcPr>
            <w:tcW w:w="1814" w:type="dxa"/>
          </w:tcPr>
          <w:p w14:paraId="2310C79E" w14:textId="77777777" w:rsidR="00BC4E80" w:rsidRDefault="00BC4E80">
            <w:pPr>
              <w:spacing w:after="60"/>
            </w:pPr>
          </w:p>
        </w:tc>
        <w:tc>
          <w:tcPr>
            <w:tcW w:w="1247" w:type="dxa"/>
          </w:tcPr>
          <w:p w14:paraId="55C6C067" w14:textId="77777777" w:rsidR="00BC4E80" w:rsidRDefault="00BC4E80">
            <w:pPr>
              <w:spacing w:after="60"/>
            </w:pPr>
          </w:p>
        </w:tc>
        <w:tc>
          <w:tcPr>
            <w:tcW w:w="1757" w:type="dxa"/>
          </w:tcPr>
          <w:p w14:paraId="44D01E9D" w14:textId="77777777" w:rsidR="00BC4E80" w:rsidRDefault="00BC4E80">
            <w:pPr>
              <w:spacing w:after="60"/>
            </w:pPr>
          </w:p>
        </w:tc>
      </w:tr>
      <w:tr w:rsidR="00BC4E80" w14:paraId="22DAA121" w14:textId="77777777">
        <w:tc>
          <w:tcPr>
            <w:tcW w:w="567" w:type="dxa"/>
          </w:tcPr>
          <w:p w14:paraId="6AA36E88" w14:textId="77777777" w:rsidR="00BC4E80" w:rsidRDefault="00BC4E80">
            <w:pPr>
              <w:spacing w:after="60"/>
            </w:pPr>
          </w:p>
        </w:tc>
        <w:tc>
          <w:tcPr>
            <w:tcW w:w="3118" w:type="dxa"/>
          </w:tcPr>
          <w:p w14:paraId="1AD443D5" w14:textId="77777777" w:rsidR="00BC4E80" w:rsidRDefault="00BC4E80">
            <w:pPr>
              <w:spacing w:after="60"/>
            </w:pPr>
          </w:p>
        </w:tc>
        <w:tc>
          <w:tcPr>
            <w:tcW w:w="1020" w:type="dxa"/>
          </w:tcPr>
          <w:p w14:paraId="5C3AEF7C" w14:textId="77777777" w:rsidR="00BC4E80" w:rsidRDefault="00BC4E80">
            <w:pPr>
              <w:spacing w:after="60"/>
            </w:pPr>
          </w:p>
        </w:tc>
        <w:tc>
          <w:tcPr>
            <w:tcW w:w="1814" w:type="dxa"/>
          </w:tcPr>
          <w:p w14:paraId="5C024F39" w14:textId="77777777" w:rsidR="00BC4E80" w:rsidRDefault="00BC4E80">
            <w:pPr>
              <w:spacing w:after="60"/>
            </w:pPr>
          </w:p>
        </w:tc>
        <w:tc>
          <w:tcPr>
            <w:tcW w:w="1247" w:type="dxa"/>
          </w:tcPr>
          <w:p w14:paraId="5FA61C1D" w14:textId="77777777" w:rsidR="00BC4E80" w:rsidRDefault="00BC4E80">
            <w:pPr>
              <w:spacing w:after="60"/>
            </w:pPr>
          </w:p>
        </w:tc>
        <w:tc>
          <w:tcPr>
            <w:tcW w:w="1757" w:type="dxa"/>
          </w:tcPr>
          <w:p w14:paraId="02917FA5" w14:textId="77777777" w:rsidR="00BC4E80" w:rsidRDefault="00BC4E80">
            <w:pPr>
              <w:spacing w:after="60"/>
            </w:pPr>
          </w:p>
        </w:tc>
      </w:tr>
      <w:tr w:rsidR="00BC4E80" w14:paraId="3CD189CB" w14:textId="77777777">
        <w:tc>
          <w:tcPr>
            <w:tcW w:w="567" w:type="dxa"/>
          </w:tcPr>
          <w:p w14:paraId="38642DB5" w14:textId="77777777" w:rsidR="00BC4E80" w:rsidRDefault="00BC4E80">
            <w:pPr>
              <w:spacing w:after="60"/>
            </w:pPr>
          </w:p>
        </w:tc>
        <w:tc>
          <w:tcPr>
            <w:tcW w:w="3118" w:type="dxa"/>
          </w:tcPr>
          <w:p w14:paraId="763A4481" w14:textId="77777777" w:rsidR="00BC4E80" w:rsidRDefault="00BC4E80">
            <w:pPr>
              <w:spacing w:after="60"/>
            </w:pPr>
          </w:p>
        </w:tc>
        <w:tc>
          <w:tcPr>
            <w:tcW w:w="1020" w:type="dxa"/>
          </w:tcPr>
          <w:p w14:paraId="3462FB34" w14:textId="77777777" w:rsidR="00BC4E80" w:rsidRDefault="00BC4E80">
            <w:pPr>
              <w:spacing w:after="60"/>
            </w:pPr>
          </w:p>
        </w:tc>
        <w:tc>
          <w:tcPr>
            <w:tcW w:w="1814" w:type="dxa"/>
          </w:tcPr>
          <w:p w14:paraId="544BDAEC" w14:textId="77777777" w:rsidR="00BC4E80" w:rsidRDefault="00BC4E80">
            <w:pPr>
              <w:spacing w:after="60"/>
            </w:pPr>
          </w:p>
        </w:tc>
        <w:tc>
          <w:tcPr>
            <w:tcW w:w="1247" w:type="dxa"/>
          </w:tcPr>
          <w:p w14:paraId="7D1A7230" w14:textId="77777777" w:rsidR="00BC4E80" w:rsidRDefault="00BC4E80">
            <w:pPr>
              <w:spacing w:after="60"/>
            </w:pPr>
          </w:p>
        </w:tc>
        <w:tc>
          <w:tcPr>
            <w:tcW w:w="1757" w:type="dxa"/>
          </w:tcPr>
          <w:p w14:paraId="7A9B8F33" w14:textId="77777777" w:rsidR="00BC4E80" w:rsidRDefault="00BC4E80">
            <w:pPr>
              <w:spacing w:after="60"/>
            </w:pPr>
          </w:p>
        </w:tc>
      </w:tr>
      <w:tr w:rsidR="00BC4E80" w14:paraId="47257134" w14:textId="77777777">
        <w:tc>
          <w:tcPr>
            <w:tcW w:w="567" w:type="dxa"/>
          </w:tcPr>
          <w:p w14:paraId="4DA00ABC" w14:textId="77777777" w:rsidR="00BC4E80" w:rsidRDefault="00BC4E80">
            <w:pPr>
              <w:spacing w:after="60"/>
            </w:pPr>
          </w:p>
        </w:tc>
        <w:tc>
          <w:tcPr>
            <w:tcW w:w="3118" w:type="dxa"/>
          </w:tcPr>
          <w:p w14:paraId="0FC8ADE9" w14:textId="77777777" w:rsidR="00BC4E80" w:rsidRDefault="00BC4E80">
            <w:pPr>
              <w:spacing w:after="60"/>
            </w:pPr>
          </w:p>
        </w:tc>
        <w:tc>
          <w:tcPr>
            <w:tcW w:w="1020" w:type="dxa"/>
          </w:tcPr>
          <w:p w14:paraId="20C46E6E" w14:textId="77777777" w:rsidR="00BC4E80" w:rsidRDefault="00BC4E80">
            <w:pPr>
              <w:spacing w:after="60"/>
            </w:pPr>
          </w:p>
        </w:tc>
        <w:tc>
          <w:tcPr>
            <w:tcW w:w="1814" w:type="dxa"/>
          </w:tcPr>
          <w:p w14:paraId="2ACD40F0" w14:textId="77777777" w:rsidR="00BC4E80" w:rsidRDefault="00BC4E80">
            <w:pPr>
              <w:spacing w:after="60"/>
            </w:pPr>
          </w:p>
        </w:tc>
        <w:tc>
          <w:tcPr>
            <w:tcW w:w="1247" w:type="dxa"/>
          </w:tcPr>
          <w:p w14:paraId="1F40FBE6" w14:textId="77777777" w:rsidR="00BC4E80" w:rsidRDefault="00BC4E80">
            <w:pPr>
              <w:spacing w:after="60"/>
            </w:pPr>
          </w:p>
        </w:tc>
        <w:tc>
          <w:tcPr>
            <w:tcW w:w="1757" w:type="dxa"/>
          </w:tcPr>
          <w:p w14:paraId="1B0C6FB0" w14:textId="77777777" w:rsidR="00BC4E80" w:rsidRDefault="00BC4E80">
            <w:pPr>
              <w:spacing w:after="60"/>
            </w:pPr>
          </w:p>
        </w:tc>
      </w:tr>
      <w:tr w:rsidR="00BC4E80" w14:paraId="16F49D3A" w14:textId="77777777">
        <w:tc>
          <w:tcPr>
            <w:tcW w:w="567" w:type="dxa"/>
          </w:tcPr>
          <w:p w14:paraId="0274AF90" w14:textId="77777777" w:rsidR="00BC4E80" w:rsidRDefault="00BC4E80">
            <w:pPr>
              <w:spacing w:after="60"/>
            </w:pPr>
          </w:p>
        </w:tc>
        <w:tc>
          <w:tcPr>
            <w:tcW w:w="3118" w:type="dxa"/>
          </w:tcPr>
          <w:p w14:paraId="517FC85B" w14:textId="77777777" w:rsidR="00BC4E80" w:rsidRDefault="00BC4E80">
            <w:pPr>
              <w:spacing w:after="60"/>
            </w:pPr>
          </w:p>
        </w:tc>
        <w:tc>
          <w:tcPr>
            <w:tcW w:w="1020" w:type="dxa"/>
          </w:tcPr>
          <w:p w14:paraId="2E3628DF" w14:textId="77777777" w:rsidR="00BC4E80" w:rsidRDefault="00BC4E80">
            <w:pPr>
              <w:spacing w:after="60"/>
            </w:pPr>
          </w:p>
        </w:tc>
        <w:tc>
          <w:tcPr>
            <w:tcW w:w="1814" w:type="dxa"/>
          </w:tcPr>
          <w:p w14:paraId="6ECACD5F" w14:textId="77777777" w:rsidR="00BC4E80" w:rsidRDefault="00BC4E80">
            <w:pPr>
              <w:spacing w:after="60"/>
            </w:pPr>
          </w:p>
        </w:tc>
        <w:tc>
          <w:tcPr>
            <w:tcW w:w="1247" w:type="dxa"/>
          </w:tcPr>
          <w:p w14:paraId="7535B7F5" w14:textId="77777777" w:rsidR="00BC4E80" w:rsidRDefault="00BC4E80">
            <w:pPr>
              <w:spacing w:after="60"/>
            </w:pPr>
          </w:p>
        </w:tc>
        <w:tc>
          <w:tcPr>
            <w:tcW w:w="1757" w:type="dxa"/>
          </w:tcPr>
          <w:p w14:paraId="28DF3B59" w14:textId="77777777" w:rsidR="00BC4E80" w:rsidRDefault="00BC4E80">
            <w:pPr>
              <w:spacing w:after="60"/>
            </w:pPr>
          </w:p>
        </w:tc>
      </w:tr>
      <w:tr w:rsidR="00BC4E80" w14:paraId="3B884004" w14:textId="77777777">
        <w:tc>
          <w:tcPr>
            <w:tcW w:w="567" w:type="dxa"/>
          </w:tcPr>
          <w:p w14:paraId="41407005" w14:textId="77777777" w:rsidR="00BC4E80" w:rsidRDefault="00BC4E80">
            <w:pPr>
              <w:spacing w:after="60"/>
            </w:pPr>
          </w:p>
        </w:tc>
        <w:tc>
          <w:tcPr>
            <w:tcW w:w="3118" w:type="dxa"/>
          </w:tcPr>
          <w:p w14:paraId="60164143" w14:textId="77777777" w:rsidR="00BC4E80" w:rsidRDefault="00BC4E80">
            <w:pPr>
              <w:spacing w:after="60"/>
            </w:pPr>
          </w:p>
        </w:tc>
        <w:tc>
          <w:tcPr>
            <w:tcW w:w="1020" w:type="dxa"/>
          </w:tcPr>
          <w:p w14:paraId="50D29230" w14:textId="77777777" w:rsidR="00BC4E80" w:rsidRDefault="00BC4E80">
            <w:pPr>
              <w:spacing w:after="60"/>
            </w:pPr>
          </w:p>
        </w:tc>
        <w:tc>
          <w:tcPr>
            <w:tcW w:w="1814" w:type="dxa"/>
          </w:tcPr>
          <w:p w14:paraId="393F1607" w14:textId="77777777" w:rsidR="00BC4E80" w:rsidRDefault="00BC4E80">
            <w:pPr>
              <w:spacing w:after="60"/>
            </w:pPr>
          </w:p>
        </w:tc>
        <w:tc>
          <w:tcPr>
            <w:tcW w:w="1247" w:type="dxa"/>
          </w:tcPr>
          <w:p w14:paraId="443CD52C" w14:textId="77777777" w:rsidR="00BC4E80" w:rsidRDefault="00BC4E80">
            <w:pPr>
              <w:spacing w:after="60"/>
            </w:pPr>
          </w:p>
        </w:tc>
        <w:tc>
          <w:tcPr>
            <w:tcW w:w="1757" w:type="dxa"/>
          </w:tcPr>
          <w:p w14:paraId="6CCACF86" w14:textId="77777777" w:rsidR="00BC4E80" w:rsidRDefault="00BC4E80">
            <w:pPr>
              <w:spacing w:after="60"/>
            </w:pPr>
          </w:p>
        </w:tc>
      </w:tr>
    </w:tbl>
    <w:p w14:paraId="750CA880" w14:textId="77777777" w:rsidR="00BC4E80" w:rsidRDefault="00BC4E80">
      <w:pPr>
        <w:tabs>
          <w:tab w:val="left" w:pos="5386"/>
        </w:tabs>
        <w:spacing w:after="160"/>
      </w:pPr>
      <w:r>
        <w:rPr>
          <w:rFonts w:ascii="Times New Roman" w:hAnsi="Times New Roman" w:cs="Times New Roman" w:eastAsia="Times New Roman"/>
          <w:sz w:val="24"/>
        </w:rPr>
        <w:t>Председател: ………………………………………</w:t>
      </w:r>
      <w:r>
        <w:rPr>
          <w:rFonts w:ascii="Times New Roman" w:hAnsi="Times New Roman" w:cs="Times New Roman" w:eastAsia="Times New Roman"/>
          <w:sz w:val="24"/>
        </w:rPr>
        <w:tab/>
        <w:t>Членове: 1. ……………………………………</w:t>
      </w:r>
    </w:p>
    <w:p w14:paraId="01A9288C" w14:textId="77777777" w:rsidR="00BC4E80" w:rsidRDefault="00BC4E80">
      <w:pPr>
        <w:tabs>
          <w:tab w:val="left" w:pos="5386"/>
        </w:tabs>
        <w:spacing w:after="160"/>
      </w:pPr>
      <w:r>
        <w:rPr>
          <w:rFonts w:ascii="Times New Roman" w:hAnsi="Times New Roman" w:cs="Times New Roman" w:eastAsia="Times New Roman"/>
          <w:sz w:val="24"/>
        </w:rPr>
        <w:tab/>
        <w:t>2. ………………………………………………</w:t>
      </w:r>
    </w:p>
    <w:p w14:paraId="518521A7" w14:textId="77777777" w:rsidR="00BC4E80" w:rsidRDefault="00BC4E80">
      <w:pPr>
        <w:tabs>
          <w:tab w:val="left" w:pos="5386"/>
        </w:tabs>
        <w:spacing w:after="160"/>
      </w:pPr>
      <w:r>
        <w:rPr>
          <w:rFonts w:ascii="Times New Roman" w:hAnsi="Times New Roman" w:cs="Times New Roman" w:eastAsia="Times New Roman"/>
          <w:sz w:val="24"/>
        </w:rPr>
        <w:t>Утвърдил, Директор: ………………………………</w:t>
      </w:r>
      <w:r>
        <w:rPr>
          <w:rFonts w:ascii="Times New Roman" w:hAnsi="Times New Roman" w:cs="Times New Roman" w:eastAsia="Times New Roman"/>
          <w:sz w:val="24"/>
        </w:rPr>
        <w:tab/>
        <w:t>3. ………………………………………………</w:t>
      </w:r>
    </w:p>
    <w:p w14:paraId="7B68F69B" w14:textId="77777777" w:rsidR="00BC4E80" w:rsidRDefault="00BC4E80">
      <w:pPr>
        <w:pageBreakBefore/>
        <w:spacing w:after="2800"/>
      </w:pPr>
    </w:p>
    <w:p w14:paraId="04C9960B" w14:textId="77777777" w:rsidR="00BC4E80" w:rsidRDefault="00BC4E80">
      <w:pPr>
        <w:spacing w:after="200"/>
        <w:jc w:val="center"/>
      </w:pPr>
      <w:r>
        <w:rPr>
          <w:rFonts w:ascii="Times New Roman" w:hAnsi="Times New Roman" w:cs="Times New Roman" w:eastAsia="Times New Roman"/>
          <w:b/>
          <w:sz w:val="32"/>
        </w:rPr>
        <w:t>РАЗДЕЛ VI</w:t>
      </w:r>
    </w:p>
    <w:p w14:paraId="448DCFAE" w14:textId="77777777" w:rsidR="00BC4E80" w:rsidRDefault="00BC4E80">
      <w:pPr>
        <w:jc w:val="center"/>
      </w:pPr>
      <w:r>
        <w:rPr>
          <w:rFonts w:ascii="Times New Roman" w:hAnsi="Times New Roman" w:cs="Times New Roman" w:eastAsia="Times New Roman"/>
          <w:b/>
          <w:sz w:val="28"/>
        </w:rPr>
        <w:t>ПОДКРЕПА ЗА ЛИЧНОСТНО РАЗВИТИЕ</w:t>
      </w:r>
    </w:p>
    <w:p w14:paraId="0F651C1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42 към Правилника за дейността на училището</w:t>
      </w:r>
    </w:p>
    <w:p w14:paraId="34F30B4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56CA8B2" wp14:editId="24907A93">
            <wp:extent cx="6483600" cy="117515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B0363E0" w14:textId="77777777" w:rsidR="00BC4E80" w:rsidRDefault="00BC4E80">
      <w:pPr>
        <w:spacing w:before="80" w:after="40"/>
        <w:jc w:val="center"/>
      </w:pPr>
      <w:r>
        <w:rPr>
          <w:rFonts w:ascii="Times New Roman" w:hAnsi="Times New Roman" w:cs="Times New Roman" w:eastAsia="Times New Roman"/>
          <w:b/>
          <w:sz w:val="26"/>
        </w:rPr>
        <w:t>Ф О Р М У Л Я Р</w:t>
      </w:r>
    </w:p>
    <w:p w14:paraId="7C1B691B" w14:textId="77777777" w:rsidR="00BC4E80" w:rsidRDefault="00BC4E80">
      <w:pPr>
        <w:spacing w:after="80"/>
        <w:jc w:val="center"/>
      </w:pPr>
      <w:r>
        <w:rPr>
          <w:rFonts w:ascii="Times New Roman" w:hAnsi="Times New Roman" w:cs="Times New Roman" w:eastAsia="Times New Roman"/>
          <w:b/>
        </w:rPr>
        <w:t>за идентифициране на потребност от обща подкрепа за личностно развитие</w:t>
      </w:r>
    </w:p>
    <w:p w14:paraId="429C1DD4" w14:textId="77777777" w:rsidR="00BC4E80" w:rsidRDefault="00BC4E80">
      <w:pPr>
        <w:spacing w:after="160"/>
        <w:jc w:val="center"/>
      </w:pPr>
      <w:r>
        <w:rPr>
          <w:rFonts w:ascii="Times New Roman" w:hAnsi="Times New Roman" w:cs="Times New Roman" w:eastAsia="Times New Roman"/>
          <w:i/>
          <w:sz w:val="20"/>
        </w:rPr>
        <w:t>чл. 30 и чл. 39 от ПДУ; Наредбата за приобщаващото образование</w:t>
      </w:r>
    </w:p>
    <w:p w14:paraId="7A3132F1" w14:textId="77777777" w:rsidR="00BC4E80" w:rsidRDefault="00BC4E80">
      <w:pPr>
        <w:spacing w:after="40"/>
      </w:pPr>
      <w:r>
        <w:rPr>
          <w:rFonts w:ascii="Times New Roman" w:hAnsi="Times New Roman" w:cs="Times New Roman" w:eastAsia="Times New Roman"/>
          <w:sz w:val="24"/>
        </w:rPr>
        <w:t>Ученик/ученичка: …………………………………………………………………………………………</w:t>
      </w:r>
    </w:p>
    <w:p w14:paraId="4C7C3B17" w14:textId="77777777" w:rsidR="00BC4E80" w:rsidRDefault="00BC4E80">
      <w:pPr>
        <w:spacing w:after="40"/>
      </w:pPr>
      <w:r>
        <w:rPr>
          <w:rFonts w:ascii="Times New Roman" w:hAnsi="Times New Roman" w:cs="Times New Roman" w:eastAsia="Times New Roman"/>
          <w:sz w:val="24"/>
        </w:rPr>
        <w:t>Клас: …………………        Специалност: ………………………………………………………………</w:t>
      </w:r>
    </w:p>
    <w:p w14:paraId="54F3BECA" w14:textId="77777777" w:rsidR="00BC4E80" w:rsidRDefault="00BC4E80">
      <w:pPr>
        <w:spacing w:after="40"/>
      </w:pPr>
      <w:r>
        <w:rPr>
          <w:rFonts w:ascii="Times New Roman" w:hAnsi="Times New Roman" w:cs="Times New Roman" w:eastAsia="Times New Roman"/>
          <w:sz w:val="24"/>
        </w:rPr>
        <w:t>Учебна година: 20………………………………………… / 20……………………………………… г.</w:t>
      </w:r>
    </w:p>
    <w:p w14:paraId="25EB38A1" w14:textId="77777777" w:rsidR="00BC4E80" w:rsidRDefault="00BC4E80">
      <w:pPr>
        <w:spacing w:after="40"/>
      </w:pPr>
      <w:r>
        <w:rPr>
          <w:rFonts w:ascii="Times New Roman" w:hAnsi="Times New Roman" w:cs="Times New Roman" w:eastAsia="Times New Roman"/>
          <w:sz w:val="24"/>
        </w:rPr>
        <w:t>Подал формуляра: …………………………………………… – длъжност ……………………………</w:t>
      </w:r>
    </w:p>
    <w:p w14:paraId="4BE84BE2" w14:textId="77777777" w:rsidR="00BC4E80" w:rsidRDefault="00BC4E80">
      <w:pPr>
        <w:spacing w:after="80"/>
      </w:pPr>
    </w:p>
    <w:p w14:paraId="29B3FD50" w14:textId="77777777" w:rsidR="00BC4E80" w:rsidRDefault="00BC4E80">
      <w:pPr>
        <w:spacing w:after="80"/>
        <w:jc w:val="both"/>
      </w:pPr>
      <w:r>
        <w:rPr>
          <w:rFonts w:ascii="Times New Roman" w:hAnsi="Times New Roman" w:cs="Times New Roman" w:eastAsia="Times New Roman"/>
          <w:sz w:val="24"/>
        </w:rPr>
        <w:t>Наблюдавани затруднения:</w:t>
      </w:r>
    </w:p>
    <w:p w14:paraId="7909A23A" w14:textId="77777777" w:rsidR="00BC4E80" w:rsidRDefault="00BC4E80">
      <w:pPr>
        <w:spacing w:after="80"/>
      </w:pPr>
      <w:r>
        <w:rPr>
          <w:rFonts w:ascii="Times New Roman" w:hAnsi="Times New Roman" w:cs="Times New Roman" w:eastAsia="Times New Roman"/>
          <w:sz w:val="24"/>
        </w:rPr>
        <w:t>☐ обучителни затруднения по учебен предмет: ………………………………………………………</w:t>
      </w:r>
    </w:p>
    <w:p w14:paraId="01A185CF" w14:textId="77777777" w:rsidR="00BC4E80" w:rsidRDefault="00BC4E80">
      <w:pPr>
        <w:spacing w:after="80"/>
        <w:jc w:val="both"/>
      </w:pPr>
      <w:r>
        <w:rPr>
          <w:rFonts w:ascii="Times New Roman" w:hAnsi="Times New Roman" w:cs="Times New Roman" w:eastAsia="Times New Roman"/>
          <w:sz w:val="24"/>
        </w:rPr>
        <w:t>☐ затруднения в общуването и социалните умения</w:t>
      </w:r>
    </w:p>
    <w:p w14:paraId="2C96F7B2" w14:textId="77777777" w:rsidR="00BC4E80" w:rsidRDefault="00BC4E80">
      <w:pPr>
        <w:spacing w:after="80"/>
        <w:jc w:val="both"/>
      </w:pPr>
      <w:r>
        <w:rPr>
          <w:rFonts w:ascii="Times New Roman" w:hAnsi="Times New Roman" w:cs="Times New Roman" w:eastAsia="Times New Roman"/>
          <w:sz w:val="24"/>
        </w:rPr>
        <w:t>☐ проблемно поведение   ☐ чести отсъствия   ☐ риск от отпадане</w:t>
      </w:r>
    </w:p>
    <w:p w14:paraId="36A9228F" w14:textId="77777777" w:rsidR="00BC4E80" w:rsidRDefault="00BC4E80">
      <w:pPr>
        <w:spacing w:after="80"/>
      </w:pPr>
      <w:r>
        <w:rPr>
          <w:rFonts w:ascii="Times New Roman" w:hAnsi="Times New Roman" w:cs="Times New Roman" w:eastAsia="Times New Roman"/>
          <w:sz w:val="24"/>
        </w:rPr>
        <w:t>☐ здравословни причини   ☐ социални причини   ☐ друго: …………………………………………</w:t>
      </w:r>
    </w:p>
    <w:p w14:paraId="119FA474" w14:textId="77777777" w:rsidR="00BC4E80" w:rsidRDefault="00BC4E80">
      <w:pPr>
        <w:spacing w:after="80"/>
      </w:pPr>
      <w:r>
        <w:rPr>
          <w:rFonts w:ascii="Times New Roman" w:hAnsi="Times New Roman" w:cs="Times New Roman" w:eastAsia="Times New Roman"/>
          <w:sz w:val="24"/>
        </w:rPr>
        <w:t>Конкретно описание на затрудненията: …………………………………………………………………</w:t>
      </w:r>
    </w:p>
    <w:p w14:paraId="34749F81" w14:textId="77777777" w:rsidR="00BC4E80" w:rsidRDefault="00BC4E80">
      <w:pPr>
        <w:spacing w:after="80"/>
      </w:pPr>
      <w:r>
        <w:rPr>
          <w:rFonts w:ascii="Times New Roman" w:hAnsi="Times New Roman" w:cs="Times New Roman" w:eastAsia="Times New Roman"/>
          <w:sz w:val="24"/>
        </w:rPr>
        <w:t>………………………………………………………………………………………………………………</w:t>
      </w:r>
    </w:p>
    <w:p w14:paraId="7917D587" w14:textId="77777777" w:rsidR="00BC4E80" w:rsidRDefault="00BC4E80">
      <w:pPr>
        <w:spacing w:after="80"/>
      </w:pPr>
      <w:r>
        <w:rPr>
          <w:rFonts w:ascii="Times New Roman" w:hAnsi="Times New Roman" w:cs="Times New Roman" w:eastAsia="Times New Roman"/>
          <w:sz w:val="24"/>
        </w:rPr>
        <w:t>………………………………………………………………………………………………………………</w:t>
      </w:r>
    </w:p>
    <w:p w14:paraId="226788B1" w14:textId="77777777" w:rsidR="00BC4E80" w:rsidRDefault="00BC4E80">
      <w:pPr>
        <w:spacing w:after="80"/>
      </w:pPr>
      <w:r>
        <w:rPr>
          <w:rFonts w:ascii="Times New Roman" w:hAnsi="Times New Roman" w:cs="Times New Roman" w:eastAsia="Times New Roman"/>
          <w:sz w:val="24"/>
        </w:rPr>
        <w:t>Силни страни, интереси и мотивация на ученика/ученичката: ………………………………………</w:t>
      </w:r>
    </w:p>
    <w:p w14:paraId="78F3B076" w14:textId="77777777" w:rsidR="00BC4E80" w:rsidRDefault="00BC4E80">
      <w:pPr>
        <w:spacing w:after="80"/>
      </w:pPr>
      <w:r>
        <w:rPr>
          <w:rFonts w:ascii="Times New Roman" w:hAnsi="Times New Roman" w:cs="Times New Roman" w:eastAsia="Times New Roman"/>
          <w:sz w:val="24"/>
        </w:rPr>
        <w:t>………………………………………………………………………………………………………………</w:t>
      </w:r>
    </w:p>
    <w:p w14:paraId="37C5879E" w14:textId="77777777" w:rsidR="00BC4E80" w:rsidRDefault="00BC4E80">
      <w:pPr>
        <w:spacing w:after="80"/>
      </w:pPr>
      <w:r>
        <w:rPr>
          <w:rFonts w:ascii="Times New Roman" w:hAnsi="Times New Roman" w:cs="Times New Roman" w:eastAsia="Times New Roman"/>
          <w:sz w:val="24"/>
        </w:rPr>
        <w:t>Предприети до момента действия от учителя / класния ръководител: ………………………………</w:t>
      </w:r>
    </w:p>
    <w:p w14:paraId="2FF08FD7" w14:textId="77777777" w:rsidR="00BC4E80" w:rsidRDefault="00BC4E80">
      <w:pPr>
        <w:spacing w:after="80"/>
      </w:pPr>
      <w:r>
        <w:rPr>
          <w:rFonts w:ascii="Times New Roman" w:hAnsi="Times New Roman" w:cs="Times New Roman" w:eastAsia="Times New Roman"/>
          <w:sz w:val="24"/>
        </w:rPr>
        <w:t>………………………………………………………………………………………………………………</w:t>
      </w:r>
    </w:p>
    <w:p w14:paraId="3ACB03F9" w14:textId="77777777" w:rsidR="00BC4E80" w:rsidRDefault="00BC4E80">
      <w:pPr>
        <w:spacing w:after="80"/>
      </w:pPr>
      <w:r>
        <w:rPr>
          <w:rFonts w:ascii="Times New Roman" w:hAnsi="Times New Roman" w:cs="Times New Roman" w:eastAsia="Times New Roman"/>
          <w:sz w:val="24"/>
        </w:rPr>
        <w:t>Предложение за вид обща подкрепа: ……………………………………………………………………</w:t>
      </w:r>
    </w:p>
    <w:p w14:paraId="19642B45" w14:textId="77777777" w:rsidR="00BC4E80" w:rsidRDefault="00BC4E80">
      <w:pPr>
        <w:spacing w:after="80"/>
      </w:pPr>
      <w:r>
        <w:rPr>
          <w:rFonts w:ascii="Times New Roman" w:hAnsi="Times New Roman" w:cs="Times New Roman" w:eastAsia="Times New Roman"/>
          <w:sz w:val="24"/>
        </w:rPr>
        <w:t>………………………………………………………………………………………………………………</w:t>
      </w:r>
    </w:p>
    <w:p w14:paraId="32DCB84E" w14:textId="77777777" w:rsidR="00BC4E80" w:rsidRDefault="00BC4E80">
      <w:pPr>
        <w:spacing w:after="200"/>
      </w:pPr>
    </w:p>
    <w:p w14:paraId="589751B1" w14:textId="77777777" w:rsidR="00BC4E80" w:rsidRDefault="00BC4E80">
      <w:pPr>
        <w:tabs>
          <w:tab w:val="left" w:pos="5386"/>
        </w:tabs>
        <w:spacing w:after="160" w:before="1968"/>
      </w:pPr>
      <w:r>
        <w:rPr>
          <w:rFonts w:ascii="Times New Roman" w:hAnsi="Times New Roman" w:cs="Times New Roman" w:eastAsia="Times New Roman"/>
          <w:sz w:val="24"/>
        </w:rPr>
        <w:t>Дата: ……………………………………………… г.</w:t>
      </w:r>
      <w:r>
        <w:rPr>
          <w:rFonts w:ascii="Times New Roman" w:hAnsi="Times New Roman" w:cs="Times New Roman" w:eastAsia="Times New Roman"/>
          <w:sz w:val="24"/>
        </w:rPr>
        <w:tab/>
        <w:t>Подпис: ………………………………………</w:t>
      </w:r>
    </w:p>
    <w:p w14:paraId="4025C679" w14:textId="77777777" w:rsidR="00BC4E80" w:rsidRDefault="00BC4E80">
      <w:pPr>
        <w:tabs>
          <w:tab w:val="left" w:pos="5386"/>
        </w:tabs>
        <w:spacing w:after="160"/>
      </w:pPr>
      <w:r>
        <w:rPr>
          <w:rFonts w:ascii="Times New Roman" w:hAnsi="Times New Roman" w:cs="Times New Roman" w:eastAsia="Times New Roman"/>
          <w:sz w:val="24"/>
        </w:rPr>
        <w:t>Получил: Педагогически съветник ……………………</w:t>
      </w:r>
      <w:r>
        <w:rPr>
          <w:rFonts w:ascii="Times New Roman" w:hAnsi="Times New Roman" w:cs="Times New Roman" w:eastAsia="Times New Roman"/>
          <w:sz w:val="24"/>
        </w:rPr>
        <w:tab/>
      </w:r>
    </w:p>
    <w:p w14:paraId="043BDB4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43 към Правилника за дейността на училището</w:t>
      </w:r>
    </w:p>
    <w:p w14:paraId="075761E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5BB1EEF" wp14:editId="069EA63F">
            <wp:extent cx="6483600" cy="117515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E527B42" w14:textId="77777777" w:rsidR="00BC4E80" w:rsidRDefault="00BC4E80">
      <w:pPr>
        <w:spacing w:before="80" w:after="40"/>
        <w:jc w:val="center"/>
      </w:pPr>
      <w:r>
        <w:rPr>
          <w:rFonts w:ascii="Times New Roman" w:hAnsi="Times New Roman" w:cs="Times New Roman" w:eastAsia="Times New Roman"/>
          <w:b/>
          <w:sz w:val="26"/>
        </w:rPr>
        <w:t>П Л А Н   З А   О Б Щ А   П О Д К Р Е П А</w:t>
      </w:r>
    </w:p>
    <w:p w14:paraId="7D4F653F" w14:textId="77777777" w:rsidR="00BC4E80" w:rsidRDefault="00BC4E80">
      <w:pPr>
        <w:spacing w:after="80"/>
        <w:jc w:val="center"/>
      </w:pPr>
      <w:r>
        <w:rPr>
          <w:rFonts w:ascii="Times New Roman" w:hAnsi="Times New Roman" w:cs="Times New Roman" w:eastAsia="Times New Roman"/>
          <w:b/>
        </w:rPr>
        <w:t>за личностно развитие на ученика</w:t>
      </w:r>
    </w:p>
    <w:p w14:paraId="69EC0CA8" w14:textId="77777777" w:rsidR="00BC4E80" w:rsidRDefault="00BC4E80">
      <w:pPr>
        <w:spacing w:after="160"/>
        <w:jc w:val="center"/>
      </w:pPr>
      <w:r>
        <w:rPr>
          <w:rFonts w:ascii="Times New Roman" w:hAnsi="Times New Roman" w:cs="Times New Roman" w:eastAsia="Times New Roman"/>
          <w:i/>
          <w:sz w:val="20"/>
        </w:rPr>
        <w:t>чл. 30 и чл. 40 от ПДУ; Наредбата за приобщаващото образование</w:t>
      </w:r>
    </w:p>
    <w:p w14:paraId="1FAE8317" w14:textId="77777777" w:rsidR="00BC4E80" w:rsidRDefault="00BC4E80">
      <w:pPr>
        <w:spacing w:after="40"/>
      </w:pPr>
      <w:r>
        <w:rPr>
          <w:rFonts w:ascii="Times New Roman" w:hAnsi="Times New Roman" w:cs="Times New Roman" w:eastAsia="Times New Roman"/>
          <w:sz w:val="24"/>
        </w:rPr>
        <w:t>Ученик/ученичка: …………………………………………………………………………………………</w:t>
      </w:r>
    </w:p>
    <w:p w14:paraId="04E7DF14" w14:textId="77777777" w:rsidR="00BC4E80" w:rsidRDefault="00BC4E80">
      <w:pPr>
        <w:spacing w:after="40"/>
      </w:pPr>
      <w:r>
        <w:rPr>
          <w:rFonts w:ascii="Times New Roman" w:hAnsi="Times New Roman" w:cs="Times New Roman" w:eastAsia="Times New Roman"/>
          <w:sz w:val="24"/>
        </w:rPr>
        <w:t>Клас: …………………        Специалност: ………………………………………………………………</w:t>
      </w:r>
    </w:p>
    <w:p w14:paraId="4E65ADF3" w14:textId="77777777" w:rsidR="00BC4E80" w:rsidRDefault="00BC4E80">
      <w:pPr>
        <w:spacing w:after="40"/>
      </w:pPr>
      <w:r>
        <w:rPr>
          <w:rFonts w:ascii="Times New Roman" w:hAnsi="Times New Roman" w:cs="Times New Roman" w:eastAsia="Times New Roman"/>
          <w:sz w:val="24"/>
        </w:rPr>
        <w:t>Учебна година: 20………………………………………… / 20……………………………………… г.</w:t>
      </w:r>
    </w:p>
    <w:p w14:paraId="2DCF1926" w14:textId="77777777" w:rsidR="00BC4E80" w:rsidRDefault="00BC4E80">
      <w:pPr>
        <w:spacing w:after="40"/>
      </w:pPr>
      <w:r>
        <w:rPr>
          <w:rFonts w:ascii="Times New Roman" w:hAnsi="Times New Roman" w:cs="Times New Roman" w:eastAsia="Times New Roman"/>
          <w:sz w:val="24"/>
        </w:rPr>
        <w:t>Период на действие на плана: от ………………………………… до …………………………………</w:t>
      </w:r>
    </w:p>
    <w:p w14:paraId="7D04806C" w14:textId="77777777" w:rsidR="00BC4E80" w:rsidRDefault="00BC4E80">
      <w:pPr>
        <w:spacing w:after="80"/>
      </w:pPr>
    </w:p>
    <w:p w14:paraId="30BFA33A" w14:textId="77777777" w:rsidR="00BC4E80" w:rsidRDefault="00BC4E80">
      <w:pPr>
        <w:spacing w:after="80"/>
      </w:pPr>
      <w:r>
        <w:rPr>
          <w:rFonts w:ascii="Times New Roman" w:hAnsi="Times New Roman" w:cs="Times New Roman" w:eastAsia="Times New Roman"/>
          <w:sz w:val="24"/>
        </w:rPr>
        <w:t>Цели на подкрепата: ……………………………………………………………………………………</w:t>
      </w:r>
    </w:p>
    <w:p w14:paraId="42E5A271" w14:textId="77777777" w:rsidR="00BC4E80" w:rsidRDefault="00BC4E80">
      <w:pPr>
        <w:spacing w:after="80"/>
      </w:pPr>
      <w:r>
        <w:rPr>
          <w:rFonts w:ascii="Times New Roman" w:hAnsi="Times New Roman" w:cs="Times New Roman" w:eastAsia="Times New Roman"/>
          <w:sz w:val="24"/>
        </w:rPr>
        <w:t>………………………………………………………………………………………………………………</w:t>
      </w:r>
    </w:p>
    <w:p w14:paraId="7E958FA1" w14:textId="77777777" w:rsidR="00BC4E80" w:rsidRDefault="00BC4E80">
      <w:pPr>
        <w:spacing w:after="200"/>
      </w:pPr>
    </w:p>
    <w:tbl>
      <w:tblPr>
        <w:tblStyle w:val="aff9"/>
        <w:tblW w:w="0" w:type="auto"/>
        <w:tblLook w:val="04A0" w:firstRow="1" w:lastRow="0" w:firstColumn="1" w:lastColumn="0" w:noHBand="0" w:noVBand="1"/>
      </w:tblPr>
      <w:tblGrid>
        <w:gridCol w:w="566"/>
        <w:gridCol w:w="3397"/>
        <w:gridCol w:w="1983"/>
        <w:gridCol w:w="1701"/>
        <w:gridCol w:w="2548"/>
      </w:tblGrid>
      <w:tr w:rsidR="00BC4E80" w14:paraId="6409202F" w14:textId="77777777">
        <w:tc>
          <w:tcPr>
            <w:tcW w:w="567" w:type="dxa"/>
          </w:tcPr>
          <w:p w14:paraId="4AB417BD" w14:textId="77777777" w:rsidR="00BC4E80" w:rsidRDefault="00BC4E80">
            <w:pPr>
              <w:jc w:val="center"/>
            </w:pPr>
            <w:r>
              <w:rPr>
                <w:rFonts w:ascii="Times New Roman" w:hAnsi="Times New Roman" w:cs="Times New Roman" w:eastAsia="Times New Roman"/>
                <w:b/>
                <w:sz w:val="20"/>
              </w:rPr>
              <w:t>№</w:t>
            </w:r>
          </w:p>
        </w:tc>
        <w:tc>
          <w:tcPr>
            <w:tcW w:w="3402" w:type="dxa"/>
          </w:tcPr>
          <w:p w14:paraId="79FF7810" w14:textId="77777777" w:rsidR="00BC4E80" w:rsidRDefault="00BC4E80">
            <w:pPr>
              <w:jc w:val="center"/>
            </w:pPr>
            <w:r>
              <w:rPr>
                <w:rFonts w:ascii="Times New Roman" w:hAnsi="Times New Roman" w:cs="Times New Roman" w:eastAsia="Times New Roman"/>
                <w:b/>
                <w:sz w:val="20"/>
              </w:rPr>
              <w:t>Вид дейност по обща подкрепа</w:t>
            </w:r>
          </w:p>
        </w:tc>
        <w:tc>
          <w:tcPr>
            <w:tcW w:w="1984" w:type="dxa"/>
          </w:tcPr>
          <w:p w14:paraId="58ADE5D0" w14:textId="77777777" w:rsidR="00BC4E80" w:rsidRDefault="00BC4E80">
            <w:pPr>
              <w:jc w:val="center"/>
            </w:pPr>
            <w:r>
              <w:rPr>
                <w:rFonts w:ascii="Times New Roman" w:hAnsi="Times New Roman" w:cs="Times New Roman" w:eastAsia="Times New Roman"/>
                <w:b/>
                <w:sz w:val="20"/>
              </w:rPr>
              <w:t>Специалист</w:t>
            </w:r>
          </w:p>
        </w:tc>
        <w:tc>
          <w:tcPr>
            <w:tcW w:w="1701" w:type="dxa"/>
          </w:tcPr>
          <w:p w14:paraId="22563AE6" w14:textId="77777777" w:rsidR="00BC4E80" w:rsidRDefault="00BC4E80">
            <w:pPr>
              <w:jc w:val="center"/>
            </w:pPr>
            <w:r>
              <w:rPr>
                <w:rFonts w:ascii="Times New Roman" w:hAnsi="Times New Roman" w:cs="Times New Roman" w:eastAsia="Times New Roman"/>
                <w:b/>
                <w:sz w:val="20"/>
              </w:rPr>
              <w:t>Периодичност</w:t>
            </w:r>
          </w:p>
        </w:tc>
        <w:tc>
          <w:tcPr>
            <w:tcW w:w="2551" w:type="dxa"/>
          </w:tcPr>
          <w:p w14:paraId="611E5754" w14:textId="77777777" w:rsidR="00BC4E80" w:rsidRDefault="00BC4E80">
            <w:pPr>
              <w:jc w:val="center"/>
            </w:pPr>
            <w:r>
              <w:rPr>
                <w:rFonts w:ascii="Times New Roman" w:hAnsi="Times New Roman" w:cs="Times New Roman" w:eastAsia="Times New Roman"/>
                <w:b/>
                <w:sz w:val="20"/>
              </w:rPr>
              <w:t>Очакван резултат</w:t>
            </w:r>
          </w:p>
        </w:tc>
      </w:tr>
      <w:tr w:rsidR="00BC4E80" w14:paraId="5CBEBF12" w14:textId="77777777">
        <w:tc>
          <w:tcPr>
            <w:tcW w:w="567" w:type="dxa"/>
          </w:tcPr>
          <w:p w14:paraId="4D248FC7" w14:textId="77777777" w:rsidR="00BC4E80" w:rsidRDefault="00BC4E80">
            <w:pPr>
              <w:spacing w:after="60"/>
            </w:pPr>
          </w:p>
        </w:tc>
        <w:tc>
          <w:tcPr>
            <w:tcW w:w="3402" w:type="dxa"/>
          </w:tcPr>
          <w:p w14:paraId="0EACA3EE" w14:textId="77777777" w:rsidR="00BC4E80" w:rsidRDefault="00BC4E80">
            <w:pPr>
              <w:spacing w:after="60"/>
            </w:pPr>
          </w:p>
        </w:tc>
        <w:tc>
          <w:tcPr>
            <w:tcW w:w="1984" w:type="dxa"/>
          </w:tcPr>
          <w:p w14:paraId="1019A4C0" w14:textId="77777777" w:rsidR="00BC4E80" w:rsidRDefault="00BC4E80">
            <w:pPr>
              <w:spacing w:after="60"/>
            </w:pPr>
          </w:p>
        </w:tc>
        <w:tc>
          <w:tcPr>
            <w:tcW w:w="1701" w:type="dxa"/>
          </w:tcPr>
          <w:p w14:paraId="42D21192" w14:textId="77777777" w:rsidR="00BC4E80" w:rsidRDefault="00BC4E80">
            <w:pPr>
              <w:spacing w:after="60"/>
            </w:pPr>
          </w:p>
        </w:tc>
        <w:tc>
          <w:tcPr>
            <w:tcW w:w="2551" w:type="dxa"/>
          </w:tcPr>
          <w:p w14:paraId="0FF8F43F" w14:textId="77777777" w:rsidR="00BC4E80" w:rsidRDefault="00BC4E80">
            <w:pPr>
              <w:spacing w:after="60"/>
            </w:pPr>
          </w:p>
        </w:tc>
      </w:tr>
      <w:tr w:rsidR="00BC4E80" w14:paraId="5384162D" w14:textId="77777777">
        <w:tc>
          <w:tcPr>
            <w:tcW w:w="567" w:type="dxa"/>
          </w:tcPr>
          <w:p w14:paraId="1CB4F97F" w14:textId="77777777" w:rsidR="00BC4E80" w:rsidRDefault="00BC4E80">
            <w:pPr>
              <w:spacing w:after="60"/>
            </w:pPr>
          </w:p>
        </w:tc>
        <w:tc>
          <w:tcPr>
            <w:tcW w:w="3402" w:type="dxa"/>
          </w:tcPr>
          <w:p w14:paraId="65D43C73" w14:textId="77777777" w:rsidR="00BC4E80" w:rsidRDefault="00BC4E80">
            <w:pPr>
              <w:spacing w:after="60"/>
            </w:pPr>
          </w:p>
        </w:tc>
        <w:tc>
          <w:tcPr>
            <w:tcW w:w="1984" w:type="dxa"/>
          </w:tcPr>
          <w:p w14:paraId="1A1FF447" w14:textId="77777777" w:rsidR="00BC4E80" w:rsidRDefault="00BC4E80">
            <w:pPr>
              <w:spacing w:after="60"/>
            </w:pPr>
          </w:p>
        </w:tc>
        <w:tc>
          <w:tcPr>
            <w:tcW w:w="1701" w:type="dxa"/>
          </w:tcPr>
          <w:p w14:paraId="56EAFBDE" w14:textId="77777777" w:rsidR="00BC4E80" w:rsidRDefault="00BC4E80">
            <w:pPr>
              <w:spacing w:after="60"/>
            </w:pPr>
          </w:p>
        </w:tc>
        <w:tc>
          <w:tcPr>
            <w:tcW w:w="2551" w:type="dxa"/>
          </w:tcPr>
          <w:p w14:paraId="0FCD56B5" w14:textId="77777777" w:rsidR="00BC4E80" w:rsidRDefault="00BC4E80">
            <w:pPr>
              <w:spacing w:after="60"/>
            </w:pPr>
          </w:p>
        </w:tc>
      </w:tr>
      <w:tr w:rsidR="00BC4E80" w14:paraId="54BC1125" w14:textId="77777777">
        <w:tc>
          <w:tcPr>
            <w:tcW w:w="567" w:type="dxa"/>
          </w:tcPr>
          <w:p w14:paraId="0D538D93" w14:textId="77777777" w:rsidR="00BC4E80" w:rsidRDefault="00BC4E80">
            <w:pPr>
              <w:spacing w:after="60"/>
            </w:pPr>
          </w:p>
        </w:tc>
        <w:tc>
          <w:tcPr>
            <w:tcW w:w="3402" w:type="dxa"/>
          </w:tcPr>
          <w:p w14:paraId="596AEFFB" w14:textId="77777777" w:rsidR="00BC4E80" w:rsidRDefault="00BC4E80">
            <w:pPr>
              <w:spacing w:after="60"/>
            </w:pPr>
          </w:p>
        </w:tc>
        <w:tc>
          <w:tcPr>
            <w:tcW w:w="1984" w:type="dxa"/>
          </w:tcPr>
          <w:p w14:paraId="76855722" w14:textId="77777777" w:rsidR="00BC4E80" w:rsidRDefault="00BC4E80">
            <w:pPr>
              <w:spacing w:after="60"/>
            </w:pPr>
          </w:p>
        </w:tc>
        <w:tc>
          <w:tcPr>
            <w:tcW w:w="1701" w:type="dxa"/>
          </w:tcPr>
          <w:p w14:paraId="746CA337" w14:textId="77777777" w:rsidR="00BC4E80" w:rsidRDefault="00BC4E80">
            <w:pPr>
              <w:spacing w:after="60"/>
            </w:pPr>
          </w:p>
        </w:tc>
        <w:tc>
          <w:tcPr>
            <w:tcW w:w="2551" w:type="dxa"/>
          </w:tcPr>
          <w:p w14:paraId="06BE7C88" w14:textId="77777777" w:rsidR="00BC4E80" w:rsidRDefault="00BC4E80">
            <w:pPr>
              <w:spacing w:after="60"/>
            </w:pPr>
          </w:p>
        </w:tc>
      </w:tr>
      <w:tr w:rsidR="00BC4E80" w14:paraId="03511DC1" w14:textId="77777777">
        <w:tc>
          <w:tcPr>
            <w:tcW w:w="567" w:type="dxa"/>
          </w:tcPr>
          <w:p w14:paraId="4DEAAAEE" w14:textId="77777777" w:rsidR="00BC4E80" w:rsidRDefault="00BC4E80">
            <w:pPr>
              <w:spacing w:after="60"/>
            </w:pPr>
          </w:p>
        </w:tc>
        <w:tc>
          <w:tcPr>
            <w:tcW w:w="3402" w:type="dxa"/>
          </w:tcPr>
          <w:p w14:paraId="3EAC5B48" w14:textId="77777777" w:rsidR="00BC4E80" w:rsidRDefault="00BC4E80">
            <w:pPr>
              <w:spacing w:after="60"/>
            </w:pPr>
          </w:p>
        </w:tc>
        <w:tc>
          <w:tcPr>
            <w:tcW w:w="1984" w:type="dxa"/>
          </w:tcPr>
          <w:p w14:paraId="7536A56E" w14:textId="77777777" w:rsidR="00BC4E80" w:rsidRDefault="00BC4E80">
            <w:pPr>
              <w:spacing w:after="60"/>
            </w:pPr>
          </w:p>
        </w:tc>
        <w:tc>
          <w:tcPr>
            <w:tcW w:w="1701" w:type="dxa"/>
          </w:tcPr>
          <w:p w14:paraId="4C7569B7" w14:textId="77777777" w:rsidR="00BC4E80" w:rsidRDefault="00BC4E80">
            <w:pPr>
              <w:spacing w:after="60"/>
            </w:pPr>
          </w:p>
        </w:tc>
        <w:tc>
          <w:tcPr>
            <w:tcW w:w="2551" w:type="dxa"/>
          </w:tcPr>
          <w:p w14:paraId="4F657BF4" w14:textId="77777777" w:rsidR="00BC4E80" w:rsidRDefault="00BC4E80">
            <w:pPr>
              <w:spacing w:after="60"/>
            </w:pPr>
          </w:p>
        </w:tc>
      </w:tr>
      <w:tr w:rsidR="00BC4E80" w14:paraId="007C6C51" w14:textId="77777777">
        <w:tc>
          <w:tcPr>
            <w:tcW w:w="567" w:type="dxa"/>
          </w:tcPr>
          <w:p w14:paraId="59EF2DFC" w14:textId="77777777" w:rsidR="00BC4E80" w:rsidRDefault="00BC4E80">
            <w:pPr>
              <w:spacing w:after="60"/>
            </w:pPr>
          </w:p>
        </w:tc>
        <w:tc>
          <w:tcPr>
            <w:tcW w:w="3402" w:type="dxa"/>
          </w:tcPr>
          <w:p w14:paraId="47C3F138" w14:textId="77777777" w:rsidR="00BC4E80" w:rsidRDefault="00BC4E80">
            <w:pPr>
              <w:spacing w:after="60"/>
            </w:pPr>
          </w:p>
        </w:tc>
        <w:tc>
          <w:tcPr>
            <w:tcW w:w="1984" w:type="dxa"/>
          </w:tcPr>
          <w:p w14:paraId="4309C590" w14:textId="77777777" w:rsidR="00BC4E80" w:rsidRDefault="00BC4E80">
            <w:pPr>
              <w:spacing w:after="60"/>
            </w:pPr>
          </w:p>
        </w:tc>
        <w:tc>
          <w:tcPr>
            <w:tcW w:w="1701" w:type="dxa"/>
          </w:tcPr>
          <w:p w14:paraId="68ED0571" w14:textId="77777777" w:rsidR="00BC4E80" w:rsidRDefault="00BC4E80">
            <w:pPr>
              <w:spacing w:after="60"/>
            </w:pPr>
          </w:p>
        </w:tc>
        <w:tc>
          <w:tcPr>
            <w:tcW w:w="2551" w:type="dxa"/>
          </w:tcPr>
          <w:p w14:paraId="67F6C1F9" w14:textId="77777777" w:rsidR="00BC4E80" w:rsidRDefault="00BC4E80">
            <w:pPr>
              <w:spacing w:after="60"/>
            </w:pPr>
          </w:p>
        </w:tc>
      </w:tr>
      <w:tr w:rsidR="00BC4E80" w14:paraId="354CE3E3" w14:textId="77777777">
        <w:tc>
          <w:tcPr>
            <w:tcW w:w="567" w:type="dxa"/>
          </w:tcPr>
          <w:p w14:paraId="40540065" w14:textId="77777777" w:rsidR="00BC4E80" w:rsidRDefault="00BC4E80">
            <w:pPr>
              <w:spacing w:after="60"/>
            </w:pPr>
          </w:p>
        </w:tc>
        <w:tc>
          <w:tcPr>
            <w:tcW w:w="3402" w:type="dxa"/>
          </w:tcPr>
          <w:p w14:paraId="719FF988" w14:textId="77777777" w:rsidR="00BC4E80" w:rsidRDefault="00BC4E80">
            <w:pPr>
              <w:spacing w:after="60"/>
            </w:pPr>
          </w:p>
        </w:tc>
        <w:tc>
          <w:tcPr>
            <w:tcW w:w="1984" w:type="dxa"/>
          </w:tcPr>
          <w:p w14:paraId="2134CFB8" w14:textId="77777777" w:rsidR="00BC4E80" w:rsidRDefault="00BC4E80">
            <w:pPr>
              <w:spacing w:after="60"/>
            </w:pPr>
          </w:p>
        </w:tc>
        <w:tc>
          <w:tcPr>
            <w:tcW w:w="1701" w:type="dxa"/>
          </w:tcPr>
          <w:p w14:paraId="02117C52" w14:textId="77777777" w:rsidR="00BC4E80" w:rsidRDefault="00BC4E80">
            <w:pPr>
              <w:spacing w:after="60"/>
            </w:pPr>
          </w:p>
        </w:tc>
        <w:tc>
          <w:tcPr>
            <w:tcW w:w="2551" w:type="dxa"/>
          </w:tcPr>
          <w:p w14:paraId="73DB0B49" w14:textId="77777777" w:rsidR="00BC4E80" w:rsidRDefault="00BC4E80">
            <w:pPr>
              <w:spacing w:after="60"/>
            </w:pPr>
          </w:p>
        </w:tc>
      </w:tr>
      <w:tr w:rsidR="00BC4E80" w14:paraId="360D6530" w14:textId="77777777">
        <w:tc>
          <w:tcPr>
            <w:tcW w:w="567" w:type="dxa"/>
          </w:tcPr>
          <w:p w14:paraId="61CF4950" w14:textId="77777777" w:rsidR="00BC4E80" w:rsidRDefault="00BC4E80">
            <w:pPr>
              <w:spacing w:after="60"/>
            </w:pPr>
          </w:p>
        </w:tc>
        <w:tc>
          <w:tcPr>
            <w:tcW w:w="3402" w:type="dxa"/>
          </w:tcPr>
          <w:p w14:paraId="683C77B3" w14:textId="77777777" w:rsidR="00BC4E80" w:rsidRDefault="00BC4E80">
            <w:pPr>
              <w:spacing w:after="60"/>
            </w:pPr>
          </w:p>
        </w:tc>
        <w:tc>
          <w:tcPr>
            <w:tcW w:w="1984" w:type="dxa"/>
          </w:tcPr>
          <w:p w14:paraId="72C8EE9B" w14:textId="77777777" w:rsidR="00BC4E80" w:rsidRDefault="00BC4E80">
            <w:pPr>
              <w:spacing w:after="60"/>
            </w:pPr>
          </w:p>
        </w:tc>
        <w:tc>
          <w:tcPr>
            <w:tcW w:w="1701" w:type="dxa"/>
          </w:tcPr>
          <w:p w14:paraId="2176B5AF" w14:textId="77777777" w:rsidR="00BC4E80" w:rsidRDefault="00BC4E80">
            <w:pPr>
              <w:spacing w:after="60"/>
            </w:pPr>
          </w:p>
        </w:tc>
        <w:tc>
          <w:tcPr>
            <w:tcW w:w="2551" w:type="dxa"/>
          </w:tcPr>
          <w:p w14:paraId="6224BA56" w14:textId="77777777" w:rsidR="00BC4E80" w:rsidRDefault="00BC4E80">
            <w:pPr>
              <w:spacing w:after="60"/>
            </w:pPr>
          </w:p>
        </w:tc>
      </w:tr>
      <w:tr w:rsidR="00BC4E80" w14:paraId="6A333EDC" w14:textId="77777777">
        <w:tc>
          <w:tcPr>
            <w:tcW w:w="567" w:type="dxa"/>
          </w:tcPr>
          <w:p w14:paraId="3AEFA426" w14:textId="77777777" w:rsidR="00BC4E80" w:rsidRDefault="00BC4E80">
            <w:pPr>
              <w:spacing w:after="60"/>
            </w:pPr>
          </w:p>
        </w:tc>
        <w:tc>
          <w:tcPr>
            <w:tcW w:w="3402" w:type="dxa"/>
          </w:tcPr>
          <w:p w14:paraId="16792B1C" w14:textId="77777777" w:rsidR="00BC4E80" w:rsidRDefault="00BC4E80">
            <w:pPr>
              <w:spacing w:after="60"/>
            </w:pPr>
          </w:p>
        </w:tc>
        <w:tc>
          <w:tcPr>
            <w:tcW w:w="1984" w:type="dxa"/>
          </w:tcPr>
          <w:p w14:paraId="41779AD4" w14:textId="77777777" w:rsidR="00BC4E80" w:rsidRDefault="00BC4E80">
            <w:pPr>
              <w:spacing w:after="60"/>
            </w:pPr>
          </w:p>
        </w:tc>
        <w:tc>
          <w:tcPr>
            <w:tcW w:w="1701" w:type="dxa"/>
          </w:tcPr>
          <w:p w14:paraId="247B7FB3" w14:textId="77777777" w:rsidR="00BC4E80" w:rsidRDefault="00BC4E80">
            <w:pPr>
              <w:spacing w:after="60"/>
            </w:pPr>
          </w:p>
        </w:tc>
        <w:tc>
          <w:tcPr>
            <w:tcW w:w="2551" w:type="dxa"/>
          </w:tcPr>
          <w:p w14:paraId="30DEB0D9" w14:textId="77777777" w:rsidR="00BC4E80" w:rsidRDefault="00BC4E80">
            <w:pPr>
              <w:spacing w:after="60"/>
            </w:pPr>
          </w:p>
        </w:tc>
      </w:tr>
    </w:tbl>
    <w:p w14:paraId="4AFF6972" w14:textId="77777777" w:rsidR="00BC4E80" w:rsidRDefault="00BC4E80">
      <w:pPr>
        <w:tabs>
          <w:tab w:val="left" w:pos="5386"/>
        </w:tabs>
        <w:spacing w:after="160" w:before="3402"/>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Педагогически съветник: ……………………</w:t>
      </w:r>
    </w:p>
    <w:p w14:paraId="437D06FE" w14:textId="77777777" w:rsidR="00BC4E80" w:rsidRDefault="00BC4E80">
      <w:pPr>
        <w:tabs>
          <w:tab w:val="left" w:pos="5386"/>
        </w:tabs>
        <w:spacing w:after="160"/>
      </w:pPr>
      <w:r>
        <w:rPr>
          <w:rFonts w:ascii="Times New Roman" w:hAnsi="Times New Roman" w:cs="Times New Roman" w:eastAsia="Times New Roman"/>
          <w:sz w:val="24"/>
        </w:rPr>
        <w:t>Родител: ……………………………………………</w:t>
      </w:r>
      <w:r>
        <w:rPr>
          <w:rFonts w:ascii="Times New Roman" w:hAnsi="Times New Roman" w:cs="Times New Roman" w:eastAsia="Times New Roman"/>
          <w:sz w:val="24"/>
        </w:rPr>
        <w:tab/>
        <w:t>Директор: ………………………………………</w:t>
      </w:r>
    </w:p>
    <w:p w14:paraId="2E820A2D"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44 към Правилника за дейността на училището</w:t>
      </w:r>
    </w:p>
    <w:p w14:paraId="4DCD3A43"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F5C7630" wp14:editId="692EC4DC">
            <wp:extent cx="6483600" cy="117515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540F4FB" w14:textId="77777777" w:rsidR="00BC4E80" w:rsidRDefault="00BC4E80">
      <w:pPr>
        <w:spacing w:before="80" w:after="40"/>
        <w:jc w:val="center"/>
      </w:pPr>
      <w:r>
        <w:rPr>
          <w:rFonts w:ascii="Times New Roman" w:hAnsi="Times New Roman" w:cs="Times New Roman" w:eastAsia="Times New Roman"/>
          <w:b/>
          <w:sz w:val="26"/>
        </w:rPr>
        <w:t>П Р О Т О К О Л</w:t>
      </w:r>
    </w:p>
    <w:p w14:paraId="38031674" w14:textId="77777777" w:rsidR="00BC4E80" w:rsidRDefault="00BC4E80">
      <w:pPr>
        <w:spacing w:after="80"/>
        <w:jc w:val="center"/>
      </w:pPr>
      <w:r>
        <w:rPr>
          <w:rFonts w:ascii="Times New Roman" w:hAnsi="Times New Roman" w:cs="Times New Roman" w:eastAsia="Times New Roman"/>
          <w:b/>
        </w:rPr>
        <w:t>от заседание на екипа за подкрепа за личностно развитие</w:t>
      </w:r>
    </w:p>
    <w:p w14:paraId="69812EBD" w14:textId="77777777" w:rsidR="00BC4E80" w:rsidRDefault="00BC4E80">
      <w:pPr>
        <w:spacing w:after="160"/>
        <w:jc w:val="center"/>
      </w:pPr>
      <w:r>
        <w:rPr>
          <w:rFonts w:ascii="Times New Roman" w:hAnsi="Times New Roman" w:cs="Times New Roman" w:eastAsia="Times New Roman"/>
          <w:i/>
          <w:sz w:val="20"/>
        </w:rPr>
        <w:t>чл. 39 от ПДУ; Наредбата за приобщаващото образование</w:t>
      </w:r>
    </w:p>
    <w:p w14:paraId="1BEAF742" w14:textId="77777777" w:rsidR="00BC4E80" w:rsidRDefault="00BC4E80">
      <w:pPr>
        <w:spacing w:after="40"/>
      </w:pPr>
      <w:r>
        <w:rPr>
          <w:rFonts w:ascii="Times New Roman" w:hAnsi="Times New Roman" w:cs="Times New Roman" w:eastAsia="Times New Roman"/>
          <w:sz w:val="24"/>
        </w:rPr>
        <w:t>Протокол № …………………………………… / …………………………………………………… г.</w:t>
      </w:r>
    </w:p>
    <w:p w14:paraId="201C565A" w14:textId="77777777" w:rsidR="00BC4E80" w:rsidRDefault="00BC4E80">
      <w:pPr>
        <w:spacing w:after="40"/>
      </w:pPr>
      <w:r>
        <w:rPr>
          <w:rFonts w:ascii="Times New Roman" w:hAnsi="Times New Roman" w:cs="Times New Roman" w:eastAsia="Times New Roman"/>
          <w:sz w:val="24"/>
        </w:rPr>
        <w:t>Днес, …………………… г., в …………………… часа, се проведе заседание на екипа за подкрепа за личностно развитие на:</w:t>
      </w:r>
    </w:p>
    <w:p w14:paraId="7A297716" w14:textId="77777777" w:rsidR="00BC4E80" w:rsidRDefault="00BC4E80">
      <w:pPr>
        <w:spacing w:after="40"/>
      </w:pPr>
      <w:r>
        <w:rPr>
          <w:rFonts w:ascii="Times New Roman" w:hAnsi="Times New Roman" w:cs="Times New Roman" w:eastAsia="Times New Roman"/>
          <w:sz w:val="24"/>
        </w:rPr>
        <w:t>Ученик/ученичка: …………………………………………………………………………………………</w:t>
      </w:r>
    </w:p>
    <w:p w14:paraId="23CA7045" w14:textId="77777777" w:rsidR="00BC4E80" w:rsidRDefault="00BC4E80">
      <w:pPr>
        <w:spacing w:after="40"/>
      </w:pPr>
      <w:r>
        <w:rPr>
          <w:rFonts w:ascii="Times New Roman" w:hAnsi="Times New Roman" w:cs="Times New Roman" w:eastAsia="Times New Roman"/>
          <w:sz w:val="24"/>
        </w:rPr>
        <w:t>Клас: …………………        Специалност: ………………………………………………………………</w:t>
      </w:r>
    </w:p>
    <w:p w14:paraId="2841C27C" w14:textId="77777777" w:rsidR="00BC4E80" w:rsidRDefault="00BC4E80">
      <w:pPr>
        <w:spacing w:after="80"/>
      </w:pPr>
    </w:p>
    <w:p w14:paraId="7DCEEA75" w14:textId="77777777" w:rsidR="00BC4E80" w:rsidRDefault="00BC4E80">
      <w:pPr>
        <w:spacing w:after="80"/>
        <w:jc w:val="both"/>
      </w:pPr>
      <w:r>
        <w:rPr>
          <w:rFonts w:ascii="Times New Roman" w:hAnsi="Times New Roman" w:cs="Times New Roman" w:eastAsia="Times New Roman"/>
          <w:sz w:val="24"/>
        </w:rPr>
        <w:t>Присъстваха:</w:t>
      </w:r>
    </w:p>
    <w:p w14:paraId="06057B6D" w14:textId="77777777" w:rsidR="00BC4E80" w:rsidRDefault="00BC4E80">
      <w:pPr>
        <w:spacing w:after="80"/>
      </w:pPr>
      <w:r>
        <w:rPr>
          <w:rFonts w:ascii="Times New Roman" w:hAnsi="Times New Roman" w:cs="Times New Roman" w:eastAsia="Times New Roman"/>
          <w:sz w:val="24"/>
        </w:rPr>
        <w:t>1. ……………………………………………………………………… – …………………………………</w:t>
      </w:r>
    </w:p>
    <w:p w14:paraId="1B5CADE3" w14:textId="77777777" w:rsidR="00BC4E80" w:rsidRDefault="00BC4E80">
      <w:pPr>
        <w:spacing w:after="80"/>
      </w:pPr>
      <w:r>
        <w:rPr>
          <w:rFonts w:ascii="Times New Roman" w:hAnsi="Times New Roman" w:cs="Times New Roman" w:eastAsia="Times New Roman"/>
          <w:sz w:val="24"/>
        </w:rPr>
        <w:t>2. ……………………………………………………………………… – …………………………………</w:t>
      </w:r>
    </w:p>
    <w:p w14:paraId="4D879429" w14:textId="77777777" w:rsidR="00BC4E80" w:rsidRDefault="00BC4E80">
      <w:pPr>
        <w:spacing w:after="80"/>
      </w:pPr>
      <w:r>
        <w:rPr>
          <w:rFonts w:ascii="Times New Roman" w:hAnsi="Times New Roman" w:cs="Times New Roman" w:eastAsia="Times New Roman"/>
          <w:sz w:val="24"/>
        </w:rPr>
        <w:t>3. ……………………………………………………………………… – …………………………………</w:t>
      </w:r>
    </w:p>
    <w:p w14:paraId="654BD9A9" w14:textId="77777777" w:rsidR="00BC4E80" w:rsidRDefault="00BC4E80">
      <w:pPr>
        <w:spacing w:after="80"/>
      </w:pPr>
      <w:r>
        <w:rPr>
          <w:rFonts w:ascii="Times New Roman" w:hAnsi="Times New Roman" w:cs="Times New Roman" w:eastAsia="Times New Roman"/>
          <w:sz w:val="24"/>
        </w:rPr>
        <w:t>4. Родител: …………………………………………………………………………………………………</w:t>
      </w:r>
    </w:p>
    <w:p w14:paraId="29EA1066" w14:textId="77777777" w:rsidR="00BC4E80" w:rsidRDefault="00BC4E80">
      <w:pPr>
        <w:spacing w:after="80"/>
      </w:pPr>
      <w:r>
        <w:rPr>
          <w:rFonts w:ascii="Times New Roman" w:hAnsi="Times New Roman" w:cs="Times New Roman" w:eastAsia="Times New Roman"/>
          <w:sz w:val="24"/>
        </w:rPr>
        <w:t>Дневен ред: ………………………………………………………………………………………………</w:t>
      </w:r>
    </w:p>
    <w:p w14:paraId="1383D107" w14:textId="77777777" w:rsidR="00BC4E80" w:rsidRDefault="00BC4E80">
      <w:pPr>
        <w:spacing w:after="80"/>
      </w:pPr>
      <w:r>
        <w:rPr>
          <w:rFonts w:ascii="Times New Roman" w:hAnsi="Times New Roman" w:cs="Times New Roman" w:eastAsia="Times New Roman"/>
          <w:sz w:val="24"/>
        </w:rPr>
        <w:t>Оценка на индивидуалните потребности на ученика/ученичката: ……………………………………</w:t>
      </w:r>
    </w:p>
    <w:p w14:paraId="42F6C752" w14:textId="77777777" w:rsidR="00BC4E80" w:rsidRDefault="00BC4E80">
      <w:pPr>
        <w:spacing w:after="80"/>
      </w:pPr>
      <w:r>
        <w:rPr>
          <w:rFonts w:ascii="Times New Roman" w:hAnsi="Times New Roman" w:cs="Times New Roman" w:eastAsia="Times New Roman"/>
          <w:sz w:val="24"/>
        </w:rPr>
        <w:t>………………………………………………………………………………………………………………</w:t>
      </w:r>
    </w:p>
    <w:p w14:paraId="10495D19" w14:textId="77777777" w:rsidR="00BC4E80" w:rsidRDefault="00BC4E80">
      <w:pPr>
        <w:spacing w:after="80"/>
      </w:pPr>
      <w:r>
        <w:rPr>
          <w:rFonts w:ascii="Times New Roman" w:hAnsi="Times New Roman" w:cs="Times New Roman" w:eastAsia="Times New Roman"/>
          <w:sz w:val="24"/>
        </w:rPr>
        <w:t>………………………………………………………………………………………………………………</w:t>
      </w:r>
    </w:p>
    <w:p w14:paraId="6985466C" w14:textId="77777777" w:rsidR="00BC4E80" w:rsidRDefault="00BC4E80">
      <w:pPr>
        <w:spacing w:after="80"/>
      </w:pPr>
      <w:r>
        <w:rPr>
          <w:rFonts w:ascii="Times New Roman" w:hAnsi="Times New Roman" w:cs="Times New Roman" w:eastAsia="Times New Roman"/>
          <w:sz w:val="24"/>
        </w:rPr>
        <w:t>Обсъждане: ………………………………………………………………………………………………</w:t>
      </w:r>
    </w:p>
    <w:p w14:paraId="38EB7BDF" w14:textId="77777777" w:rsidR="00BC4E80" w:rsidRDefault="00BC4E80">
      <w:pPr>
        <w:spacing w:after="80"/>
      </w:pPr>
      <w:r>
        <w:rPr>
          <w:rFonts w:ascii="Times New Roman" w:hAnsi="Times New Roman" w:cs="Times New Roman" w:eastAsia="Times New Roman"/>
          <w:sz w:val="24"/>
        </w:rPr>
        <w:t>………………………………………………………………………………………………………………</w:t>
      </w:r>
    </w:p>
    <w:p w14:paraId="3CFBDD4C" w14:textId="77777777" w:rsidR="00BC4E80" w:rsidRDefault="00BC4E80">
      <w:pPr>
        <w:spacing w:after="80"/>
        <w:jc w:val="both"/>
      </w:pPr>
      <w:r>
        <w:rPr>
          <w:rFonts w:ascii="Times New Roman" w:hAnsi="Times New Roman" w:cs="Times New Roman" w:eastAsia="Times New Roman"/>
          <w:sz w:val="24"/>
        </w:rPr>
        <w:t>РЕШЕНИЯ:</w:t>
      </w:r>
    </w:p>
    <w:p w14:paraId="25658ACC" w14:textId="77777777" w:rsidR="00BC4E80" w:rsidRDefault="00BC4E80">
      <w:pPr>
        <w:spacing w:after="80"/>
      </w:pPr>
      <w:r>
        <w:rPr>
          <w:rFonts w:ascii="Times New Roman" w:hAnsi="Times New Roman" w:cs="Times New Roman" w:eastAsia="Times New Roman"/>
          <w:sz w:val="24"/>
        </w:rPr>
        <w:t>1. ……………………………………………………………………………………………………………</w:t>
      </w:r>
    </w:p>
    <w:p w14:paraId="438A73F3" w14:textId="77777777" w:rsidR="00BC4E80" w:rsidRDefault="00BC4E80">
      <w:pPr>
        <w:spacing w:after="80"/>
      </w:pPr>
      <w:r>
        <w:rPr>
          <w:rFonts w:ascii="Times New Roman" w:hAnsi="Times New Roman" w:cs="Times New Roman" w:eastAsia="Times New Roman"/>
          <w:sz w:val="24"/>
        </w:rPr>
        <w:t>2. ……………………………………………………………………………………………………………</w:t>
      </w:r>
    </w:p>
    <w:p w14:paraId="318F01D4" w14:textId="77777777" w:rsidR="00BC4E80" w:rsidRDefault="00BC4E80">
      <w:pPr>
        <w:spacing w:after="80"/>
      </w:pPr>
      <w:r>
        <w:rPr>
          <w:rFonts w:ascii="Times New Roman" w:hAnsi="Times New Roman" w:cs="Times New Roman" w:eastAsia="Times New Roman"/>
          <w:sz w:val="24"/>
        </w:rPr>
        <w:t>3. ……………………………………………………………………………………………………………</w:t>
      </w:r>
    </w:p>
    <w:p w14:paraId="5645DF9B" w14:textId="77777777" w:rsidR="00BC4E80" w:rsidRDefault="00BC4E80">
      <w:pPr>
        <w:spacing w:after="80"/>
      </w:pPr>
      <w:r>
        <w:rPr>
          <w:rFonts w:ascii="Times New Roman" w:hAnsi="Times New Roman" w:cs="Times New Roman" w:eastAsia="Times New Roman"/>
          <w:sz w:val="24"/>
        </w:rPr>
        <w:t>Срок за преглед на плана за подкрепа: …………………………………………………………………</w:t>
      </w:r>
    </w:p>
    <w:p w14:paraId="51A022FC" w14:textId="77777777" w:rsidR="00BC4E80" w:rsidRDefault="00BC4E80">
      <w:pPr>
        <w:spacing w:after="200"/>
      </w:pPr>
    </w:p>
    <w:p w14:paraId="076B0A0C" w14:textId="77777777" w:rsidR="00BC4E80" w:rsidRDefault="00BC4E80">
      <w:pPr>
        <w:tabs>
          <w:tab w:val="left" w:pos="5386"/>
        </w:tabs>
        <w:spacing w:after="160" w:before="1150"/>
      </w:pPr>
      <w:r>
        <w:rPr>
          <w:rFonts w:ascii="Times New Roman" w:hAnsi="Times New Roman" w:cs="Times New Roman" w:eastAsia="Times New Roman"/>
          <w:sz w:val="24"/>
        </w:rPr>
        <w:t>Председател на екипа: ……………………………</w:t>
      </w:r>
      <w:r>
        <w:rPr>
          <w:rFonts w:ascii="Times New Roman" w:hAnsi="Times New Roman" w:cs="Times New Roman" w:eastAsia="Times New Roman"/>
          <w:sz w:val="24"/>
        </w:rPr>
        <w:tab/>
        <w:t>Членове: ………………………………………</w:t>
      </w:r>
    </w:p>
    <w:p w14:paraId="306D2270" w14:textId="77777777" w:rsidR="00BC4E80" w:rsidRDefault="00BC4E80">
      <w:pPr>
        <w:tabs>
          <w:tab w:val="left" w:pos="5386"/>
        </w:tabs>
        <w:spacing w:after="160"/>
      </w:pPr>
      <w:r>
        <w:rPr>
          <w:rFonts w:ascii="Times New Roman" w:hAnsi="Times New Roman" w:cs="Times New Roman" w:eastAsia="Times New Roman"/>
          <w:sz w:val="24"/>
        </w:rPr>
        <w:t>Родител: ……………………………………………</w:t>
      </w:r>
      <w:r>
        <w:rPr>
          <w:rFonts w:ascii="Times New Roman" w:hAnsi="Times New Roman" w:cs="Times New Roman" w:eastAsia="Times New Roman"/>
          <w:sz w:val="24"/>
        </w:rPr>
        <w:tab/>
      </w:r>
    </w:p>
    <w:p w14:paraId="65CEDF6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45 към Правилника за дейността на училището</w:t>
      </w:r>
    </w:p>
    <w:p w14:paraId="4C5C6B0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2431951" wp14:editId="232F19C2">
            <wp:extent cx="6483600" cy="117515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0829668" w14:textId="77777777" w:rsidR="00BC4E80" w:rsidRDefault="00BC4E80">
      <w:pPr>
        <w:spacing w:before="80" w:after="40"/>
        <w:jc w:val="center"/>
      </w:pPr>
      <w:r>
        <w:rPr>
          <w:rFonts w:ascii="Times New Roman" w:hAnsi="Times New Roman" w:cs="Times New Roman" w:eastAsia="Times New Roman"/>
          <w:b/>
          <w:sz w:val="26"/>
        </w:rPr>
        <w:t>П Р О Т О К О Л</w:t>
      </w:r>
    </w:p>
    <w:p w14:paraId="7CD0C35B" w14:textId="77777777" w:rsidR="00BC4E80" w:rsidRDefault="00BC4E80">
      <w:pPr>
        <w:spacing w:after="80"/>
        <w:jc w:val="center"/>
      </w:pPr>
      <w:r>
        <w:rPr>
          <w:rFonts w:ascii="Times New Roman" w:hAnsi="Times New Roman" w:cs="Times New Roman" w:eastAsia="Times New Roman"/>
          <w:b/>
        </w:rPr>
        <w:t>за проведена индивидуална консултация с ученик</w:t>
      </w:r>
    </w:p>
    <w:p w14:paraId="6FE3875F" w14:textId="77777777" w:rsidR="00BC4E80" w:rsidRDefault="00BC4E80">
      <w:pPr>
        <w:spacing w:after="160"/>
        <w:jc w:val="center"/>
      </w:pPr>
      <w:r>
        <w:rPr>
          <w:rFonts w:ascii="Times New Roman" w:hAnsi="Times New Roman" w:cs="Times New Roman" w:eastAsia="Times New Roman"/>
          <w:i/>
          <w:sz w:val="20"/>
        </w:rPr>
        <w:t>чл. 30, ал. 4 и чл. 38 от ПДУ</w:t>
      </w:r>
    </w:p>
    <w:p w14:paraId="06CD3789" w14:textId="77777777" w:rsidR="00BC4E80" w:rsidRDefault="00BC4E80">
      <w:pPr>
        <w:spacing w:after="40"/>
      </w:pPr>
      <w:r>
        <w:rPr>
          <w:rFonts w:ascii="Times New Roman" w:hAnsi="Times New Roman" w:cs="Times New Roman" w:eastAsia="Times New Roman"/>
          <w:sz w:val="24"/>
        </w:rPr>
        <w:t>Дата: …………………… г.        Час: ………………        Място: ………………………………………</w:t>
      </w:r>
    </w:p>
    <w:p w14:paraId="09D8252A" w14:textId="77777777" w:rsidR="00BC4E80" w:rsidRDefault="00BC4E80">
      <w:pPr>
        <w:spacing w:after="40"/>
      </w:pPr>
      <w:r>
        <w:rPr>
          <w:rFonts w:ascii="Times New Roman" w:hAnsi="Times New Roman" w:cs="Times New Roman" w:eastAsia="Times New Roman"/>
          <w:sz w:val="24"/>
        </w:rPr>
        <w:t>Ученик/ученичка: …………………………………………………………………………………………</w:t>
      </w:r>
    </w:p>
    <w:p w14:paraId="44167E0C" w14:textId="77777777" w:rsidR="00BC4E80" w:rsidRDefault="00BC4E80">
      <w:pPr>
        <w:spacing w:after="40"/>
      </w:pPr>
      <w:r>
        <w:rPr>
          <w:rFonts w:ascii="Times New Roman" w:hAnsi="Times New Roman" w:cs="Times New Roman" w:eastAsia="Times New Roman"/>
          <w:sz w:val="24"/>
        </w:rPr>
        <w:t>Клас: …………………        Специалност: ………………………………………………………………</w:t>
      </w:r>
    </w:p>
    <w:p w14:paraId="2DEE5845" w14:textId="77777777" w:rsidR="00BC4E80" w:rsidRDefault="00BC4E80">
      <w:pPr>
        <w:spacing w:after="40"/>
      </w:pPr>
      <w:r>
        <w:rPr>
          <w:rFonts w:ascii="Times New Roman" w:hAnsi="Times New Roman" w:cs="Times New Roman" w:eastAsia="Times New Roman"/>
          <w:sz w:val="24"/>
        </w:rPr>
        <w:t>Провел консултацията: ……………………………………………… – ………………………………</w:t>
      </w:r>
    </w:p>
    <w:p w14:paraId="2BBD149A" w14:textId="77777777" w:rsidR="00BC4E80" w:rsidRDefault="00BC4E80">
      <w:pPr>
        <w:spacing w:after="80"/>
      </w:pPr>
    </w:p>
    <w:p w14:paraId="0FCC2101" w14:textId="77777777" w:rsidR="00BC4E80" w:rsidRDefault="00BC4E80">
      <w:pPr>
        <w:spacing w:after="80"/>
        <w:jc w:val="both"/>
      </w:pPr>
      <w:r>
        <w:rPr>
          <w:rFonts w:ascii="Times New Roman" w:hAnsi="Times New Roman" w:cs="Times New Roman" w:eastAsia="Times New Roman"/>
          <w:sz w:val="24"/>
        </w:rPr>
        <w:t>Инициатор на консултацията: ☐ ученик   ☐ родител   ☐ класен ръководител   ☐ учител   ☐ директор</w:t>
      </w:r>
    </w:p>
    <w:p w14:paraId="251ADAAA" w14:textId="77777777" w:rsidR="00BC4E80" w:rsidRDefault="00BC4E80">
      <w:pPr>
        <w:spacing w:after="80"/>
      </w:pPr>
      <w:r>
        <w:rPr>
          <w:rFonts w:ascii="Times New Roman" w:hAnsi="Times New Roman" w:cs="Times New Roman" w:eastAsia="Times New Roman"/>
          <w:sz w:val="24"/>
        </w:rPr>
        <w:t>Тема / повод: ………………………………………………………………………………………………</w:t>
      </w:r>
    </w:p>
    <w:p w14:paraId="1243612F" w14:textId="77777777" w:rsidR="00BC4E80" w:rsidRDefault="00BC4E80">
      <w:pPr>
        <w:spacing w:after="80"/>
      </w:pPr>
      <w:r>
        <w:rPr>
          <w:rFonts w:ascii="Times New Roman" w:hAnsi="Times New Roman" w:cs="Times New Roman" w:eastAsia="Times New Roman"/>
          <w:sz w:val="24"/>
        </w:rPr>
        <w:t>………………………………………………………………………………………………………………</w:t>
      </w:r>
    </w:p>
    <w:p w14:paraId="3DF40F1B" w14:textId="77777777" w:rsidR="00BC4E80" w:rsidRDefault="00BC4E80">
      <w:pPr>
        <w:spacing w:after="80"/>
      </w:pPr>
      <w:r>
        <w:rPr>
          <w:rFonts w:ascii="Times New Roman" w:hAnsi="Times New Roman" w:cs="Times New Roman" w:eastAsia="Times New Roman"/>
          <w:sz w:val="24"/>
        </w:rPr>
        <w:t>Съдържание на консултацията: …………………………………………………………………………</w:t>
      </w:r>
    </w:p>
    <w:p w14:paraId="56F46024" w14:textId="77777777" w:rsidR="00BC4E80" w:rsidRDefault="00BC4E80">
      <w:pPr>
        <w:spacing w:after="80"/>
      </w:pPr>
      <w:r>
        <w:rPr>
          <w:rFonts w:ascii="Times New Roman" w:hAnsi="Times New Roman" w:cs="Times New Roman" w:eastAsia="Times New Roman"/>
          <w:sz w:val="24"/>
        </w:rPr>
        <w:t>………………………………………………………………………………………………………………</w:t>
      </w:r>
    </w:p>
    <w:p w14:paraId="78191D0A" w14:textId="77777777" w:rsidR="00BC4E80" w:rsidRDefault="00BC4E80">
      <w:pPr>
        <w:spacing w:after="80"/>
      </w:pPr>
      <w:r>
        <w:rPr>
          <w:rFonts w:ascii="Times New Roman" w:hAnsi="Times New Roman" w:cs="Times New Roman" w:eastAsia="Times New Roman"/>
          <w:sz w:val="24"/>
        </w:rPr>
        <w:t>………………………………………………………………………………………………………………</w:t>
      </w:r>
    </w:p>
    <w:p w14:paraId="767C1246" w14:textId="77777777" w:rsidR="00BC4E80" w:rsidRDefault="00BC4E80">
      <w:pPr>
        <w:spacing w:after="80"/>
      </w:pPr>
      <w:r>
        <w:rPr>
          <w:rFonts w:ascii="Times New Roman" w:hAnsi="Times New Roman" w:cs="Times New Roman" w:eastAsia="Times New Roman"/>
          <w:sz w:val="24"/>
        </w:rPr>
        <w:t>………………………………………………………………………………………………………………</w:t>
      </w:r>
    </w:p>
    <w:p w14:paraId="10D5FB32" w14:textId="77777777" w:rsidR="00BC4E80" w:rsidRDefault="00BC4E80">
      <w:pPr>
        <w:spacing w:after="80"/>
      </w:pPr>
      <w:r>
        <w:rPr>
          <w:rFonts w:ascii="Times New Roman" w:hAnsi="Times New Roman" w:cs="Times New Roman" w:eastAsia="Times New Roman"/>
          <w:sz w:val="24"/>
        </w:rPr>
        <w:t>Изводи и препоръки: ……………………………………………………………………………………</w:t>
      </w:r>
    </w:p>
    <w:p w14:paraId="7C127910" w14:textId="77777777" w:rsidR="00BC4E80" w:rsidRDefault="00BC4E80">
      <w:pPr>
        <w:spacing w:after="80"/>
      </w:pPr>
      <w:r>
        <w:rPr>
          <w:rFonts w:ascii="Times New Roman" w:hAnsi="Times New Roman" w:cs="Times New Roman" w:eastAsia="Times New Roman"/>
          <w:sz w:val="24"/>
        </w:rPr>
        <w:t>………………………………………………………………………………………………………………</w:t>
      </w:r>
    </w:p>
    <w:p w14:paraId="6BBB5B16" w14:textId="77777777" w:rsidR="00BC4E80" w:rsidRDefault="00BC4E80">
      <w:pPr>
        <w:spacing w:after="80"/>
      </w:pPr>
      <w:r>
        <w:rPr>
          <w:rFonts w:ascii="Times New Roman" w:hAnsi="Times New Roman" w:cs="Times New Roman" w:eastAsia="Times New Roman"/>
          <w:sz w:val="24"/>
        </w:rPr>
        <w:t>Договорени последващи действия и срок: ……………………………………………………………</w:t>
      </w:r>
    </w:p>
    <w:p w14:paraId="0DA25A00" w14:textId="77777777" w:rsidR="00BC4E80" w:rsidRDefault="00BC4E80">
      <w:pPr>
        <w:spacing w:after="80"/>
      </w:pPr>
      <w:r>
        <w:rPr>
          <w:rFonts w:ascii="Times New Roman" w:hAnsi="Times New Roman" w:cs="Times New Roman" w:eastAsia="Times New Roman"/>
          <w:sz w:val="24"/>
        </w:rPr>
        <w:t>Необходимост от насочване към друг специалист / институция: ☐ не   ☐ да – ……………………</w:t>
      </w:r>
    </w:p>
    <w:p w14:paraId="286360FB" w14:textId="77777777" w:rsidR="00BC4E80" w:rsidRDefault="00BC4E80">
      <w:pPr>
        <w:spacing w:after="200"/>
      </w:pPr>
    </w:p>
    <w:p w14:paraId="078C52C1" w14:textId="77777777" w:rsidR="00BC4E80" w:rsidRDefault="00BC4E80">
      <w:pPr>
        <w:tabs>
          <w:tab w:val="left" w:pos="5386"/>
        </w:tabs>
        <w:spacing w:after="160" w:before="3402"/>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t>Ученик: …………………………………………</w:t>
      </w:r>
    </w:p>
    <w:p w14:paraId="2D4F7A3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46 към Правилника за дейността на училището</w:t>
      </w:r>
    </w:p>
    <w:p w14:paraId="5D10BAD1"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60FBFF71" wp14:editId="3E837555">
            <wp:extent cx="6483600" cy="117515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5DBC328" w14:textId="77777777" w:rsidR="00BC4E80" w:rsidRDefault="00BC4E80">
      <w:pPr>
        <w:spacing w:before="80" w:after="40"/>
        <w:jc w:val="center"/>
      </w:pPr>
      <w:r>
        <w:rPr>
          <w:rFonts w:ascii="Times New Roman" w:hAnsi="Times New Roman" w:cs="Times New Roman" w:eastAsia="Times New Roman"/>
          <w:b/>
          <w:sz w:val="26"/>
        </w:rPr>
        <w:t>П Р О Т О К О Л</w:t>
      </w:r>
    </w:p>
    <w:p w14:paraId="3ADAD090" w14:textId="77777777" w:rsidR="00BC4E80" w:rsidRDefault="00BC4E80">
      <w:pPr>
        <w:spacing w:after="80"/>
        <w:jc w:val="center"/>
      </w:pPr>
      <w:r>
        <w:rPr>
          <w:rFonts w:ascii="Times New Roman" w:hAnsi="Times New Roman" w:cs="Times New Roman" w:eastAsia="Times New Roman"/>
          <w:b/>
        </w:rPr>
        <w:t>за проведена консултация с родител</w:t>
      </w:r>
    </w:p>
    <w:p w14:paraId="778007E4" w14:textId="77777777" w:rsidR="00BC4E80" w:rsidRDefault="00BC4E80">
      <w:pPr>
        <w:spacing w:after="160"/>
        <w:jc w:val="center"/>
      </w:pPr>
      <w:r>
        <w:rPr>
          <w:rFonts w:ascii="Times New Roman" w:hAnsi="Times New Roman" w:cs="Times New Roman" w:eastAsia="Times New Roman"/>
          <w:i/>
          <w:sz w:val="20"/>
        </w:rPr>
        <w:t>чл. 30, ал. 4 и чл. 38 от ПДУ</w:t>
      </w:r>
    </w:p>
    <w:p w14:paraId="05BB9F08" w14:textId="77777777" w:rsidR="00BC4E80" w:rsidRDefault="00BC4E80">
      <w:pPr>
        <w:spacing w:after="40"/>
      </w:pPr>
      <w:r>
        <w:rPr>
          <w:rFonts w:ascii="Times New Roman" w:hAnsi="Times New Roman" w:cs="Times New Roman" w:eastAsia="Times New Roman"/>
          <w:sz w:val="24"/>
        </w:rPr>
        <w:t>Дата: …………………… г.        Час: ………………        Място: ………………………………………</w:t>
      </w:r>
    </w:p>
    <w:p w14:paraId="09D0AA49" w14:textId="77777777" w:rsidR="00BC4E80" w:rsidRDefault="00BC4E80">
      <w:pPr>
        <w:spacing w:after="40"/>
      </w:pPr>
      <w:r>
        <w:rPr>
          <w:rFonts w:ascii="Times New Roman" w:hAnsi="Times New Roman" w:cs="Times New Roman" w:eastAsia="Times New Roman"/>
          <w:sz w:val="24"/>
        </w:rPr>
        <w:t>Родител / настойник: ……………………………………………………………………………………</w:t>
      </w:r>
    </w:p>
    <w:p w14:paraId="252164B9" w14:textId="77777777" w:rsidR="00BC4E80" w:rsidRDefault="00BC4E80">
      <w:pPr>
        <w:spacing w:after="40"/>
      </w:pPr>
      <w:r>
        <w:rPr>
          <w:rFonts w:ascii="Times New Roman" w:hAnsi="Times New Roman" w:cs="Times New Roman" w:eastAsia="Times New Roman"/>
          <w:sz w:val="24"/>
        </w:rPr>
        <w:t>на ученика/ученичката …………………………………………………………………………………</w:t>
      </w:r>
    </w:p>
    <w:p w14:paraId="0D21DB83" w14:textId="77777777" w:rsidR="00BC4E80" w:rsidRDefault="00BC4E80">
      <w:pPr>
        <w:spacing w:after="40"/>
      </w:pPr>
      <w:r>
        <w:rPr>
          <w:rFonts w:ascii="Times New Roman" w:hAnsi="Times New Roman" w:cs="Times New Roman" w:eastAsia="Times New Roman"/>
          <w:sz w:val="24"/>
        </w:rPr>
        <w:t>Клас: …………………        Специалност: ………………………………………………………………</w:t>
      </w:r>
    </w:p>
    <w:p w14:paraId="66EEDCF2" w14:textId="77777777" w:rsidR="00BC4E80" w:rsidRDefault="00BC4E80">
      <w:pPr>
        <w:spacing w:after="80"/>
      </w:pPr>
    </w:p>
    <w:p w14:paraId="749F1E21" w14:textId="77777777" w:rsidR="00BC4E80" w:rsidRDefault="00BC4E80">
      <w:pPr>
        <w:spacing w:after="80"/>
      </w:pPr>
      <w:r>
        <w:rPr>
          <w:rFonts w:ascii="Times New Roman" w:hAnsi="Times New Roman" w:cs="Times New Roman" w:eastAsia="Times New Roman"/>
          <w:sz w:val="24"/>
        </w:rPr>
        <w:t>Провел консултацията: ……………………………………………… – ………………………………</w:t>
      </w:r>
    </w:p>
    <w:p w14:paraId="1753DF9C" w14:textId="77777777" w:rsidR="00BC4E80" w:rsidRDefault="00BC4E80">
      <w:pPr>
        <w:spacing w:after="80"/>
      </w:pPr>
      <w:r>
        <w:rPr>
          <w:rFonts w:ascii="Times New Roman" w:hAnsi="Times New Roman" w:cs="Times New Roman" w:eastAsia="Times New Roman"/>
          <w:sz w:val="24"/>
        </w:rPr>
        <w:t>Повод за консултацията: …………………………………………………………………………………</w:t>
      </w:r>
    </w:p>
    <w:p w14:paraId="07B634D3" w14:textId="77777777" w:rsidR="00BC4E80" w:rsidRDefault="00BC4E80">
      <w:pPr>
        <w:spacing w:after="80"/>
      </w:pPr>
      <w:r>
        <w:rPr>
          <w:rFonts w:ascii="Times New Roman" w:hAnsi="Times New Roman" w:cs="Times New Roman" w:eastAsia="Times New Roman"/>
          <w:sz w:val="24"/>
        </w:rPr>
        <w:t>………………………………………………………………………………………………………………</w:t>
      </w:r>
    </w:p>
    <w:p w14:paraId="74152B43" w14:textId="77777777" w:rsidR="00BC4E80" w:rsidRDefault="00BC4E80">
      <w:pPr>
        <w:spacing w:after="80"/>
      </w:pPr>
      <w:r>
        <w:rPr>
          <w:rFonts w:ascii="Times New Roman" w:hAnsi="Times New Roman" w:cs="Times New Roman" w:eastAsia="Times New Roman"/>
          <w:sz w:val="24"/>
        </w:rPr>
        <w:t>Информация, предоставена на родителя: ………………………………………………………………</w:t>
      </w:r>
    </w:p>
    <w:p w14:paraId="6B299469" w14:textId="77777777" w:rsidR="00BC4E80" w:rsidRDefault="00BC4E80">
      <w:pPr>
        <w:spacing w:after="80"/>
      </w:pPr>
      <w:r>
        <w:rPr>
          <w:rFonts w:ascii="Times New Roman" w:hAnsi="Times New Roman" w:cs="Times New Roman" w:eastAsia="Times New Roman"/>
          <w:sz w:val="24"/>
        </w:rPr>
        <w:t>………………………………………………………………………………………………………………</w:t>
      </w:r>
    </w:p>
    <w:p w14:paraId="352F6FB7" w14:textId="77777777" w:rsidR="00BC4E80" w:rsidRDefault="00BC4E80">
      <w:pPr>
        <w:spacing w:after="80"/>
      </w:pPr>
      <w:r>
        <w:rPr>
          <w:rFonts w:ascii="Times New Roman" w:hAnsi="Times New Roman" w:cs="Times New Roman" w:eastAsia="Times New Roman"/>
          <w:sz w:val="24"/>
        </w:rPr>
        <w:t>Становище и предложения на родителя: ………………………………………………………………</w:t>
      </w:r>
    </w:p>
    <w:p w14:paraId="77DD84C9" w14:textId="77777777" w:rsidR="00BC4E80" w:rsidRDefault="00BC4E80">
      <w:pPr>
        <w:spacing w:after="80"/>
      </w:pPr>
      <w:r>
        <w:rPr>
          <w:rFonts w:ascii="Times New Roman" w:hAnsi="Times New Roman" w:cs="Times New Roman" w:eastAsia="Times New Roman"/>
          <w:sz w:val="24"/>
        </w:rPr>
        <w:t>………………………………………………………………………………………………………………</w:t>
      </w:r>
    </w:p>
    <w:p w14:paraId="083C13E6" w14:textId="77777777" w:rsidR="00BC4E80" w:rsidRDefault="00BC4E80">
      <w:pPr>
        <w:spacing w:after="80"/>
      </w:pPr>
      <w:r>
        <w:rPr>
          <w:rFonts w:ascii="Times New Roman" w:hAnsi="Times New Roman" w:cs="Times New Roman" w:eastAsia="Times New Roman"/>
          <w:sz w:val="24"/>
        </w:rPr>
        <w:t>Договорени съвместни действия: ………………………………………………………………………</w:t>
      </w:r>
    </w:p>
    <w:p w14:paraId="03D42238" w14:textId="77777777" w:rsidR="00BC4E80" w:rsidRDefault="00BC4E80">
      <w:pPr>
        <w:spacing w:after="80"/>
      </w:pPr>
      <w:r>
        <w:rPr>
          <w:rFonts w:ascii="Times New Roman" w:hAnsi="Times New Roman" w:cs="Times New Roman" w:eastAsia="Times New Roman"/>
          <w:sz w:val="24"/>
        </w:rPr>
        <w:t>………………………………………………………………………………………………………………</w:t>
      </w:r>
    </w:p>
    <w:p w14:paraId="7C3172A4" w14:textId="77777777" w:rsidR="00BC4E80" w:rsidRDefault="00BC4E80">
      <w:pPr>
        <w:spacing w:after="80"/>
      </w:pPr>
      <w:r>
        <w:rPr>
          <w:rFonts w:ascii="Times New Roman" w:hAnsi="Times New Roman" w:cs="Times New Roman" w:eastAsia="Times New Roman"/>
          <w:sz w:val="24"/>
        </w:rPr>
        <w:t>Срок за следваща среща: …………………………………………………………………………………</w:t>
      </w:r>
    </w:p>
    <w:p w14:paraId="1007F58B" w14:textId="77777777" w:rsidR="00BC4E80" w:rsidRDefault="00BC4E80">
      <w:pPr>
        <w:spacing w:after="200"/>
      </w:pPr>
    </w:p>
    <w:p w14:paraId="1C6381A2" w14:textId="77777777" w:rsidR="00BC4E80" w:rsidRDefault="00BC4E80">
      <w:pPr>
        <w:tabs>
          <w:tab w:val="left" w:pos="5386"/>
        </w:tabs>
        <w:spacing w:after="160"/>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t>Родител: ………………………………………</w:t>
      </w:r>
    </w:p>
    <w:p w14:paraId="3070D6CE" w14:textId="77777777" w:rsidR="00BC4E80" w:rsidRDefault="00BC4E80">
      <w:pPr>
        <w:tabs>
          <w:tab w:val="left" w:pos="5386"/>
        </w:tabs>
        <w:spacing w:after="160"/>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r>
    </w:p>
    <w:p w14:paraId="73ED6417" w14:textId="77777777" w:rsidR="00BC4E80" w:rsidRDefault="00BC4E80">
      <w:pPr>
        <w:pageBreakBefore/>
        <w:spacing w:after="2800"/>
      </w:pPr>
    </w:p>
    <w:p w14:paraId="7525BC97" w14:textId="77777777" w:rsidR="00BC4E80" w:rsidRDefault="00BC4E80">
      <w:pPr>
        <w:spacing w:after="200"/>
        <w:jc w:val="center"/>
      </w:pPr>
      <w:r>
        <w:rPr>
          <w:rFonts w:ascii="Times New Roman" w:hAnsi="Times New Roman" w:cs="Times New Roman" w:eastAsia="Times New Roman"/>
          <w:b/>
          <w:sz w:val="32"/>
        </w:rPr>
        <w:t>РАЗДЕЛ VII</w:t>
      </w:r>
    </w:p>
    <w:p w14:paraId="43C0DEF9" w14:textId="77777777" w:rsidR="00BC4E80" w:rsidRDefault="00BC4E80">
      <w:pPr>
        <w:jc w:val="center"/>
      </w:pPr>
      <w:r>
        <w:rPr>
          <w:rFonts w:ascii="Times New Roman" w:hAnsi="Times New Roman" w:cs="Times New Roman" w:eastAsia="Times New Roman"/>
          <w:b/>
          <w:sz w:val="28"/>
        </w:rPr>
        <w:t>ТОРМОЗ, АГРЕСИЯ, ИНЦИДЕНТИ И БЕЗОПАСНОСТ</w:t>
      </w:r>
    </w:p>
    <w:p w14:paraId="5936C282"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47 към Правилника за дейността на училището</w:t>
      </w:r>
    </w:p>
    <w:p w14:paraId="24D0DD14"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4390B34" wp14:editId="2B6FB51D">
            <wp:extent cx="6483600" cy="117515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BBE18A9" w14:textId="77777777" w:rsidR="00BC4E80" w:rsidRDefault="00BC4E80">
      <w:pPr>
        <w:spacing w:after="160"/>
      </w:pPr>
      <w:r>
        <w:rPr>
          <w:rFonts w:ascii="Times New Roman" w:hAnsi="Times New Roman" w:cs="Times New Roman" w:eastAsia="Times New Roman"/>
        </w:rPr>
        <w:t>Вх. № ………………………………………………………… / ………………………………………………… г.</w:t>
      </w:r>
    </w:p>
    <w:p w14:paraId="46C507C7" w14:textId="77777777" w:rsidR="00BC4E80" w:rsidRDefault="00BC4E80">
      <w:r>
        <w:rPr>
          <w:rFonts w:ascii="Times New Roman" w:hAnsi="Times New Roman" w:cs="Times New Roman" w:eastAsia="Times New Roman"/>
          <w:b/>
          <w:sz w:val="24"/>
        </w:rPr>
        <w:t>ДО</w:t>
      </w:r>
    </w:p>
    <w:p w14:paraId="0FC824DA" w14:textId="77777777" w:rsidR="00BC4E80" w:rsidRDefault="00BC4E80">
      <w:r>
        <w:rPr>
          <w:rFonts w:ascii="Times New Roman" w:hAnsi="Times New Roman" w:cs="Times New Roman" w:eastAsia="Times New Roman"/>
          <w:b/>
          <w:sz w:val="24"/>
        </w:rPr>
        <w:t>ДИРЕКТОРА</w:t>
      </w:r>
    </w:p>
    <w:p w14:paraId="0C3A8495" w14:textId="77777777" w:rsidR="00BC4E80" w:rsidRDefault="00BC4E80">
      <w:r>
        <w:rPr>
          <w:rFonts w:ascii="Times New Roman" w:hAnsi="Times New Roman" w:cs="Times New Roman" w:eastAsia="Times New Roman"/>
          <w:b/>
          <w:sz w:val="24"/>
        </w:rPr>
        <w:t>НА ПГМКР „СВЕТИ НИКОЛА“</w:t>
      </w:r>
    </w:p>
    <w:p w14:paraId="3BFD033F" w14:textId="77777777" w:rsidR="00BC4E80" w:rsidRDefault="00BC4E80">
      <w:r>
        <w:rPr>
          <w:rFonts w:ascii="Times New Roman" w:hAnsi="Times New Roman" w:cs="Times New Roman" w:eastAsia="Times New Roman"/>
          <w:b/>
          <w:sz w:val="24"/>
        </w:rPr>
        <w:t>ГР. БУРГАС</w:t>
      </w:r>
    </w:p>
    <w:p w14:paraId="74726DC9" w14:textId="77777777" w:rsidR="00BC4E80" w:rsidRDefault="00BC4E80">
      <w:pPr>
        <w:spacing w:after="160"/>
      </w:pPr>
    </w:p>
    <w:p w14:paraId="64EAB96B" w14:textId="77777777" w:rsidR="00BC4E80" w:rsidRDefault="00BC4E80">
      <w:pPr>
        <w:spacing w:before="80" w:after="40"/>
        <w:jc w:val="center"/>
      </w:pPr>
      <w:r>
        <w:rPr>
          <w:rFonts w:ascii="Times New Roman" w:hAnsi="Times New Roman" w:cs="Times New Roman" w:eastAsia="Times New Roman"/>
          <w:b/>
          <w:sz w:val="26"/>
        </w:rPr>
        <w:t>С И Г Н А Л</w:t>
      </w:r>
    </w:p>
    <w:p w14:paraId="1BD83263" w14:textId="77777777" w:rsidR="00BC4E80" w:rsidRDefault="00BC4E80">
      <w:pPr>
        <w:spacing w:after="80"/>
        <w:jc w:val="center"/>
      </w:pPr>
      <w:r>
        <w:rPr>
          <w:rFonts w:ascii="Times New Roman" w:hAnsi="Times New Roman" w:cs="Times New Roman" w:eastAsia="Times New Roman"/>
          <w:b/>
        </w:rPr>
        <w:t>за проява на насилие или тормоз</w:t>
      </w:r>
    </w:p>
    <w:p w14:paraId="5011C4C0" w14:textId="77777777" w:rsidR="00BC4E80" w:rsidRDefault="00BC4E80">
      <w:pPr>
        <w:spacing w:after="160"/>
        <w:jc w:val="center"/>
      </w:pPr>
      <w:r>
        <w:rPr>
          <w:rFonts w:ascii="Times New Roman" w:hAnsi="Times New Roman" w:cs="Times New Roman" w:eastAsia="Times New Roman"/>
          <w:i/>
          <w:sz w:val="20"/>
        </w:rPr>
        <w:t>чл. 27, ал. 8 и чл. 37 от ПДУ; Механизъм за противодействие на училищния тормоз</w:t>
      </w:r>
    </w:p>
    <w:p w14:paraId="54B5C9D9" w14:textId="77777777" w:rsidR="00BC4E80" w:rsidRDefault="00BC4E80">
      <w:pPr>
        <w:spacing w:after="40"/>
      </w:pPr>
      <w:r>
        <w:rPr>
          <w:rFonts w:ascii="Times New Roman" w:hAnsi="Times New Roman" w:cs="Times New Roman" w:eastAsia="Times New Roman"/>
          <w:sz w:val="24"/>
        </w:rPr>
        <w:t>Подаден от: ☐ ученик   ☐ родител   ☐ учител   ☐ служител   ☐ друго лице</w:t>
      </w:r>
    </w:p>
    <w:p w14:paraId="5D0D6A57" w14:textId="77777777" w:rsidR="00BC4E80" w:rsidRDefault="00BC4E80">
      <w:pPr>
        <w:spacing w:after="40"/>
      </w:pPr>
      <w:r>
        <w:rPr>
          <w:rFonts w:ascii="Times New Roman" w:hAnsi="Times New Roman" w:cs="Times New Roman" w:eastAsia="Times New Roman"/>
          <w:sz w:val="24"/>
        </w:rPr>
        <w:t>Трите имена: ………………………………………………………………………………………………</w:t>
      </w:r>
    </w:p>
    <w:p w14:paraId="66B563A5" w14:textId="77777777" w:rsidR="00BC4E80" w:rsidRDefault="00BC4E80">
      <w:pPr>
        <w:spacing w:after="40"/>
      </w:pPr>
      <w:r>
        <w:rPr>
          <w:rFonts w:ascii="Times New Roman" w:hAnsi="Times New Roman" w:cs="Times New Roman" w:eastAsia="Times New Roman"/>
          <w:sz w:val="24"/>
        </w:rPr>
        <w:t>Качество / клас / длъжност: ………………………………………………………………………………</w:t>
      </w:r>
    </w:p>
    <w:p w14:paraId="57BC9B30" w14:textId="77777777" w:rsidR="00BC4E80" w:rsidRDefault="00BC4E80">
      <w:pPr>
        <w:spacing w:after="40"/>
      </w:pPr>
      <w:r>
        <w:rPr>
          <w:rFonts w:ascii="Times New Roman" w:hAnsi="Times New Roman" w:cs="Times New Roman" w:eastAsia="Times New Roman"/>
          <w:sz w:val="24"/>
        </w:rPr>
        <w:t>Телефон за връзка: ………………………………………………………………………………………</w:t>
      </w:r>
    </w:p>
    <w:p w14:paraId="799A7001" w14:textId="77777777" w:rsidR="00BC4E80" w:rsidRDefault="00BC4E80">
      <w:pPr>
        <w:spacing w:after="80"/>
      </w:pPr>
    </w:p>
    <w:p w14:paraId="34C7C1F6" w14:textId="77777777" w:rsidR="00BC4E80" w:rsidRDefault="00BC4E80">
      <w:pPr>
        <w:spacing w:after="80"/>
      </w:pPr>
      <w:r>
        <w:rPr>
          <w:rFonts w:ascii="Times New Roman" w:hAnsi="Times New Roman" w:cs="Times New Roman" w:eastAsia="Times New Roman"/>
          <w:sz w:val="24"/>
        </w:rPr>
        <w:t>Дата и час на случая: ……………………………………………… г., …………………………………</w:t>
      </w:r>
    </w:p>
    <w:p w14:paraId="6E68CDE9" w14:textId="77777777" w:rsidR="00BC4E80" w:rsidRDefault="00BC4E80">
      <w:pPr>
        <w:spacing w:after="80"/>
        <w:jc w:val="both"/>
      </w:pPr>
      <w:r>
        <w:rPr>
          <w:rFonts w:ascii="Times New Roman" w:hAnsi="Times New Roman" w:cs="Times New Roman" w:eastAsia="Times New Roman"/>
          <w:sz w:val="24"/>
        </w:rPr>
        <w:t>Място: ☐ класна стая   ☐ коридор   ☐ двор   ☐ работилница / кабинет   ☐ физкултурен салон   ☐ извън училището   ☐ онлайн среда</w:t>
      </w:r>
    </w:p>
    <w:p w14:paraId="45B051CA" w14:textId="77777777" w:rsidR="00BC4E80" w:rsidRDefault="00BC4E80">
      <w:pPr>
        <w:spacing w:after="80"/>
      </w:pPr>
      <w:r>
        <w:rPr>
          <w:rFonts w:ascii="Times New Roman" w:hAnsi="Times New Roman" w:cs="Times New Roman" w:eastAsia="Times New Roman"/>
          <w:sz w:val="24"/>
        </w:rPr>
        <w:t>Участници (пострадал, извършител, наблюдатели): …………………………………………………</w:t>
      </w:r>
    </w:p>
    <w:p w14:paraId="183E8CD3" w14:textId="77777777" w:rsidR="00BC4E80" w:rsidRDefault="00BC4E80">
      <w:pPr>
        <w:spacing w:after="80"/>
      </w:pPr>
      <w:r>
        <w:rPr>
          <w:rFonts w:ascii="Times New Roman" w:hAnsi="Times New Roman" w:cs="Times New Roman" w:eastAsia="Times New Roman"/>
          <w:sz w:val="24"/>
        </w:rPr>
        <w:t>………………………………………………………………………………………………………………</w:t>
      </w:r>
    </w:p>
    <w:p w14:paraId="32AD3758" w14:textId="77777777" w:rsidR="00BC4E80" w:rsidRDefault="00BC4E80">
      <w:pPr>
        <w:spacing w:after="80"/>
      </w:pPr>
      <w:r>
        <w:rPr>
          <w:rFonts w:ascii="Times New Roman" w:hAnsi="Times New Roman" w:cs="Times New Roman" w:eastAsia="Times New Roman"/>
          <w:sz w:val="24"/>
        </w:rPr>
        <w:t>Описание на случая: ……………………………………………………………………………………</w:t>
      </w:r>
    </w:p>
    <w:p w14:paraId="3A3109C1" w14:textId="77777777" w:rsidR="00BC4E80" w:rsidRDefault="00BC4E80">
      <w:pPr>
        <w:spacing w:after="80"/>
      </w:pPr>
      <w:r>
        <w:rPr>
          <w:rFonts w:ascii="Times New Roman" w:hAnsi="Times New Roman" w:cs="Times New Roman" w:eastAsia="Times New Roman"/>
          <w:sz w:val="24"/>
        </w:rPr>
        <w:t>………………………………………………………………………………………………………………</w:t>
      </w:r>
    </w:p>
    <w:p w14:paraId="06500257" w14:textId="77777777" w:rsidR="00BC4E80" w:rsidRDefault="00BC4E80">
      <w:pPr>
        <w:spacing w:after="80"/>
      </w:pPr>
      <w:r>
        <w:rPr>
          <w:rFonts w:ascii="Times New Roman" w:hAnsi="Times New Roman" w:cs="Times New Roman" w:eastAsia="Times New Roman"/>
          <w:sz w:val="24"/>
        </w:rPr>
        <w:t>………………………………………………………………………………………………………………</w:t>
      </w:r>
    </w:p>
    <w:p w14:paraId="4676732F" w14:textId="77777777" w:rsidR="00BC4E80" w:rsidRDefault="00BC4E80">
      <w:pPr>
        <w:spacing w:after="80"/>
      </w:pPr>
      <w:r>
        <w:rPr>
          <w:rFonts w:ascii="Times New Roman" w:hAnsi="Times New Roman" w:cs="Times New Roman" w:eastAsia="Times New Roman"/>
          <w:sz w:val="24"/>
        </w:rPr>
        <w:t>………………………………………………………………………………………………………………</w:t>
      </w:r>
    </w:p>
    <w:p w14:paraId="492DB907" w14:textId="77777777" w:rsidR="00BC4E80" w:rsidRDefault="00BC4E80">
      <w:pPr>
        <w:spacing w:after="80"/>
        <w:jc w:val="both"/>
      </w:pPr>
      <w:r>
        <w:rPr>
          <w:rFonts w:ascii="Times New Roman" w:hAnsi="Times New Roman" w:cs="Times New Roman" w:eastAsia="Times New Roman"/>
          <w:sz w:val="24"/>
        </w:rPr>
        <w:t>Вид на проявата: ☐ физическа   ☐ вербална   ☐ психическа   ☐ social изолация   ☐ кибертормоз   ☐ повреждане на вещи</w:t>
      </w:r>
    </w:p>
    <w:p w14:paraId="7A200B0B" w14:textId="77777777" w:rsidR="00BC4E80" w:rsidRDefault="00BC4E80">
      <w:pPr>
        <w:spacing w:after="80"/>
        <w:jc w:val="both"/>
      </w:pPr>
      <w:r>
        <w:rPr>
          <w:rFonts w:ascii="Times New Roman" w:hAnsi="Times New Roman" w:cs="Times New Roman" w:eastAsia="Times New Roman"/>
          <w:sz w:val="24"/>
        </w:rPr>
        <w:t>Повтаряемост: ☐ еднократна проява   ☐ повтаряща се   ☐ системна</w:t>
      </w:r>
    </w:p>
    <w:p w14:paraId="3A54AC78" w14:textId="77777777" w:rsidR="00BC4E80" w:rsidRDefault="00BC4E80">
      <w:pPr>
        <w:spacing w:after="80"/>
        <w:jc w:val="both"/>
      </w:pPr>
      <w:r>
        <w:rPr>
          <w:rFonts w:ascii="Times New Roman" w:hAnsi="Times New Roman" w:cs="Times New Roman" w:eastAsia="Times New Roman"/>
          <w:sz w:val="24"/>
        </w:rPr>
        <w:t>Известно ли е на класния ръководител: ☐ да   ☐ не</w:t>
      </w:r>
    </w:p>
    <w:p w14:paraId="5D693AA7" w14:textId="77777777" w:rsidR="00BC4E80" w:rsidRDefault="00BC4E80">
      <w:pPr>
        <w:spacing w:after="200"/>
      </w:pPr>
    </w:p>
    <w:p w14:paraId="28FC085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Подател: ………………………………………</w:t>
      </w:r>
    </w:p>
    <w:p w14:paraId="67D7B143" w14:textId="77777777" w:rsidR="00BC4E80" w:rsidRDefault="00BC4E80">
      <w:pPr>
        <w:tabs>
          <w:tab w:val="left" w:pos="5386"/>
        </w:tabs>
        <w:spacing w:after="160"/>
      </w:pPr>
      <w:r>
        <w:rPr>
          <w:rFonts w:ascii="Times New Roman" w:hAnsi="Times New Roman" w:cs="Times New Roman" w:eastAsia="Times New Roman"/>
          <w:sz w:val="24"/>
        </w:rPr>
        <w:t>Приел сигнала: ……………………………………</w:t>
      </w:r>
      <w:r>
        <w:rPr>
          <w:rFonts w:ascii="Times New Roman" w:hAnsi="Times New Roman" w:cs="Times New Roman" w:eastAsia="Times New Roman"/>
          <w:sz w:val="24"/>
        </w:rPr>
        <w:tab/>
      </w:r>
    </w:p>
    <w:p w14:paraId="58B84D20"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48 към Правилника за дейността на училището</w:t>
      </w:r>
    </w:p>
    <w:p w14:paraId="3173B325"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783F099" wp14:editId="1BB22056">
            <wp:extent cx="6483600" cy="117515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EAC6935" w14:textId="77777777" w:rsidR="00BC4E80" w:rsidRDefault="00BC4E80">
      <w:pPr>
        <w:spacing w:before="80" w:after="40"/>
        <w:jc w:val="center"/>
      </w:pPr>
      <w:r>
        <w:rPr>
          <w:rFonts w:ascii="Times New Roman" w:hAnsi="Times New Roman" w:cs="Times New Roman" w:eastAsia="Times New Roman"/>
          <w:b/>
          <w:sz w:val="26"/>
        </w:rPr>
        <w:t>П Р О Т О К О Л</w:t>
      </w:r>
    </w:p>
    <w:p w14:paraId="774CFD21" w14:textId="77777777" w:rsidR="00BC4E80" w:rsidRDefault="00BC4E80">
      <w:pPr>
        <w:spacing w:after="80"/>
        <w:jc w:val="center"/>
      </w:pPr>
      <w:r>
        <w:rPr>
          <w:rFonts w:ascii="Times New Roman" w:hAnsi="Times New Roman" w:cs="Times New Roman" w:eastAsia="Times New Roman"/>
          <w:b/>
        </w:rPr>
        <w:t>за установен случай на насилие или тормоз</w:t>
      </w:r>
    </w:p>
    <w:p w14:paraId="5F97C3E3" w14:textId="77777777" w:rsidR="00BC4E80" w:rsidRDefault="00BC4E80">
      <w:pPr>
        <w:spacing w:after="160"/>
        <w:jc w:val="center"/>
      </w:pPr>
      <w:r>
        <w:rPr>
          <w:rFonts w:ascii="Times New Roman" w:hAnsi="Times New Roman" w:cs="Times New Roman" w:eastAsia="Times New Roman"/>
          <w:i/>
          <w:sz w:val="20"/>
        </w:rPr>
        <w:t>чл. 27, ал. 8 и чл. 37 от ПДУ; Механизъм за противодействие на училищния тормоз</w:t>
      </w:r>
    </w:p>
    <w:p w14:paraId="5C42C0B1" w14:textId="77777777" w:rsidR="00BC4E80" w:rsidRDefault="00BC4E80">
      <w:pPr>
        <w:spacing w:after="40"/>
      </w:pPr>
      <w:r>
        <w:rPr>
          <w:rFonts w:ascii="Times New Roman" w:hAnsi="Times New Roman" w:cs="Times New Roman" w:eastAsia="Times New Roman"/>
          <w:sz w:val="24"/>
        </w:rPr>
        <w:t>Протокол № …………………………………… / …………………………………………………… г.</w:t>
      </w:r>
    </w:p>
    <w:p w14:paraId="07E72F5B" w14:textId="77777777" w:rsidR="00BC4E80" w:rsidRDefault="00BC4E80">
      <w:pPr>
        <w:spacing w:after="80"/>
      </w:pPr>
    </w:p>
    <w:p w14:paraId="4B105C7F" w14:textId="77777777" w:rsidR="00BC4E80" w:rsidRDefault="00BC4E80">
      <w:pPr>
        <w:spacing w:after="80"/>
      </w:pPr>
      <w:r>
        <w:rPr>
          <w:rFonts w:ascii="Times New Roman" w:hAnsi="Times New Roman" w:cs="Times New Roman" w:eastAsia="Times New Roman"/>
          <w:sz w:val="24"/>
        </w:rPr>
        <w:t>Установен на ……………………… г. от ……………………………………………………………….</w:t>
      </w:r>
    </w:p>
    <w:p w14:paraId="4DB954F2" w14:textId="77777777" w:rsidR="00BC4E80" w:rsidRDefault="00BC4E80">
      <w:pPr>
        <w:spacing w:after="80"/>
      </w:pPr>
      <w:r>
        <w:rPr>
          <w:rFonts w:ascii="Times New Roman" w:hAnsi="Times New Roman" w:cs="Times New Roman" w:eastAsia="Times New Roman"/>
          <w:sz w:val="24"/>
        </w:rPr>
        <w:t>Пострадал ученик: ………………………………………………………………………, клас …………</w:t>
      </w:r>
    </w:p>
    <w:p w14:paraId="59FC9577" w14:textId="77777777" w:rsidR="00BC4E80" w:rsidRDefault="00BC4E80">
      <w:pPr>
        <w:spacing w:after="80"/>
      </w:pPr>
      <w:r>
        <w:rPr>
          <w:rFonts w:ascii="Times New Roman" w:hAnsi="Times New Roman" w:cs="Times New Roman" w:eastAsia="Times New Roman"/>
          <w:sz w:val="24"/>
        </w:rPr>
        <w:t>Ученик/ученици, извършители: …………………………………………………………, клас ………</w:t>
      </w:r>
    </w:p>
    <w:p w14:paraId="49FECFFF" w14:textId="77777777" w:rsidR="00BC4E80" w:rsidRDefault="00BC4E80">
      <w:pPr>
        <w:spacing w:after="80"/>
      </w:pPr>
      <w:r>
        <w:rPr>
          <w:rFonts w:ascii="Times New Roman" w:hAnsi="Times New Roman" w:cs="Times New Roman" w:eastAsia="Times New Roman"/>
          <w:sz w:val="24"/>
        </w:rPr>
        <w:t>Наблюдатели: ……………………………………………………………………………………………</w:t>
      </w:r>
    </w:p>
    <w:p w14:paraId="4F7E3457" w14:textId="77777777" w:rsidR="00BC4E80" w:rsidRDefault="00BC4E80">
      <w:pPr>
        <w:spacing w:after="80"/>
      </w:pPr>
      <w:r>
        <w:rPr>
          <w:rFonts w:ascii="Times New Roman" w:hAnsi="Times New Roman" w:cs="Times New Roman" w:eastAsia="Times New Roman"/>
          <w:sz w:val="24"/>
        </w:rPr>
        <w:t>Фактическа обстановка: …………………………………………………………………………………</w:t>
      </w:r>
    </w:p>
    <w:p w14:paraId="37AACB1E" w14:textId="77777777" w:rsidR="00BC4E80" w:rsidRDefault="00BC4E80">
      <w:pPr>
        <w:spacing w:after="80"/>
      </w:pPr>
      <w:r>
        <w:rPr>
          <w:rFonts w:ascii="Times New Roman" w:hAnsi="Times New Roman" w:cs="Times New Roman" w:eastAsia="Times New Roman"/>
          <w:sz w:val="24"/>
        </w:rPr>
        <w:t>………………………………………………………………………………………………………………</w:t>
      </w:r>
    </w:p>
    <w:p w14:paraId="2E3F0BC0" w14:textId="77777777" w:rsidR="00BC4E80" w:rsidRDefault="00BC4E80">
      <w:pPr>
        <w:spacing w:after="80"/>
      </w:pPr>
      <w:r>
        <w:rPr>
          <w:rFonts w:ascii="Times New Roman" w:hAnsi="Times New Roman" w:cs="Times New Roman" w:eastAsia="Times New Roman"/>
          <w:sz w:val="24"/>
        </w:rPr>
        <w:t>………………………………………………………………………………………………………………</w:t>
      </w:r>
    </w:p>
    <w:p w14:paraId="43B29406" w14:textId="77777777" w:rsidR="00BC4E80" w:rsidRDefault="00BC4E80">
      <w:pPr>
        <w:spacing w:after="80"/>
        <w:jc w:val="both"/>
      </w:pPr>
      <w:r>
        <w:rPr>
          <w:rFonts w:ascii="Times New Roman" w:hAnsi="Times New Roman" w:cs="Times New Roman" w:eastAsia="Times New Roman"/>
          <w:sz w:val="24"/>
        </w:rPr>
        <w:t>Ниво на тормоза по Механизма: ☐ първо   ☐ второ   ☐ трето</w:t>
      </w:r>
    </w:p>
    <w:p w14:paraId="34E58AC3" w14:textId="77777777" w:rsidR="00BC4E80" w:rsidRDefault="00BC4E80">
      <w:pPr>
        <w:spacing w:after="80"/>
      </w:pPr>
      <w:r>
        <w:rPr>
          <w:rFonts w:ascii="Times New Roman" w:hAnsi="Times New Roman" w:cs="Times New Roman" w:eastAsia="Times New Roman"/>
          <w:sz w:val="24"/>
        </w:rPr>
        <w:t>Незабавно предприети действия: ………………………………………………………………………</w:t>
      </w:r>
    </w:p>
    <w:p w14:paraId="650939D9" w14:textId="77777777" w:rsidR="00BC4E80" w:rsidRDefault="00BC4E80">
      <w:pPr>
        <w:spacing w:after="80"/>
      </w:pPr>
      <w:r>
        <w:rPr>
          <w:rFonts w:ascii="Times New Roman" w:hAnsi="Times New Roman" w:cs="Times New Roman" w:eastAsia="Times New Roman"/>
          <w:sz w:val="24"/>
        </w:rPr>
        <w:t>………………………………………………………………………………………………………………</w:t>
      </w:r>
    </w:p>
    <w:p w14:paraId="2DFD1FF6" w14:textId="77777777" w:rsidR="00BC4E80" w:rsidRDefault="00BC4E80">
      <w:pPr>
        <w:spacing w:after="80"/>
        <w:jc w:val="both"/>
      </w:pPr>
      <w:r>
        <w:rPr>
          <w:rFonts w:ascii="Times New Roman" w:hAnsi="Times New Roman" w:cs="Times New Roman" w:eastAsia="Times New Roman"/>
          <w:sz w:val="24"/>
        </w:rPr>
        <w:t>Уведомени лица и институции: ☐ родители   ☐ педагогически съветник   ☐ директор   ☐ отдел „Закрила на детето“   ☐ МВР   ☐ спешна помощ</w:t>
      </w:r>
    </w:p>
    <w:p w14:paraId="62BFE9F2" w14:textId="77777777" w:rsidR="00BC4E80" w:rsidRDefault="00BC4E80">
      <w:pPr>
        <w:spacing w:after="80"/>
      </w:pPr>
      <w:r>
        <w:rPr>
          <w:rFonts w:ascii="Times New Roman" w:hAnsi="Times New Roman" w:cs="Times New Roman" w:eastAsia="Times New Roman"/>
          <w:sz w:val="24"/>
        </w:rPr>
        <w:t>Необходимост от медицинска помощ: ☐ не   ☐ да – …………………………………………………</w:t>
      </w:r>
    </w:p>
    <w:p w14:paraId="777ED0FD" w14:textId="77777777" w:rsidR="00BC4E80" w:rsidRDefault="00BC4E80">
      <w:pPr>
        <w:spacing w:after="200"/>
      </w:pPr>
    </w:p>
    <w:p w14:paraId="57245F36" w14:textId="77777777" w:rsidR="00BC4E80" w:rsidRDefault="00BC4E80">
      <w:pPr>
        <w:tabs>
          <w:tab w:val="left" w:pos="5386"/>
        </w:tabs>
        <w:spacing w:after="160" w:before="3350"/>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Педагогически съветник: ……………………</w:t>
      </w:r>
    </w:p>
    <w:p w14:paraId="29658AA3" w14:textId="77777777" w:rsidR="00BC4E80" w:rsidRDefault="00BC4E80">
      <w:pPr>
        <w:tabs>
          <w:tab w:val="left" w:pos="5386"/>
        </w:tabs>
        <w:spacing w:after="160"/>
      </w:pPr>
      <w:r>
        <w:rPr>
          <w:rFonts w:ascii="Times New Roman" w:hAnsi="Times New Roman" w:cs="Times New Roman" w:eastAsia="Times New Roman"/>
          <w:sz w:val="24"/>
        </w:rPr>
        <w:t>Директор: …………………………………………</w:t>
      </w:r>
      <w:r>
        <w:rPr>
          <w:rFonts w:ascii="Times New Roman" w:hAnsi="Times New Roman" w:cs="Times New Roman" w:eastAsia="Times New Roman"/>
          <w:sz w:val="24"/>
        </w:rPr>
        <w:tab/>
      </w:r>
    </w:p>
    <w:p w14:paraId="378457E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49 към Правилника за дейността на училището</w:t>
      </w:r>
    </w:p>
    <w:p w14:paraId="6B2CCD5F"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B8F355F" wp14:editId="5FFF44D8">
            <wp:extent cx="6483600" cy="117515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0CFA5E8" w14:textId="77777777" w:rsidR="00BC4E80" w:rsidRDefault="00BC4E80">
      <w:pPr>
        <w:spacing w:before="80" w:after="40"/>
        <w:jc w:val="center"/>
      </w:pPr>
      <w:r>
        <w:rPr>
          <w:rFonts w:ascii="Times New Roman" w:hAnsi="Times New Roman" w:cs="Times New Roman" w:eastAsia="Times New Roman"/>
          <w:b/>
          <w:sz w:val="26"/>
        </w:rPr>
        <w:t>К А Р Т А   З А   О Ц Е Н К А   Н А   С И Т У А Ц И Я Т А</w:t>
      </w:r>
    </w:p>
    <w:p w14:paraId="291C7A71" w14:textId="77777777" w:rsidR="00BC4E80" w:rsidRDefault="00BC4E80">
      <w:pPr>
        <w:spacing w:after="80"/>
        <w:jc w:val="center"/>
      </w:pPr>
      <w:r>
        <w:rPr>
          <w:rFonts w:ascii="Times New Roman" w:hAnsi="Times New Roman" w:cs="Times New Roman" w:eastAsia="Times New Roman"/>
          <w:b/>
        </w:rPr>
        <w:t>при случай на тормоз или насилие</w:t>
      </w:r>
    </w:p>
    <w:p w14:paraId="44920DA1" w14:textId="77777777" w:rsidR="00BC4E80" w:rsidRDefault="00BC4E80">
      <w:pPr>
        <w:spacing w:after="160"/>
        <w:jc w:val="center"/>
      </w:pPr>
      <w:r>
        <w:rPr>
          <w:rFonts w:ascii="Times New Roman" w:hAnsi="Times New Roman" w:cs="Times New Roman" w:eastAsia="Times New Roman"/>
          <w:i/>
          <w:sz w:val="20"/>
        </w:rPr>
        <w:t>Механизъм за противодействие на училищния тормоз между учениците в училище</w:t>
      </w:r>
    </w:p>
    <w:p w14:paraId="3221A564" w14:textId="77777777" w:rsidR="00BC4E80" w:rsidRDefault="00BC4E80">
      <w:pPr>
        <w:spacing w:after="40"/>
      </w:pPr>
      <w:r>
        <w:rPr>
          <w:rFonts w:ascii="Times New Roman" w:hAnsi="Times New Roman" w:cs="Times New Roman" w:eastAsia="Times New Roman"/>
          <w:sz w:val="24"/>
        </w:rPr>
        <w:t>Към Протокол № ………………………………… / ………………………………………………… г.</w:t>
      </w:r>
    </w:p>
    <w:p w14:paraId="4FD2C73E" w14:textId="77777777" w:rsidR="00BC4E80" w:rsidRDefault="00BC4E80">
      <w:pPr>
        <w:spacing w:after="40"/>
      </w:pPr>
      <w:r>
        <w:rPr>
          <w:rFonts w:ascii="Times New Roman" w:hAnsi="Times New Roman" w:cs="Times New Roman" w:eastAsia="Times New Roman"/>
          <w:sz w:val="24"/>
        </w:rPr>
        <w:t>Ученик/ученичка: …………………………………………………………………………………………</w:t>
      </w:r>
    </w:p>
    <w:p w14:paraId="64326E29" w14:textId="77777777" w:rsidR="00BC4E80" w:rsidRDefault="00BC4E80">
      <w:pPr>
        <w:spacing w:after="40"/>
      </w:pPr>
      <w:r>
        <w:rPr>
          <w:rFonts w:ascii="Times New Roman" w:hAnsi="Times New Roman" w:cs="Times New Roman" w:eastAsia="Times New Roman"/>
          <w:sz w:val="24"/>
        </w:rPr>
        <w:t>Клас: …………………        Специалност: ………………………………………………………………</w:t>
      </w:r>
    </w:p>
    <w:p w14:paraId="7DB91686" w14:textId="77777777" w:rsidR="00BC4E80" w:rsidRDefault="00BC4E80">
      <w:pPr>
        <w:spacing w:after="80"/>
      </w:pPr>
    </w:p>
    <w:p w14:paraId="40A207A5" w14:textId="77777777" w:rsidR="00BC4E80" w:rsidRDefault="00BC4E80">
      <w:pPr>
        <w:spacing w:after="80"/>
        <w:jc w:val="both"/>
      </w:pPr>
      <w:r>
        <w:rPr>
          <w:rFonts w:ascii="Times New Roman" w:hAnsi="Times New Roman" w:cs="Times New Roman" w:eastAsia="Times New Roman"/>
          <w:sz w:val="24"/>
        </w:rPr>
        <w:t>1. Вид на проявата: ☐ физически   ☐ вербален   ☐ психически   ☐ социален   ☐ кибертормоз</w:t>
      </w:r>
    </w:p>
    <w:p w14:paraId="230C0D40" w14:textId="77777777" w:rsidR="00BC4E80" w:rsidRDefault="00BC4E80">
      <w:pPr>
        <w:spacing w:after="80"/>
        <w:jc w:val="both"/>
      </w:pPr>
      <w:r>
        <w:rPr>
          <w:rFonts w:ascii="Times New Roman" w:hAnsi="Times New Roman" w:cs="Times New Roman" w:eastAsia="Times New Roman"/>
          <w:sz w:val="24"/>
        </w:rPr>
        <w:t>2. Интензивност: ☐ ниска   ☐ средна   ☐ висока</w:t>
      </w:r>
    </w:p>
    <w:p w14:paraId="20650E98" w14:textId="77777777" w:rsidR="00BC4E80" w:rsidRDefault="00BC4E80">
      <w:pPr>
        <w:spacing w:after="80"/>
        <w:jc w:val="both"/>
      </w:pPr>
      <w:r>
        <w:rPr>
          <w:rFonts w:ascii="Times New Roman" w:hAnsi="Times New Roman" w:cs="Times New Roman" w:eastAsia="Times New Roman"/>
          <w:sz w:val="24"/>
        </w:rPr>
        <w:t>3. Продължителност: ☐ еднократно   ☐ до един месец   ☐ над един месец</w:t>
      </w:r>
    </w:p>
    <w:p w14:paraId="5FED957D" w14:textId="77777777" w:rsidR="00BC4E80" w:rsidRDefault="00BC4E80">
      <w:pPr>
        <w:spacing w:after="80"/>
        <w:jc w:val="both"/>
      </w:pPr>
      <w:r>
        <w:rPr>
          <w:rFonts w:ascii="Times New Roman" w:hAnsi="Times New Roman" w:cs="Times New Roman" w:eastAsia="Times New Roman"/>
          <w:sz w:val="24"/>
        </w:rPr>
        <w:t>4. Съотношение на силите: ☐ равностойно   ☐ неравностойно</w:t>
      </w:r>
    </w:p>
    <w:p w14:paraId="388CC60F" w14:textId="77777777" w:rsidR="00BC4E80" w:rsidRDefault="00BC4E80">
      <w:pPr>
        <w:spacing w:after="80"/>
      </w:pPr>
      <w:r>
        <w:rPr>
          <w:rFonts w:ascii="Times New Roman" w:hAnsi="Times New Roman" w:cs="Times New Roman" w:eastAsia="Times New Roman"/>
          <w:sz w:val="24"/>
        </w:rPr>
        <w:t>5. Брой участници: извършители ……………………, пострадали ……………………, наблюдатели ……………………</w:t>
      </w:r>
    </w:p>
    <w:p w14:paraId="0B970BA3" w14:textId="77777777" w:rsidR="00BC4E80" w:rsidRDefault="00BC4E80">
      <w:pPr>
        <w:spacing w:after="80"/>
        <w:jc w:val="both"/>
      </w:pPr>
      <w:r>
        <w:rPr>
          <w:rFonts w:ascii="Times New Roman" w:hAnsi="Times New Roman" w:cs="Times New Roman" w:eastAsia="Times New Roman"/>
          <w:sz w:val="24"/>
        </w:rPr>
        <w:t>6. Риск за живота и здравето: ☐ няма   ☐ нисък   ☐ висок</w:t>
      </w:r>
    </w:p>
    <w:p w14:paraId="3CA62C0E" w14:textId="77777777" w:rsidR="00BC4E80" w:rsidRDefault="00BC4E80">
      <w:pPr>
        <w:spacing w:after="80"/>
        <w:jc w:val="both"/>
      </w:pPr>
      <w:r>
        <w:rPr>
          <w:rFonts w:ascii="Times New Roman" w:hAnsi="Times New Roman" w:cs="Times New Roman" w:eastAsia="Times New Roman"/>
          <w:sz w:val="24"/>
        </w:rPr>
        <w:t>7. Ниво на реакция по Механизма: ☐ първо – класен ръководител   ☐ второ – екип   ☐ трето – директор и институции</w:t>
      </w:r>
    </w:p>
    <w:p w14:paraId="4DF4E5A2" w14:textId="77777777" w:rsidR="00BC4E80" w:rsidRDefault="00BC4E80">
      <w:pPr>
        <w:spacing w:after="80"/>
      </w:pPr>
      <w:r>
        <w:rPr>
          <w:rFonts w:ascii="Times New Roman" w:hAnsi="Times New Roman" w:cs="Times New Roman" w:eastAsia="Times New Roman"/>
          <w:sz w:val="24"/>
        </w:rPr>
        <w:t>8. Необходими специалисти: ……………………………………………………………………………</w:t>
      </w:r>
    </w:p>
    <w:p w14:paraId="471A5BCE" w14:textId="77777777" w:rsidR="00BC4E80" w:rsidRDefault="00BC4E80">
      <w:pPr>
        <w:spacing w:after="80"/>
      </w:pPr>
      <w:r>
        <w:rPr>
          <w:rFonts w:ascii="Times New Roman" w:hAnsi="Times New Roman" w:cs="Times New Roman" w:eastAsia="Times New Roman"/>
          <w:sz w:val="24"/>
        </w:rPr>
        <w:t>9. Необходимост от уведомяване на институции: ……………………………………………………</w:t>
      </w:r>
    </w:p>
    <w:p w14:paraId="5940D383" w14:textId="77777777" w:rsidR="00BC4E80" w:rsidRDefault="00BC4E80">
      <w:pPr>
        <w:spacing w:after="80"/>
      </w:pPr>
      <w:r>
        <w:rPr>
          <w:rFonts w:ascii="Times New Roman" w:hAnsi="Times New Roman" w:cs="Times New Roman" w:eastAsia="Times New Roman"/>
          <w:sz w:val="24"/>
        </w:rPr>
        <w:t>10. Заключение и препоръка: ……………………………………………………………………………</w:t>
      </w:r>
    </w:p>
    <w:p w14:paraId="26FF3516" w14:textId="77777777" w:rsidR="00BC4E80" w:rsidRDefault="00BC4E80">
      <w:pPr>
        <w:spacing w:after="80"/>
      </w:pPr>
      <w:r>
        <w:rPr>
          <w:rFonts w:ascii="Times New Roman" w:hAnsi="Times New Roman" w:cs="Times New Roman" w:eastAsia="Times New Roman"/>
          <w:sz w:val="24"/>
        </w:rPr>
        <w:t>………………………………………………………………………………………………………………</w:t>
      </w:r>
    </w:p>
    <w:p w14:paraId="27A4676F" w14:textId="77777777" w:rsidR="00BC4E80" w:rsidRDefault="00BC4E80">
      <w:pPr>
        <w:spacing w:after="80"/>
      </w:pPr>
      <w:r>
        <w:rPr>
          <w:rFonts w:ascii="Times New Roman" w:hAnsi="Times New Roman" w:cs="Times New Roman" w:eastAsia="Times New Roman"/>
          <w:sz w:val="24"/>
        </w:rPr>
        <w:t>………………………………………………………………………………………………………………</w:t>
      </w:r>
    </w:p>
    <w:p w14:paraId="6920CA04" w14:textId="77777777" w:rsidR="00BC4E80" w:rsidRDefault="00BC4E80">
      <w:pPr>
        <w:spacing w:after="200"/>
      </w:pPr>
    </w:p>
    <w:p w14:paraId="29F2DA3D" w14:textId="77777777" w:rsidR="00BC4E80" w:rsidRDefault="00BC4E80">
      <w:pPr>
        <w:tabs>
          <w:tab w:val="left" w:pos="5386"/>
        </w:tabs>
        <w:spacing w:after="160" w:before="2790"/>
      </w:pPr>
      <w:r>
        <w:rPr>
          <w:rFonts w:ascii="Times New Roman" w:hAnsi="Times New Roman" w:cs="Times New Roman" w:eastAsia="Times New Roman"/>
          <w:sz w:val="24"/>
        </w:rPr>
        <w:t>Изготвил: ……………………………………………</w:t>
      </w:r>
      <w:r>
        <w:rPr>
          <w:rFonts w:ascii="Times New Roman" w:hAnsi="Times New Roman" w:cs="Times New Roman" w:eastAsia="Times New Roman"/>
          <w:sz w:val="24"/>
        </w:rPr>
        <w:tab/>
        <w:t>Дата: ………………………………………… г.</w:t>
      </w:r>
    </w:p>
    <w:p w14:paraId="64AB276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50 към Правилника за дейността на училището</w:t>
      </w:r>
    </w:p>
    <w:p w14:paraId="1512B08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F00E94F" wp14:editId="4103698B">
            <wp:extent cx="6483600" cy="117515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90BAB74" w14:textId="77777777" w:rsidR="00BC4E80" w:rsidRDefault="00BC4E80">
      <w:pPr>
        <w:spacing w:before="80" w:after="40"/>
        <w:jc w:val="center"/>
      </w:pPr>
      <w:r>
        <w:rPr>
          <w:rFonts w:ascii="Times New Roman" w:hAnsi="Times New Roman" w:cs="Times New Roman" w:eastAsia="Times New Roman"/>
          <w:b/>
          <w:sz w:val="26"/>
        </w:rPr>
        <w:t>П Л А Н   З А   Р А Б О Т А   С   У Ч Е Н И К</w:t>
      </w:r>
    </w:p>
    <w:p w14:paraId="1FBD2449" w14:textId="77777777" w:rsidR="00BC4E80" w:rsidRDefault="00BC4E80">
      <w:pPr>
        <w:spacing w:after="80"/>
        <w:jc w:val="center"/>
      </w:pPr>
      <w:r>
        <w:rPr>
          <w:rFonts w:ascii="Times New Roman" w:hAnsi="Times New Roman" w:cs="Times New Roman" w:eastAsia="Times New Roman"/>
          <w:b/>
        </w:rPr>
        <w:t>участник в случай на тормоз или насилие</w:t>
      </w:r>
    </w:p>
    <w:p w14:paraId="3625BF44" w14:textId="77777777" w:rsidR="00BC4E80" w:rsidRDefault="00BC4E80">
      <w:pPr>
        <w:spacing w:after="160"/>
        <w:jc w:val="center"/>
      </w:pPr>
      <w:r>
        <w:rPr>
          <w:rFonts w:ascii="Times New Roman" w:hAnsi="Times New Roman" w:cs="Times New Roman" w:eastAsia="Times New Roman"/>
          <w:i/>
          <w:sz w:val="20"/>
        </w:rPr>
        <w:t>чл. 37 и чл. 38 от ПДУ</w:t>
      </w:r>
    </w:p>
    <w:p w14:paraId="612756C3" w14:textId="77777777" w:rsidR="00BC4E80" w:rsidRDefault="00BC4E80">
      <w:pPr>
        <w:spacing w:after="40"/>
      </w:pPr>
      <w:r>
        <w:rPr>
          <w:rFonts w:ascii="Times New Roman" w:hAnsi="Times New Roman" w:cs="Times New Roman" w:eastAsia="Times New Roman"/>
          <w:sz w:val="24"/>
        </w:rPr>
        <w:t>Ученик/ученичка: …………………………………………………………………………………………</w:t>
      </w:r>
    </w:p>
    <w:p w14:paraId="3D38667C" w14:textId="77777777" w:rsidR="00BC4E80" w:rsidRDefault="00BC4E80">
      <w:pPr>
        <w:spacing w:after="40"/>
      </w:pPr>
      <w:r>
        <w:rPr>
          <w:rFonts w:ascii="Times New Roman" w:hAnsi="Times New Roman" w:cs="Times New Roman" w:eastAsia="Times New Roman"/>
          <w:sz w:val="24"/>
        </w:rPr>
        <w:t>Клас: …………………        Специалност: ………………………………………………………………</w:t>
      </w:r>
    </w:p>
    <w:p w14:paraId="37C06F40" w14:textId="77777777" w:rsidR="00BC4E80" w:rsidRDefault="00BC4E80">
      <w:pPr>
        <w:spacing w:after="40"/>
      </w:pPr>
      <w:r>
        <w:rPr>
          <w:rFonts w:ascii="Times New Roman" w:hAnsi="Times New Roman" w:cs="Times New Roman" w:eastAsia="Times New Roman"/>
          <w:sz w:val="24"/>
        </w:rPr>
        <w:t>Роля в случая: ☐ пострадал   ☐ извършител   ☐ наблюдател</w:t>
      </w:r>
    </w:p>
    <w:p w14:paraId="6C78B9AC" w14:textId="77777777" w:rsidR="00BC4E80" w:rsidRDefault="00BC4E80">
      <w:pPr>
        <w:spacing w:after="40"/>
      </w:pPr>
      <w:r>
        <w:rPr>
          <w:rFonts w:ascii="Times New Roman" w:hAnsi="Times New Roman" w:cs="Times New Roman" w:eastAsia="Times New Roman"/>
          <w:sz w:val="24"/>
        </w:rPr>
        <w:t>Период на действие: от ……………………………………… до ………………………………………</w:t>
      </w:r>
    </w:p>
    <w:p w14:paraId="6E77EA00" w14:textId="77777777" w:rsidR="00BC4E80" w:rsidRDefault="00BC4E80">
      <w:pPr>
        <w:spacing w:after="80"/>
      </w:pPr>
    </w:p>
    <w:p w14:paraId="0958FF35" w14:textId="77777777" w:rsidR="00BC4E80" w:rsidRDefault="00BC4E80">
      <w:pPr>
        <w:spacing w:after="80"/>
      </w:pPr>
      <w:r>
        <w:rPr>
          <w:rFonts w:ascii="Times New Roman" w:hAnsi="Times New Roman" w:cs="Times New Roman" w:eastAsia="Times New Roman"/>
          <w:sz w:val="24"/>
        </w:rPr>
        <w:t>Цел на работата: …………………………………………………………………………………………</w:t>
      </w:r>
    </w:p>
    <w:p w14:paraId="36435BD0" w14:textId="77777777" w:rsidR="00BC4E80" w:rsidRDefault="00BC4E80">
      <w:pPr>
        <w:spacing w:after="80"/>
      </w:pPr>
      <w:r>
        <w:rPr>
          <w:rFonts w:ascii="Times New Roman" w:hAnsi="Times New Roman" w:cs="Times New Roman" w:eastAsia="Times New Roman"/>
          <w:sz w:val="24"/>
        </w:rPr>
        <w:t>………………………………………………………………………………………………………………</w:t>
      </w:r>
    </w:p>
    <w:p w14:paraId="5125FFF2" w14:textId="77777777" w:rsidR="00BC4E80" w:rsidRDefault="00BC4E80">
      <w:pPr>
        <w:spacing w:after="200"/>
      </w:pPr>
    </w:p>
    <w:tbl>
      <w:tblPr>
        <w:tblStyle w:val="aff9"/>
        <w:tblW w:w="0" w:type="auto"/>
        <w:tblLook w:val="04A0" w:firstRow="1" w:lastRow="0" w:firstColumn="1" w:lastColumn="0" w:noHBand="0" w:noVBand="1"/>
      </w:tblPr>
      <w:tblGrid>
        <w:gridCol w:w="566"/>
        <w:gridCol w:w="3681"/>
        <w:gridCol w:w="1983"/>
        <w:gridCol w:w="1416"/>
        <w:gridCol w:w="2549"/>
      </w:tblGrid>
      <w:tr w:rsidR="00BC4E80" w14:paraId="7580CC22" w14:textId="77777777">
        <w:tc>
          <w:tcPr>
            <w:tcW w:w="567" w:type="dxa"/>
          </w:tcPr>
          <w:p w14:paraId="39D8C865" w14:textId="77777777" w:rsidR="00BC4E80" w:rsidRDefault="00BC4E80">
            <w:pPr>
              <w:jc w:val="center"/>
            </w:pPr>
            <w:r>
              <w:rPr>
                <w:rFonts w:ascii="Times New Roman" w:hAnsi="Times New Roman" w:cs="Times New Roman" w:eastAsia="Times New Roman"/>
                <w:b/>
                <w:sz w:val="20"/>
              </w:rPr>
              <w:t>№</w:t>
            </w:r>
          </w:p>
        </w:tc>
        <w:tc>
          <w:tcPr>
            <w:tcW w:w="3685" w:type="dxa"/>
          </w:tcPr>
          <w:p w14:paraId="4C8CB098" w14:textId="77777777" w:rsidR="00BC4E80" w:rsidRDefault="00BC4E80">
            <w:pPr>
              <w:jc w:val="center"/>
            </w:pPr>
            <w:r>
              <w:rPr>
                <w:rFonts w:ascii="Times New Roman" w:hAnsi="Times New Roman" w:cs="Times New Roman" w:eastAsia="Times New Roman"/>
                <w:b/>
                <w:sz w:val="20"/>
              </w:rPr>
              <w:t>Дейност</w:t>
            </w:r>
          </w:p>
        </w:tc>
        <w:tc>
          <w:tcPr>
            <w:tcW w:w="1984" w:type="dxa"/>
          </w:tcPr>
          <w:p w14:paraId="4C5F9242" w14:textId="77777777" w:rsidR="00BC4E80" w:rsidRDefault="00BC4E80">
            <w:pPr>
              <w:jc w:val="center"/>
            </w:pPr>
            <w:r>
              <w:rPr>
                <w:rFonts w:ascii="Times New Roman" w:hAnsi="Times New Roman" w:cs="Times New Roman" w:eastAsia="Times New Roman"/>
                <w:b/>
                <w:sz w:val="20"/>
              </w:rPr>
              <w:t>Отговорник</w:t>
            </w:r>
          </w:p>
        </w:tc>
        <w:tc>
          <w:tcPr>
            <w:tcW w:w="1417" w:type="dxa"/>
          </w:tcPr>
          <w:p w14:paraId="097ABC0E" w14:textId="77777777" w:rsidR="00BC4E80" w:rsidRDefault="00BC4E80">
            <w:pPr>
              <w:jc w:val="center"/>
            </w:pPr>
            <w:r>
              <w:rPr>
                <w:rFonts w:ascii="Times New Roman" w:hAnsi="Times New Roman" w:cs="Times New Roman" w:eastAsia="Times New Roman"/>
                <w:b/>
                <w:sz w:val="20"/>
              </w:rPr>
              <w:t>Срок</w:t>
            </w:r>
          </w:p>
        </w:tc>
        <w:tc>
          <w:tcPr>
            <w:tcW w:w="2551" w:type="dxa"/>
          </w:tcPr>
          <w:p w14:paraId="448D22E7" w14:textId="77777777" w:rsidR="00BC4E80" w:rsidRDefault="00BC4E80">
            <w:pPr>
              <w:jc w:val="center"/>
            </w:pPr>
            <w:r>
              <w:rPr>
                <w:rFonts w:ascii="Times New Roman" w:hAnsi="Times New Roman" w:cs="Times New Roman" w:eastAsia="Times New Roman"/>
                <w:b/>
                <w:sz w:val="20"/>
              </w:rPr>
              <w:t>Резултат</w:t>
            </w:r>
          </w:p>
        </w:tc>
      </w:tr>
      <w:tr w:rsidR="00BC4E80" w14:paraId="592BAFF9" w14:textId="77777777">
        <w:tc>
          <w:tcPr>
            <w:tcW w:w="567" w:type="dxa"/>
          </w:tcPr>
          <w:p w14:paraId="69243AD8" w14:textId="77777777" w:rsidR="00BC4E80" w:rsidRDefault="00BC4E80">
            <w:pPr>
              <w:spacing w:after="60"/>
            </w:pPr>
          </w:p>
        </w:tc>
        <w:tc>
          <w:tcPr>
            <w:tcW w:w="3685" w:type="dxa"/>
          </w:tcPr>
          <w:p w14:paraId="2DF27279" w14:textId="77777777" w:rsidR="00BC4E80" w:rsidRDefault="00BC4E80">
            <w:pPr>
              <w:spacing w:after="60"/>
            </w:pPr>
          </w:p>
        </w:tc>
        <w:tc>
          <w:tcPr>
            <w:tcW w:w="1984" w:type="dxa"/>
          </w:tcPr>
          <w:p w14:paraId="491E450D" w14:textId="77777777" w:rsidR="00BC4E80" w:rsidRDefault="00BC4E80">
            <w:pPr>
              <w:spacing w:after="60"/>
            </w:pPr>
          </w:p>
        </w:tc>
        <w:tc>
          <w:tcPr>
            <w:tcW w:w="1417" w:type="dxa"/>
          </w:tcPr>
          <w:p w14:paraId="294BED4C" w14:textId="77777777" w:rsidR="00BC4E80" w:rsidRDefault="00BC4E80">
            <w:pPr>
              <w:spacing w:after="60"/>
            </w:pPr>
          </w:p>
        </w:tc>
        <w:tc>
          <w:tcPr>
            <w:tcW w:w="2551" w:type="dxa"/>
          </w:tcPr>
          <w:p w14:paraId="60DB53D3" w14:textId="77777777" w:rsidR="00BC4E80" w:rsidRDefault="00BC4E80">
            <w:pPr>
              <w:spacing w:after="60"/>
            </w:pPr>
          </w:p>
        </w:tc>
      </w:tr>
      <w:tr w:rsidR="00BC4E80" w14:paraId="60436DBB" w14:textId="77777777">
        <w:tc>
          <w:tcPr>
            <w:tcW w:w="567" w:type="dxa"/>
          </w:tcPr>
          <w:p w14:paraId="7C0AD9FE" w14:textId="77777777" w:rsidR="00BC4E80" w:rsidRDefault="00BC4E80">
            <w:pPr>
              <w:spacing w:after="60"/>
            </w:pPr>
          </w:p>
        </w:tc>
        <w:tc>
          <w:tcPr>
            <w:tcW w:w="3685" w:type="dxa"/>
          </w:tcPr>
          <w:p w14:paraId="4759CCC0" w14:textId="77777777" w:rsidR="00BC4E80" w:rsidRDefault="00BC4E80">
            <w:pPr>
              <w:spacing w:after="60"/>
            </w:pPr>
          </w:p>
        </w:tc>
        <w:tc>
          <w:tcPr>
            <w:tcW w:w="1984" w:type="dxa"/>
          </w:tcPr>
          <w:p w14:paraId="5B10B5BE" w14:textId="77777777" w:rsidR="00BC4E80" w:rsidRDefault="00BC4E80">
            <w:pPr>
              <w:spacing w:after="60"/>
            </w:pPr>
          </w:p>
        </w:tc>
        <w:tc>
          <w:tcPr>
            <w:tcW w:w="1417" w:type="dxa"/>
          </w:tcPr>
          <w:p w14:paraId="2B192B9E" w14:textId="77777777" w:rsidR="00BC4E80" w:rsidRDefault="00BC4E80">
            <w:pPr>
              <w:spacing w:after="60"/>
            </w:pPr>
          </w:p>
        </w:tc>
        <w:tc>
          <w:tcPr>
            <w:tcW w:w="2551" w:type="dxa"/>
          </w:tcPr>
          <w:p w14:paraId="7FAB0DF5" w14:textId="77777777" w:rsidR="00BC4E80" w:rsidRDefault="00BC4E80">
            <w:pPr>
              <w:spacing w:after="60"/>
            </w:pPr>
          </w:p>
        </w:tc>
      </w:tr>
      <w:tr w:rsidR="00BC4E80" w14:paraId="183CCE24" w14:textId="77777777">
        <w:tc>
          <w:tcPr>
            <w:tcW w:w="567" w:type="dxa"/>
          </w:tcPr>
          <w:p w14:paraId="15D59759" w14:textId="77777777" w:rsidR="00BC4E80" w:rsidRDefault="00BC4E80">
            <w:pPr>
              <w:spacing w:after="60"/>
            </w:pPr>
          </w:p>
        </w:tc>
        <w:tc>
          <w:tcPr>
            <w:tcW w:w="3685" w:type="dxa"/>
          </w:tcPr>
          <w:p w14:paraId="3E1BE0D6" w14:textId="77777777" w:rsidR="00BC4E80" w:rsidRDefault="00BC4E80">
            <w:pPr>
              <w:spacing w:after="60"/>
            </w:pPr>
          </w:p>
        </w:tc>
        <w:tc>
          <w:tcPr>
            <w:tcW w:w="1984" w:type="dxa"/>
          </w:tcPr>
          <w:p w14:paraId="4E8D51BA" w14:textId="77777777" w:rsidR="00BC4E80" w:rsidRDefault="00BC4E80">
            <w:pPr>
              <w:spacing w:after="60"/>
            </w:pPr>
          </w:p>
        </w:tc>
        <w:tc>
          <w:tcPr>
            <w:tcW w:w="1417" w:type="dxa"/>
          </w:tcPr>
          <w:p w14:paraId="1E851A33" w14:textId="77777777" w:rsidR="00BC4E80" w:rsidRDefault="00BC4E80">
            <w:pPr>
              <w:spacing w:after="60"/>
            </w:pPr>
          </w:p>
        </w:tc>
        <w:tc>
          <w:tcPr>
            <w:tcW w:w="2551" w:type="dxa"/>
          </w:tcPr>
          <w:p w14:paraId="734AD0E5" w14:textId="77777777" w:rsidR="00BC4E80" w:rsidRDefault="00BC4E80">
            <w:pPr>
              <w:spacing w:after="60"/>
            </w:pPr>
          </w:p>
        </w:tc>
      </w:tr>
      <w:tr w:rsidR="00BC4E80" w14:paraId="1DF61960" w14:textId="77777777">
        <w:tc>
          <w:tcPr>
            <w:tcW w:w="567" w:type="dxa"/>
          </w:tcPr>
          <w:p w14:paraId="6FBCF2BF" w14:textId="77777777" w:rsidR="00BC4E80" w:rsidRDefault="00BC4E80">
            <w:pPr>
              <w:spacing w:after="60"/>
            </w:pPr>
          </w:p>
        </w:tc>
        <w:tc>
          <w:tcPr>
            <w:tcW w:w="3685" w:type="dxa"/>
          </w:tcPr>
          <w:p w14:paraId="3EB98804" w14:textId="77777777" w:rsidR="00BC4E80" w:rsidRDefault="00BC4E80">
            <w:pPr>
              <w:spacing w:after="60"/>
            </w:pPr>
          </w:p>
        </w:tc>
        <w:tc>
          <w:tcPr>
            <w:tcW w:w="1984" w:type="dxa"/>
          </w:tcPr>
          <w:p w14:paraId="6EA3DA64" w14:textId="77777777" w:rsidR="00BC4E80" w:rsidRDefault="00BC4E80">
            <w:pPr>
              <w:spacing w:after="60"/>
            </w:pPr>
          </w:p>
        </w:tc>
        <w:tc>
          <w:tcPr>
            <w:tcW w:w="1417" w:type="dxa"/>
          </w:tcPr>
          <w:p w14:paraId="1EFE1F79" w14:textId="77777777" w:rsidR="00BC4E80" w:rsidRDefault="00BC4E80">
            <w:pPr>
              <w:spacing w:after="60"/>
            </w:pPr>
          </w:p>
        </w:tc>
        <w:tc>
          <w:tcPr>
            <w:tcW w:w="2551" w:type="dxa"/>
          </w:tcPr>
          <w:p w14:paraId="160A233A" w14:textId="77777777" w:rsidR="00BC4E80" w:rsidRDefault="00BC4E80">
            <w:pPr>
              <w:spacing w:after="60"/>
            </w:pPr>
          </w:p>
        </w:tc>
      </w:tr>
      <w:tr w:rsidR="00BC4E80" w14:paraId="7D9FB46F" w14:textId="77777777">
        <w:tc>
          <w:tcPr>
            <w:tcW w:w="567" w:type="dxa"/>
          </w:tcPr>
          <w:p w14:paraId="05383F49" w14:textId="77777777" w:rsidR="00BC4E80" w:rsidRDefault="00BC4E80">
            <w:pPr>
              <w:spacing w:after="60"/>
            </w:pPr>
          </w:p>
        </w:tc>
        <w:tc>
          <w:tcPr>
            <w:tcW w:w="3685" w:type="dxa"/>
          </w:tcPr>
          <w:p w14:paraId="59E08AF7" w14:textId="77777777" w:rsidR="00BC4E80" w:rsidRDefault="00BC4E80">
            <w:pPr>
              <w:spacing w:after="60"/>
            </w:pPr>
          </w:p>
        </w:tc>
        <w:tc>
          <w:tcPr>
            <w:tcW w:w="1984" w:type="dxa"/>
          </w:tcPr>
          <w:p w14:paraId="16400F75" w14:textId="77777777" w:rsidR="00BC4E80" w:rsidRDefault="00BC4E80">
            <w:pPr>
              <w:spacing w:after="60"/>
            </w:pPr>
          </w:p>
        </w:tc>
        <w:tc>
          <w:tcPr>
            <w:tcW w:w="1417" w:type="dxa"/>
          </w:tcPr>
          <w:p w14:paraId="329DBA4C" w14:textId="77777777" w:rsidR="00BC4E80" w:rsidRDefault="00BC4E80">
            <w:pPr>
              <w:spacing w:after="60"/>
            </w:pPr>
          </w:p>
        </w:tc>
        <w:tc>
          <w:tcPr>
            <w:tcW w:w="2551" w:type="dxa"/>
          </w:tcPr>
          <w:p w14:paraId="6800B153" w14:textId="77777777" w:rsidR="00BC4E80" w:rsidRDefault="00BC4E80">
            <w:pPr>
              <w:spacing w:after="60"/>
            </w:pPr>
          </w:p>
        </w:tc>
      </w:tr>
      <w:tr w:rsidR="00BC4E80" w14:paraId="71D54B52" w14:textId="77777777">
        <w:tc>
          <w:tcPr>
            <w:tcW w:w="567" w:type="dxa"/>
          </w:tcPr>
          <w:p w14:paraId="72DA0D1E" w14:textId="77777777" w:rsidR="00BC4E80" w:rsidRDefault="00BC4E80">
            <w:pPr>
              <w:spacing w:after="60"/>
            </w:pPr>
          </w:p>
        </w:tc>
        <w:tc>
          <w:tcPr>
            <w:tcW w:w="3685" w:type="dxa"/>
          </w:tcPr>
          <w:p w14:paraId="32362F69" w14:textId="77777777" w:rsidR="00BC4E80" w:rsidRDefault="00BC4E80">
            <w:pPr>
              <w:spacing w:after="60"/>
            </w:pPr>
          </w:p>
        </w:tc>
        <w:tc>
          <w:tcPr>
            <w:tcW w:w="1984" w:type="dxa"/>
          </w:tcPr>
          <w:p w14:paraId="63C59E31" w14:textId="77777777" w:rsidR="00BC4E80" w:rsidRDefault="00BC4E80">
            <w:pPr>
              <w:spacing w:after="60"/>
            </w:pPr>
          </w:p>
        </w:tc>
        <w:tc>
          <w:tcPr>
            <w:tcW w:w="1417" w:type="dxa"/>
          </w:tcPr>
          <w:p w14:paraId="2F52AFD8" w14:textId="77777777" w:rsidR="00BC4E80" w:rsidRDefault="00BC4E80">
            <w:pPr>
              <w:spacing w:after="60"/>
            </w:pPr>
          </w:p>
        </w:tc>
        <w:tc>
          <w:tcPr>
            <w:tcW w:w="2551" w:type="dxa"/>
          </w:tcPr>
          <w:p w14:paraId="1230B67B" w14:textId="77777777" w:rsidR="00BC4E80" w:rsidRDefault="00BC4E80">
            <w:pPr>
              <w:spacing w:after="60"/>
            </w:pPr>
          </w:p>
        </w:tc>
      </w:tr>
      <w:tr w:rsidR="00BC4E80" w14:paraId="3A8116D9" w14:textId="77777777">
        <w:tc>
          <w:tcPr>
            <w:tcW w:w="567" w:type="dxa"/>
          </w:tcPr>
          <w:p w14:paraId="1EB7834D" w14:textId="77777777" w:rsidR="00BC4E80" w:rsidRDefault="00BC4E80">
            <w:pPr>
              <w:spacing w:after="60"/>
            </w:pPr>
          </w:p>
        </w:tc>
        <w:tc>
          <w:tcPr>
            <w:tcW w:w="3685" w:type="dxa"/>
          </w:tcPr>
          <w:p w14:paraId="0134D3DA" w14:textId="77777777" w:rsidR="00BC4E80" w:rsidRDefault="00BC4E80">
            <w:pPr>
              <w:spacing w:after="60"/>
            </w:pPr>
          </w:p>
        </w:tc>
        <w:tc>
          <w:tcPr>
            <w:tcW w:w="1984" w:type="dxa"/>
          </w:tcPr>
          <w:p w14:paraId="62B0127B" w14:textId="77777777" w:rsidR="00BC4E80" w:rsidRDefault="00BC4E80">
            <w:pPr>
              <w:spacing w:after="60"/>
            </w:pPr>
          </w:p>
        </w:tc>
        <w:tc>
          <w:tcPr>
            <w:tcW w:w="1417" w:type="dxa"/>
          </w:tcPr>
          <w:p w14:paraId="17C1F30C" w14:textId="77777777" w:rsidR="00BC4E80" w:rsidRDefault="00BC4E80">
            <w:pPr>
              <w:spacing w:after="60"/>
            </w:pPr>
          </w:p>
        </w:tc>
        <w:tc>
          <w:tcPr>
            <w:tcW w:w="2551" w:type="dxa"/>
          </w:tcPr>
          <w:p w14:paraId="0695C3B1" w14:textId="77777777" w:rsidR="00BC4E80" w:rsidRDefault="00BC4E80">
            <w:pPr>
              <w:spacing w:after="60"/>
            </w:pPr>
          </w:p>
        </w:tc>
      </w:tr>
    </w:tbl>
    <w:p w14:paraId="0556497E" w14:textId="77777777" w:rsidR="00BC4E80" w:rsidRDefault="00BC4E80">
      <w:pPr>
        <w:tabs>
          <w:tab w:val="left" w:pos="5386"/>
        </w:tabs>
        <w:spacing w:after="160" w:before="3402"/>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t>Класен ръководител: …………………………</w:t>
      </w:r>
    </w:p>
    <w:p w14:paraId="5A4E2543" w14:textId="77777777" w:rsidR="00BC4E80" w:rsidRDefault="00BC4E80">
      <w:pPr>
        <w:tabs>
          <w:tab w:val="left" w:pos="5386"/>
        </w:tabs>
        <w:spacing w:after="160"/>
      </w:pPr>
      <w:r>
        <w:rPr>
          <w:rFonts w:ascii="Times New Roman" w:hAnsi="Times New Roman" w:cs="Times New Roman" w:eastAsia="Times New Roman"/>
          <w:sz w:val="24"/>
        </w:rPr>
        <w:t>Родител: ……………………………………………</w:t>
      </w:r>
      <w:r>
        <w:rPr>
          <w:rFonts w:ascii="Times New Roman" w:hAnsi="Times New Roman" w:cs="Times New Roman" w:eastAsia="Times New Roman"/>
          <w:sz w:val="24"/>
        </w:rPr>
        <w:tab/>
        <w:t>Директор: ………………………………………</w:t>
      </w:r>
    </w:p>
    <w:p w14:paraId="02F867E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51 към Правилника за дейността на училището</w:t>
      </w:r>
    </w:p>
    <w:p w14:paraId="0EB7370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AF4DE46" wp14:editId="5F000908">
            <wp:extent cx="6483600" cy="117515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5C7CCA9" w14:textId="77777777" w:rsidR="00BC4E80" w:rsidRDefault="00BC4E80">
      <w:r>
        <w:rPr>
          <w:rFonts w:ascii="Times New Roman" w:hAnsi="Times New Roman" w:cs="Times New Roman" w:eastAsia="Times New Roman"/>
          <w:b/>
          <w:sz w:val="24"/>
        </w:rPr>
        <w:t>ДО</w:t>
      </w:r>
    </w:p>
    <w:p w14:paraId="7D033F31" w14:textId="77777777" w:rsidR="00BC4E80" w:rsidRDefault="00BC4E80">
      <w:r>
        <w:rPr>
          <w:rFonts w:ascii="Times New Roman" w:hAnsi="Times New Roman" w:cs="Times New Roman" w:eastAsia="Times New Roman"/>
          <w:b/>
          <w:sz w:val="24"/>
        </w:rPr>
        <w:t>ДИРЕКТОРА</w:t>
      </w:r>
    </w:p>
    <w:p w14:paraId="009C25CD" w14:textId="77777777" w:rsidR="00BC4E80" w:rsidRDefault="00BC4E80">
      <w:r>
        <w:rPr>
          <w:rFonts w:ascii="Times New Roman" w:hAnsi="Times New Roman" w:cs="Times New Roman" w:eastAsia="Times New Roman"/>
          <w:b/>
          <w:sz w:val="24"/>
        </w:rPr>
        <w:t>НА ПГМКР „СВЕТИ НИКОЛА“</w:t>
      </w:r>
    </w:p>
    <w:p w14:paraId="0162EBA3" w14:textId="77777777" w:rsidR="00BC4E80" w:rsidRDefault="00BC4E80">
      <w:r>
        <w:rPr>
          <w:rFonts w:ascii="Times New Roman" w:hAnsi="Times New Roman" w:cs="Times New Roman" w:eastAsia="Times New Roman"/>
          <w:b/>
          <w:sz w:val="24"/>
        </w:rPr>
        <w:t>ГР. БУРГАС</w:t>
      </w:r>
    </w:p>
    <w:p w14:paraId="4AF68E9A" w14:textId="77777777" w:rsidR="00BC4E80" w:rsidRDefault="00BC4E80">
      <w:pPr>
        <w:spacing w:after="160"/>
      </w:pPr>
    </w:p>
    <w:p w14:paraId="6FC98CBC" w14:textId="77777777" w:rsidR="00BC4E80" w:rsidRDefault="00BC4E80">
      <w:pPr>
        <w:spacing w:before="80" w:after="40"/>
        <w:jc w:val="center"/>
      </w:pPr>
      <w:r>
        <w:rPr>
          <w:rFonts w:ascii="Times New Roman" w:hAnsi="Times New Roman" w:cs="Times New Roman" w:eastAsia="Times New Roman"/>
          <w:b/>
          <w:sz w:val="26"/>
        </w:rPr>
        <w:t>Д О К Л А Д</w:t>
      </w:r>
    </w:p>
    <w:p w14:paraId="2228F146" w14:textId="77777777" w:rsidR="00BC4E80" w:rsidRDefault="00BC4E80">
      <w:pPr>
        <w:spacing w:after="80"/>
        <w:jc w:val="center"/>
      </w:pPr>
      <w:r>
        <w:rPr>
          <w:rFonts w:ascii="Times New Roman" w:hAnsi="Times New Roman" w:cs="Times New Roman" w:eastAsia="Times New Roman"/>
          <w:b/>
        </w:rPr>
        <w:t>за предприетите мерки по случай на тормоз или насилие</w:t>
      </w:r>
    </w:p>
    <w:p w14:paraId="17BCD057" w14:textId="77777777" w:rsidR="00BC4E80" w:rsidRDefault="00BC4E80">
      <w:pPr>
        <w:spacing w:after="160"/>
        <w:jc w:val="center"/>
      </w:pPr>
      <w:r>
        <w:rPr>
          <w:rFonts w:ascii="Times New Roman" w:hAnsi="Times New Roman" w:cs="Times New Roman" w:eastAsia="Times New Roman"/>
          <w:i/>
          <w:sz w:val="20"/>
        </w:rPr>
        <w:t>чл. 37 от ПДУ; Механизъм за противодействие на училищния тормоз</w:t>
      </w:r>
    </w:p>
    <w:p w14:paraId="41915F24" w14:textId="77777777" w:rsidR="00BC4E80" w:rsidRDefault="00BC4E80">
      <w:pPr>
        <w:spacing w:after="40"/>
      </w:pPr>
      <w:r>
        <w:rPr>
          <w:rFonts w:ascii="Times New Roman" w:hAnsi="Times New Roman" w:cs="Times New Roman" w:eastAsia="Times New Roman"/>
          <w:sz w:val="24"/>
        </w:rPr>
        <w:t>от …………………………………………………………………… – …………………………………</w:t>
      </w:r>
    </w:p>
    <w:p w14:paraId="00FBB123" w14:textId="77777777" w:rsidR="00BC4E80" w:rsidRDefault="00BC4E80">
      <w:pPr>
        <w:spacing w:after="40"/>
      </w:pPr>
      <w:r>
        <w:rPr>
          <w:rFonts w:ascii="Times New Roman" w:hAnsi="Times New Roman" w:cs="Times New Roman" w:eastAsia="Times New Roman"/>
          <w:sz w:val="24"/>
        </w:rPr>
        <w:t>по Протокол № ………………………………… / …………………………………………………… г.</w:t>
      </w:r>
    </w:p>
    <w:p w14:paraId="52C74303" w14:textId="77777777" w:rsidR="00BC4E80" w:rsidRDefault="00BC4E80">
      <w:pPr>
        <w:spacing w:after="80"/>
      </w:pPr>
    </w:p>
    <w:p w14:paraId="4162A5E1"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0827B3D" w14:textId="77777777" w:rsidR="00BC4E80" w:rsidRDefault="00BC4E80">
      <w:pPr>
        <w:spacing w:after="80"/>
      </w:pPr>
      <w:r>
        <w:rPr>
          <w:rFonts w:ascii="Times New Roman" w:hAnsi="Times New Roman" w:cs="Times New Roman" w:eastAsia="Times New Roman"/>
          <w:sz w:val="24"/>
        </w:rPr>
        <w:t>Кратко описание на случая: ……………………………………………………………………………</w:t>
      </w:r>
    </w:p>
    <w:p w14:paraId="28BE861D" w14:textId="77777777" w:rsidR="00BC4E80" w:rsidRDefault="00BC4E80">
      <w:pPr>
        <w:spacing w:after="80"/>
      </w:pPr>
      <w:r>
        <w:rPr>
          <w:rFonts w:ascii="Times New Roman" w:hAnsi="Times New Roman" w:cs="Times New Roman" w:eastAsia="Times New Roman"/>
          <w:sz w:val="24"/>
        </w:rPr>
        <w:t>………………………………………………………………………………………………………………</w:t>
      </w:r>
    </w:p>
    <w:p w14:paraId="302BCDCB" w14:textId="77777777" w:rsidR="00BC4E80" w:rsidRDefault="00BC4E80">
      <w:pPr>
        <w:spacing w:after="80"/>
        <w:jc w:val="both"/>
      </w:pPr>
      <w:r>
        <w:rPr>
          <w:rFonts w:ascii="Times New Roman" w:hAnsi="Times New Roman" w:cs="Times New Roman" w:eastAsia="Times New Roman"/>
          <w:sz w:val="24"/>
        </w:rPr>
        <w:t>Предприети мерки:</w:t>
      </w:r>
    </w:p>
    <w:p w14:paraId="1B82C020" w14:textId="77777777" w:rsidR="00BC4E80" w:rsidRDefault="00BC4E80">
      <w:pPr>
        <w:spacing w:after="80"/>
      </w:pPr>
      <w:r>
        <w:rPr>
          <w:rFonts w:ascii="Times New Roman" w:hAnsi="Times New Roman" w:cs="Times New Roman" w:eastAsia="Times New Roman"/>
          <w:sz w:val="24"/>
        </w:rPr>
        <w:t>1. ……………………………………………………………………………………………………………</w:t>
      </w:r>
    </w:p>
    <w:p w14:paraId="02113F84" w14:textId="77777777" w:rsidR="00BC4E80" w:rsidRDefault="00BC4E80">
      <w:pPr>
        <w:spacing w:after="80"/>
      </w:pPr>
      <w:r>
        <w:rPr>
          <w:rFonts w:ascii="Times New Roman" w:hAnsi="Times New Roman" w:cs="Times New Roman" w:eastAsia="Times New Roman"/>
          <w:sz w:val="24"/>
        </w:rPr>
        <w:t>2. ……………………………………………………………………………………………………………</w:t>
      </w:r>
    </w:p>
    <w:p w14:paraId="6ABE6967" w14:textId="77777777" w:rsidR="00BC4E80" w:rsidRDefault="00BC4E80">
      <w:pPr>
        <w:spacing w:after="80"/>
      </w:pPr>
      <w:r>
        <w:rPr>
          <w:rFonts w:ascii="Times New Roman" w:hAnsi="Times New Roman" w:cs="Times New Roman" w:eastAsia="Times New Roman"/>
          <w:sz w:val="24"/>
        </w:rPr>
        <w:t>3. ……………………………………………………………………………………………………………</w:t>
      </w:r>
    </w:p>
    <w:p w14:paraId="25DE90B1" w14:textId="77777777" w:rsidR="00BC4E80" w:rsidRDefault="00BC4E80">
      <w:pPr>
        <w:spacing w:after="80"/>
      </w:pPr>
      <w:r>
        <w:rPr>
          <w:rFonts w:ascii="Times New Roman" w:hAnsi="Times New Roman" w:cs="Times New Roman" w:eastAsia="Times New Roman"/>
          <w:sz w:val="24"/>
        </w:rPr>
        <w:t>Работа с пострадалия ученик: ……………………………………………………………………………</w:t>
      </w:r>
    </w:p>
    <w:p w14:paraId="66619730" w14:textId="77777777" w:rsidR="00BC4E80" w:rsidRDefault="00BC4E80">
      <w:pPr>
        <w:spacing w:after="80"/>
      </w:pPr>
      <w:r>
        <w:rPr>
          <w:rFonts w:ascii="Times New Roman" w:hAnsi="Times New Roman" w:cs="Times New Roman" w:eastAsia="Times New Roman"/>
          <w:sz w:val="24"/>
        </w:rPr>
        <w:t>………………………………………………………………………………………………………………</w:t>
      </w:r>
    </w:p>
    <w:p w14:paraId="48F1F1D1" w14:textId="77777777" w:rsidR="00BC4E80" w:rsidRDefault="00BC4E80">
      <w:pPr>
        <w:spacing w:after="80"/>
      </w:pPr>
      <w:r>
        <w:rPr>
          <w:rFonts w:ascii="Times New Roman" w:hAnsi="Times New Roman" w:cs="Times New Roman" w:eastAsia="Times New Roman"/>
          <w:sz w:val="24"/>
        </w:rPr>
        <w:t>Работа с ученика-извършител: …………………………………………………………………………</w:t>
      </w:r>
    </w:p>
    <w:p w14:paraId="04D6AF8D" w14:textId="77777777" w:rsidR="00BC4E80" w:rsidRDefault="00BC4E80">
      <w:pPr>
        <w:spacing w:after="80"/>
      </w:pPr>
      <w:r>
        <w:rPr>
          <w:rFonts w:ascii="Times New Roman" w:hAnsi="Times New Roman" w:cs="Times New Roman" w:eastAsia="Times New Roman"/>
          <w:sz w:val="24"/>
        </w:rPr>
        <w:t>………………………………………………………………………………………………………………</w:t>
      </w:r>
    </w:p>
    <w:p w14:paraId="3B1978C8" w14:textId="77777777" w:rsidR="00BC4E80" w:rsidRDefault="00BC4E80">
      <w:pPr>
        <w:spacing w:after="80"/>
      </w:pPr>
      <w:r>
        <w:rPr>
          <w:rFonts w:ascii="Times New Roman" w:hAnsi="Times New Roman" w:cs="Times New Roman" w:eastAsia="Times New Roman"/>
          <w:sz w:val="24"/>
        </w:rPr>
        <w:t>Работа с паралелката: ……………………………………………………………………………………</w:t>
      </w:r>
    </w:p>
    <w:p w14:paraId="5B3B7236" w14:textId="77777777" w:rsidR="00BC4E80" w:rsidRDefault="00BC4E80">
      <w:pPr>
        <w:spacing w:after="80"/>
      </w:pPr>
      <w:r>
        <w:rPr>
          <w:rFonts w:ascii="Times New Roman" w:hAnsi="Times New Roman" w:cs="Times New Roman" w:eastAsia="Times New Roman"/>
          <w:sz w:val="24"/>
        </w:rPr>
        <w:t>Взаимодействие с родителите: …………………………………………………………………………</w:t>
      </w:r>
    </w:p>
    <w:p w14:paraId="12996E7E" w14:textId="77777777" w:rsidR="00BC4E80" w:rsidRDefault="00BC4E80">
      <w:pPr>
        <w:spacing w:after="80"/>
      </w:pPr>
      <w:r>
        <w:rPr>
          <w:rFonts w:ascii="Times New Roman" w:hAnsi="Times New Roman" w:cs="Times New Roman" w:eastAsia="Times New Roman"/>
          <w:sz w:val="24"/>
        </w:rPr>
        <w:t>Наложени санкции и мерки по чл. 199 от ЗПУО: ………………………………………………………</w:t>
      </w:r>
    </w:p>
    <w:p w14:paraId="23308854" w14:textId="77777777" w:rsidR="00BC4E80" w:rsidRDefault="00BC4E80">
      <w:pPr>
        <w:spacing w:after="80"/>
      </w:pPr>
      <w:r>
        <w:rPr>
          <w:rFonts w:ascii="Times New Roman" w:hAnsi="Times New Roman" w:cs="Times New Roman" w:eastAsia="Times New Roman"/>
          <w:sz w:val="24"/>
        </w:rPr>
        <w:t>Резултат и оценка на ефективността: ……………………………………………………………………</w:t>
      </w:r>
    </w:p>
    <w:p w14:paraId="17EACCF8" w14:textId="77777777" w:rsidR="00BC4E80" w:rsidRDefault="00BC4E80">
      <w:pPr>
        <w:spacing w:after="80"/>
      </w:pPr>
      <w:r>
        <w:rPr>
          <w:rFonts w:ascii="Times New Roman" w:hAnsi="Times New Roman" w:cs="Times New Roman" w:eastAsia="Times New Roman"/>
          <w:sz w:val="24"/>
        </w:rPr>
        <w:t>………………………………………………………………………………………………………………</w:t>
      </w:r>
    </w:p>
    <w:p w14:paraId="25C60064" w14:textId="77777777" w:rsidR="00BC4E80" w:rsidRDefault="00BC4E80">
      <w:pPr>
        <w:spacing w:after="80"/>
      </w:pPr>
      <w:r>
        <w:rPr>
          <w:rFonts w:ascii="Times New Roman" w:hAnsi="Times New Roman" w:cs="Times New Roman" w:eastAsia="Times New Roman"/>
          <w:sz w:val="24"/>
        </w:rPr>
        <w:t>Необходимост от последващо проследяване: ☐ не   ☐ да – срок ……………………………………</w:t>
      </w:r>
    </w:p>
    <w:p w14:paraId="3809BBF1" w14:textId="77777777" w:rsidR="00BC4E80" w:rsidRDefault="00BC4E80">
      <w:pPr>
        <w:spacing w:after="200"/>
      </w:pPr>
    </w:p>
    <w:p w14:paraId="687BEE8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Изготвил: ………………………………………</w:t>
      </w:r>
    </w:p>
    <w:p w14:paraId="757BADE7"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52 към Правилника за дейността на училището</w:t>
      </w:r>
    </w:p>
    <w:p w14:paraId="24CB5B79"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F675D70" wp14:editId="5B7849E2">
            <wp:extent cx="6483600" cy="117515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88101CE" w14:textId="77777777" w:rsidR="00BC4E80" w:rsidRDefault="00BC4E80">
      <w:r>
        <w:rPr>
          <w:rFonts w:ascii="Times New Roman" w:hAnsi="Times New Roman" w:cs="Times New Roman" w:eastAsia="Times New Roman"/>
          <w:b/>
          <w:sz w:val="24"/>
        </w:rPr>
        <w:t>ДО</w:t>
      </w:r>
    </w:p>
    <w:p w14:paraId="782F154C" w14:textId="77777777" w:rsidR="00BC4E80" w:rsidRDefault="00BC4E80">
      <w:r>
        <w:rPr>
          <w:rFonts w:ascii="Times New Roman" w:hAnsi="Times New Roman" w:cs="Times New Roman" w:eastAsia="Times New Roman"/>
          <w:b/>
          <w:sz w:val="24"/>
        </w:rPr>
        <w:t>ДИРЕКТОРА</w:t>
      </w:r>
    </w:p>
    <w:p w14:paraId="4151002B" w14:textId="77777777" w:rsidR="00BC4E80" w:rsidRDefault="00BC4E80">
      <w:r>
        <w:rPr>
          <w:rFonts w:ascii="Times New Roman" w:hAnsi="Times New Roman" w:cs="Times New Roman" w:eastAsia="Times New Roman"/>
          <w:b/>
          <w:sz w:val="24"/>
        </w:rPr>
        <w:t>НА ПГМКР „СВЕТИ НИКОЛА“</w:t>
      </w:r>
    </w:p>
    <w:p w14:paraId="5B803953" w14:textId="77777777" w:rsidR="00BC4E80" w:rsidRDefault="00BC4E80">
      <w:r>
        <w:rPr>
          <w:rFonts w:ascii="Times New Roman" w:hAnsi="Times New Roman" w:cs="Times New Roman" w:eastAsia="Times New Roman"/>
          <w:b/>
          <w:sz w:val="24"/>
        </w:rPr>
        <w:t>ГР. БУРГАС</w:t>
      </w:r>
    </w:p>
    <w:p w14:paraId="61241ED6" w14:textId="77777777" w:rsidR="00BC4E80" w:rsidRDefault="00BC4E80">
      <w:pPr>
        <w:spacing w:after="160"/>
      </w:pPr>
    </w:p>
    <w:p w14:paraId="41BFD0FB" w14:textId="77777777" w:rsidR="00BC4E80" w:rsidRDefault="00BC4E80">
      <w:pPr>
        <w:spacing w:before="80" w:after="40"/>
        <w:jc w:val="center"/>
      </w:pPr>
      <w:r>
        <w:rPr>
          <w:rFonts w:ascii="Times New Roman" w:hAnsi="Times New Roman" w:cs="Times New Roman" w:eastAsia="Times New Roman"/>
          <w:b/>
          <w:sz w:val="26"/>
        </w:rPr>
        <w:t>Д О К Л А Д</w:t>
      </w:r>
    </w:p>
    <w:p w14:paraId="76C113D5" w14:textId="77777777" w:rsidR="00BC4E80" w:rsidRDefault="00BC4E80">
      <w:pPr>
        <w:spacing w:after="80"/>
        <w:jc w:val="center"/>
      </w:pPr>
      <w:r>
        <w:rPr>
          <w:rFonts w:ascii="Times New Roman" w:hAnsi="Times New Roman" w:cs="Times New Roman" w:eastAsia="Times New Roman"/>
          <w:b/>
        </w:rPr>
        <w:t>за инцидент с ученик, свързан с безопасността</w:t>
      </w:r>
    </w:p>
    <w:p w14:paraId="6822CCBC" w14:textId="77777777" w:rsidR="00BC4E80" w:rsidRDefault="00BC4E80">
      <w:pPr>
        <w:spacing w:after="160"/>
        <w:jc w:val="center"/>
      </w:pPr>
      <w:r>
        <w:rPr>
          <w:rFonts w:ascii="Times New Roman" w:hAnsi="Times New Roman" w:cs="Times New Roman" w:eastAsia="Times New Roman"/>
          <w:i/>
          <w:sz w:val="20"/>
        </w:rPr>
        <w:t>чл. 24, т. 27 от ПДУ; Наредба № РД-07-2 от 16.12.2009 г.; Правилник за осигуряване на безопасни условия на възпитание, обучение и труд</w:t>
      </w:r>
    </w:p>
    <w:p w14:paraId="1A1539F7" w14:textId="77777777" w:rsidR="00BC4E80" w:rsidRDefault="00BC4E80">
      <w:pPr>
        <w:spacing w:after="40"/>
      </w:pPr>
      <w:r>
        <w:rPr>
          <w:rFonts w:ascii="Times New Roman" w:hAnsi="Times New Roman" w:cs="Times New Roman" w:eastAsia="Times New Roman"/>
          <w:sz w:val="24"/>
        </w:rPr>
        <w:t>от …………………………………………………………………… – …………………………………</w:t>
      </w:r>
    </w:p>
    <w:p w14:paraId="3B5D8143" w14:textId="77777777" w:rsidR="00BC4E80" w:rsidRDefault="00BC4E80">
      <w:pPr>
        <w:spacing w:after="80"/>
      </w:pPr>
    </w:p>
    <w:p w14:paraId="0D34BA97"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AE6DEC4" w14:textId="77777777" w:rsidR="00BC4E80" w:rsidRDefault="00BC4E80">
      <w:pPr>
        <w:spacing w:after="80"/>
      </w:pPr>
      <w:r>
        <w:rPr>
          <w:rFonts w:ascii="Times New Roman" w:hAnsi="Times New Roman" w:cs="Times New Roman" w:eastAsia="Times New Roman"/>
          <w:sz w:val="24"/>
        </w:rPr>
        <w:t>Дата и час на инцидента: …………………………………………… г., ………………………………</w:t>
      </w:r>
    </w:p>
    <w:p w14:paraId="45FCC99D" w14:textId="77777777" w:rsidR="00BC4E80" w:rsidRDefault="00BC4E80">
      <w:pPr>
        <w:spacing w:after="80"/>
        <w:jc w:val="both"/>
      </w:pPr>
      <w:r>
        <w:rPr>
          <w:rFonts w:ascii="Times New Roman" w:hAnsi="Times New Roman" w:cs="Times New Roman" w:eastAsia="Times New Roman"/>
          <w:sz w:val="24"/>
        </w:rPr>
        <w:t>Място: ☐ класна стая   ☐ работилница   ☐ лаборатория   ☐ тренажор / симулатор   ☐ физкултурен салон / двор   ☐ производствена практика   ☐ плавателна практика   ☐ по време на пътуване</w:t>
      </w:r>
    </w:p>
    <w:p w14:paraId="0DCF5FA9" w14:textId="77777777" w:rsidR="00BC4E80" w:rsidRDefault="00BC4E80">
      <w:pPr>
        <w:spacing w:after="80"/>
      </w:pPr>
      <w:r>
        <w:rPr>
          <w:rFonts w:ascii="Times New Roman" w:hAnsi="Times New Roman" w:cs="Times New Roman" w:eastAsia="Times New Roman"/>
          <w:sz w:val="24"/>
        </w:rPr>
        <w:t>Пострадал: ……………………………………………………………………………, клас ……………</w:t>
      </w:r>
    </w:p>
    <w:p w14:paraId="67957EC7" w14:textId="77777777" w:rsidR="00BC4E80" w:rsidRDefault="00BC4E80">
      <w:pPr>
        <w:spacing w:after="80"/>
      </w:pPr>
      <w:r>
        <w:rPr>
          <w:rFonts w:ascii="Times New Roman" w:hAnsi="Times New Roman" w:cs="Times New Roman" w:eastAsia="Times New Roman"/>
          <w:sz w:val="24"/>
        </w:rPr>
        <w:t>Вид на инцидента и обстоятелства: ……………………………………………………………………</w:t>
      </w:r>
    </w:p>
    <w:p w14:paraId="6D2D94D2" w14:textId="77777777" w:rsidR="00BC4E80" w:rsidRDefault="00BC4E80">
      <w:pPr>
        <w:spacing w:after="80"/>
      </w:pPr>
      <w:r>
        <w:rPr>
          <w:rFonts w:ascii="Times New Roman" w:hAnsi="Times New Roman" w:cs="Times New Roman" w:eastAsia="Times New Roman"/>
          <w:sz w:val="24"/>
        </w:rPr>
        <w:t>………………………………………………………………………………………………………………</w:t>
      </w:r>
    </w:p>
    <w:p w14:paraId="08B33826" w14:textId="77777777" w:rsidR="00BC4E80" w:rsidRDefault="00BC4E80">
      <w:pPr>
        <w:spacing w:after="80"/>
      </w:pPr>
      <w:r>
        <w:rPr>
          <w:rFonts w:ascii="Times New Roman" w:hAnsi="Times New Roman" w:cs="Times New Roman" w:eastAsia="Times New Roman"/>
          <w:sz w:val="24"/>
        </w:rPr>
        <w:t>………………………………………………………………………………………………………………</w:t>
      </w:r>
    </w:p>
    <w:p w14:paraId="5E7DC705" w14:textId="77777777" w:rsidR="00BC4E80" w:rsidRDefault="00BC4E80">
      <w:pPr>
        <w:spacing w:after="80"/>
      </w:pPr>
      <w:r>
        <w:rPr>
          <w:rFonts w:ascii="Times New Roman" w:hAnsi="Times New Roman" w:cs="Times New Roman" w:eastAsia="Times New Roman"/>
          <w:sz w:val="24"/>
        </w:rPr>
        <w:t>Проведен ли е инструктаж: ☐ да – дата …………………………………………………………   ☐ не</w:t>
      </w:r>
    </w:p>
    <w:p w14:paraId="1A48F405" w14:textId="77777777" w:rsidR="00BC4E80" w:rsidRDefault="00BC4E80">
      <w:pPr>
        <w:spacing w:after="80"/>
      </w:pPr>
      <w:r>
        <w:rPr>
          <w:rFonts w:ascii="Times New Roman" w:hAnsi="Times New Roman" w:cs="Times New Roman" w:eastAsia="Times New Roman"/>
          <w:sz w:val="24"/>
        </w:rPr>
        <w:t>Спазени ли са правилата за безопасност: ☐ да   ☐ не – ………………………………………………</w:t>
      </w:r>
    </w:p>
    <w:p w14:paraId="7BC61830" w14:textId="77777777" w:rsidR="00BC4E80" w:rsidRDefault="00BC4E80">
      <w:pPr>
        <w:spacing w:after="80"/>
      </w:pPr>
      <w:r>
        <w:rPr>
          <w:rFonts w:ascii="Times New Roman" w:hAnsi="Times New Roman" w:cs="Times New Roman" w:eastAsia="Times New Roman"/>
          <w:sz w:val="24"/>
        </w:rPr>
        <w:t>Оказана първа помощ от: ………………………………………………………………………………</w:t>
      </w:r>
    </w:p>
    <w:p w14:paraId="799AE85D" w14:textId="77777777" w:rsidR="00BC4E80" w:rsidRDefault="00BC4E80">
      <w:pPr>
        <w:spacing w:after="80"/>
        <w:jc w:val="both"/>
      </w:pPr>
      <w:r>
        <w:rPr>
          <w:rFonts w:ascii="Times New Roman" w:hAnsi="Times New Roman" w:cs="Times New Roman" w:eastAsia="Times New Roman"/>
          <w:sz w:val="24"/>
        </w:rPr>
        <w:t>Уведомени: ☐ родител   ☐ медицинско лице   ☐ директор   ☐ спешна помощ   ☐ РУО   ☐ друго</w:t>
      </w:r>
    </w:p>
    <w:p w14:paraId="46D12C99" w14:textId="77777777" w:rsidR="00BC4E80" w:rsidRDefault="00BC4E80">
      <w:pPr>
        <w:spacing w:after="80"/>
      </w:pPr>
      <w:r>
        <w:rPr>
          <w:rFonts w:ascii="Times New Roman" w:hAnsi="Times New Roman" w:cs="Times New Roman" w:eastAsia="Times New Roman"/>
          <w:sz w:val="24"/>
        </w:rPr>
        <w:t>Предприети действия за недопускане на повторение: …………………………………………………</w:t>
      </w:r>
    </w:p>
    <w:p w14:paraId="61A8CA50" w14:textId="77777777" w:rsidR="00BC4E80" w:rsidRDefault="00BC4E80">
      <w:pPr>
        <w:spacing w:after="80"/>
      </w:pPr>
      <w:r>
        <w:rPr>
          <w:rFonts w:ascii="Times New Roman" w:hAnsi="Times New Roman" w:cs="Times New Roman" w:eastAsia="Times New Roman"/>
          <w:sz w:val="24"/>
        </w:rPr>
        <w:t>………………………………………………………………………………………………………………</w:t>
      </w:r>
    </w:p>
    <w:p w14:paraId="23664C03" w14:textId="77777777" w:rsidR="00BC4E80" w:rsidRDefault="00BC4E80">
      <w:pPr>
        <w:spacing w:after="200"/>
      </w:pPr>
    </w:p>
    <w:p w14:paraId="267EC69D" w14:textId="77777777" w:rsidR="00BC4E80" w:rsidRDefault="00BC4E80">
      <w:pPr>
        <w:tabs>
          <w:tab w:val="left" w:pos="5386"/>
        </w:tabs>
        <w:spacing w:after="160" w:before="1146"/>
      </w:pPr>
      <w:r>
        <w:rPr>
          <w:rFonts w:ascii="Times New Roman" w:hAnsi="Times New Roman" w:cs="Times New Roman" w:eastAsia="Times New Roman"/>
          <w:sz w:val="24"/>
        </w:rPr>
        <w:t>Дата: ……………………………………………… г.</w:t>
      </w:r>
      <w:r>
        <w:rPr>
          <w:rFonts w:ascii="Times New Roman" w:hAnsi="Times New Roman" w:cs="Times New Roman" w:eastAsia="Times New Roman"/>
          <w:sz w:val="24"/>
        </w:rPr>
        <w:tab/>
        <w:t>Изготвил: ………………………………………</w:t>
      </w:r>
    </w:p>
    <w:p w14:paraId="68963F5D" w14:textId="77777777" w:rsidR="00BC4E80" w:rsidRDefault="00BC4E80">
      <w:pPr>
        <w:tabs>
          <w:tab w:val="left" w:pos="5386"/>
        </w:tabs>
        <w:spacing w:after="160"/>
      </w:pPr>
      <w:r>
        <w:rPr>
          <w:rFonts w:ascii="Times New Roman" w:hAnsi="Times New Roman" w:cs="Times New Roman" w:eastAsia="Times New Roman"/>
          <w:sz w:val="24"/>
        </w:rPr>
        <w:t>Медицинско лице: …………………………………</w:t>
      </w:r>
      <w:r>
        <w:rPr>
          <w:rFonts w:ascii="Times New Roman" w:hAnsi="Times New Roman" w:cs="Times New Roman" w:eastAsia="Times New Roman"/>
          <w:sz w:val="24"/>
        </w:rPr>
        <w:tab/>
        <w:t>Директор: ………………………………………</w:t>
      </w:r>
    </w:p>
    <w:p w14:paraId="6709B3D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53 към Правилника за дейността на училището</w:t>
      </w:r>
    </w:p>
    <w:p w14:paraId="7A443B61"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0B745C9" wp14:editId="01FCEBF7">
            <wp:extent cx="6483600" cy="117515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6A6EC01" w14:textId="77777777" w:rsidR="00BC4E80" w:rsidRDefault="00BC4E80">
      <w:pPr>
        <w:spacing w:before="80" w:after="40"/>
        <w:jc w:val="center"/>
      </w:pPr>
      <w:r>
        <w:rPr>
          <w:rFonts w:ascii="Times New Roman" w:hAnsi="Times New Roman" w:cs="Times New Roman" w:eastAsia="Times New Roman"/>
          <w:b/>
          <w:sz w:val="26"/>
        </w:rPr>
        <w:t>Р Е Г И С Т Ъ Р   Н А   И Н Ц И Д Е Н Т И Т Е</w:t>
      </w:r>
    </w:p>
    <w:p w14:paraId="6CB8AE43" w14:textId="77777777" w:rsidR="00BC4E80" w:rsidRDefault="00BC4E80">
      <w:pPr>
        <w:spacing w:after="80"/>
        <w:jc w:val="center"/>
      </w:pPr>
      <w:r>
        <w:rPr>
          <w:rFonts w:ascii="Times New Roman" w:hAnsi="Times New Roman" w:cs="Times New Roman" w:eastAsia="Times New Roman"/>
          <w:b/>
        </w:rPr>
        <w:t>в ПГМКР „Свети Никола“ – гр. Бургас</w:t>
      </w:r>
    </w:p>
    <w:p w14:paraId="0402409F" w14:textId="77777777" w:rsidR="00BC4E80" w:rsidRDefault="00BC4E80">
      <w:pPr>
        <w:spacing w:after="160"/>
        <w:jc w:val="center"/>
      </w:pPr>
      <w:r>
        <w:rPr>
          <w:rFonts w:ascii="Times New Roman" w:hAnsi="Times New Roman" w:cs="Times New Roman" w:eastAsia="Times New Roman"/>
          <w:i/>
          <w:sz w:val="20"/>
        </w:rPr>
        <w:t>чл. 27, ал. 8 и чл. 37 от ПДУ; води се от лицето, определено със заповед на директора</w:t>
      </w:r>
    </w:p>
    <w:p w14:paraId="6575C609" w14:textId="77777777" w:rsidR="00BC4E80" w:rsidRDefault="00BC4E80">
      <w:pPr>
        <w:spacing w:after="40"/>
      </w:pPr>
      <w:r>
        <w:rPr>
          <w:rFonts w:ascii="Times New Roman" w:hAnsi="Times New Roman" w:cs="Times New Roman" w:eastAsia="Times New Roman"/>
          <w:sz w:val="24"/>
        </w:rPr>
        <w:t>Учебна година: 20…………………… / 20…………………… г.        Водещ регистъра: ……………………</w:t>
      </w:r>
    </w:p>
    <w:p w14:paraId="723B42E6" w14:textId="77777777" w:rsidR="00BC4E80" w:rsidRDefault="00BC4E80">
      <w:pPr>
        <w:spacing w:after="80"/>
      </w:pPr>
    </w:p>
    <w:p w14:paraId="66826684" w14:textId="77777777" w:rsidR="00BC4E80" w:rsidRDefault="00BC4E80">
      <w:pPr>
        <w:spacing w:after="200"/>
      </w:pPr>
    </w:p>
    <w:tbl>
      <w:tblPr>
        <w:tblStyle w:val="aff9"/>
        <w:tblW w:w="0" w:type="auto"/>
        <w:tblLook w:val="04A0" w:firstRow="1" w:lastRow="0" w:firstColumn="1" w:lastColumn="0" w:noHBand="0" w:noVBand="1"/>
      </w:tblPr>
      <w:tblGrid>
        <w:gridCol w:w="510"/>
        <w:gridCol w:w="1019"/>
        <w:gridCol w:w="1360"/>
        <w:gridCol w:w="2039"/>
        <w:gridCol w:w="2265"/>
        <w:gridCol w:w="2152"/>
        <w:gridCol w:w="850"/>
      </w:tblGrid>
      <w:tr w:rsidR="00BC4E80" w14:paraId="052306AF" w14:textId="77777777">
        <w:tc>
          <w:tcPr>
            <w:tcW w:w="510" w:type="dxa"/>
          </w:tcPr>
          <w:p w14:paraId="33A3C4A0" w14:textId="77777777" w:rsidR="00BC4E80" w:rsidRDefault="00BC4E80">
            <w:pPr>
              <w:jc w:val="center"/>
            </w:pPr>
            <w:r>
              <w:rPr>
                <w:rFonts w:ascii="Times New Roman" w:hAnsi="Times New Roman" w:cs="Times New Roman" w:eastAsia="Times New Roman"/>
                <w:b/>
                <w:sz w:val="20"/>
              </w:rPr>
              <w:t>№</w:t>
            </w:r>
          </w:p>
        </w:tc>
        <w:tc>
          <w:tcPr>
            <w:tcW w:w="1020" w:type="dxa"/>
          </w:tcPr>
          <w:p w14:paraId="2CBAEC78" w14:textId="77777777" w:rsidR="00BC4E80" w:rsidRDefault="00BC4E80">
            <w:pPr>
              <w:jc w:val="center"/>
            </w:pPr>
            <w:r>
              <w:rPr>
                <w:rFonts w:ascii="Times New Roman" w:hAnsi="Times New Roman" w:cs="Times New Roman" w:eastAsia="Times New Roman"/>
                <w:b/>
                <w:sz w:val="20"/>
              </w:rPr>
              <w:t>Дата</w:t>
            </w:r>
          </w:p>
        </w:tc>
        <w:tc>
          <w:tcPr>
            <w:tcW w:w="1361" w:type="dxa"/>
          </w:tcPr>
          <w:p w14:paraId="1A0E6FDE" w14:textId="77777777" w:rsidR="00BC4E80" w:rsidRDefault="00BC4E80">
            <w:pPr>
              <w:jc w:val="center"/>
            </w:pPr>
            <w:r>
              <w:rPr>
                <w:rFonts w:ascii="Times New Roman" w:hAnsi="Times New Roman" w:cs="Times New Roman" w:eastAsia="Times New Roman"/>
                <w:b/>
                <w:sz w:val="20"/>
              </w:rPr>
              <w:t>Място</w:t>
            </w:r>
          </w:p>
        </w:tc>
        <w:tc>
          <w:tcPr>
            <w:tcW w:w="2041" w:type="dxa"/>
          </w:tcPr>
          <w:p w14:paraId="36E65AEF" w14:textId="77777777" w:rsidR="00BC4E80" w:rsidRDefault="00BC4E80">
            <w:pPr>
              <w:jc w:val="center"/>
            </w:pPr>
            <w:r>
              <w:rPr>
                <w:rFonts w:ascii="Times New Roman" w:hAnsi="Times New Roman" w:cs="Times New Roman" w:eastAsia="Times New Roman"/>
                <w:b/>
                <w:sz w:val="20"/>
              </w:rPr>
              <w:t>Пострадал / участници</w:t>
            </w:r>
          </w:p>
        </w:tc>
        <w:tc>
          <w:tcPr>
            <w:tcW w:w="2268" w:type="dxa"/>
          </w:tcPr>
          <w:p w14:paraId="3E3B6102" w14:textId="77777777" w:rsidR="00BC4E80" w:rsidRDefault="00BC4E80">
            <w:pPr>
              <w:jc w:val="center"/>
            </w:pPr>
            <w:r>
              <w:rPr>
                <w:rFonts w:ascii="Times New Roman" w:hAnsi="Times New Roman" w:cs="Times New Roman" w:eastAsia="Times New Roman"/>
                <w:b/>
                <w:sz w:val="20"/>
              </w:rPr>
              <w:t>Кратко описание</w:t>
            </w:r>
          </w:p>
        </w:tc>
        <w:tc>
          <w:tcPr>
            <w:tcW w:w="2154" w:type="dxa"/>
          </w:tcPr>
          <w:p w14:paraId="07056FEF" w14:textId="77777777" w:rsidR="00BC4E80" w:rsidRDefault="00BC4E80">
            <w:pPr>
              <w:jc w:val="center"/>
            </w:pPr>
            <w:r>
              <w:rPr>
                <w:rFonts w:ascii="Times New Roman" w:hAnsi="Times New Roman" w:cs="Times New Roman" w:eastAsia="Times New Roman"/>
                <w:b/>
                <w:sz w:val="20"/>
              </w:rPr>
              <w:t>Предприети мерки</w:t>
            </w:r>
          </w:p>
        </w:tc>
        <w:tc>
          <w:tcPr>
            <w:tcW w:w="850" w:type="dxa"/>
          </w:tcPr>
          <w:p w14:paraId="76A3CE01" w14:textId="77777777" w:rsidR="00BC4E80" w:rsidRDefault="00BC4E80">
            <w:pPr>
              <w:jc w:val="center"/>
            </w:pPr>
            <w:r>
              <w:rPr>
                <w:rFonts w:ascii="Times New Roman" w:hAnsi="Times New Roman" w:cs="Times New Roman" w:eastAsia="Times New Roman"/>
                <w:b/>
                <w:sz w:val="20"/>
              </w:rPr>
              <w:t>№ на доклад</w:t>
            </w:r>
          </w:p>
        </w:tc>
      </w:tr>
      <w:tr w:rsidR="00BC4E80" w14:paraId="7AAB7C2A" w14:textId="77777777">
        <w:tc>
          <w:tcPr>
            <w:tcW w:w="510" w:type="dxa"/>
          </w:tcPr>
          <w:p w14:paraId="2BC4270A" w14:textId="77777777" w:rsidR="00BC4E80" w:rsidRDefault="00BC4E80">
            <w:pPr>
              <w:spacing w:after="60"/>
            </w:pPr>
          </w:p>
        </w:tc>
        <w:tc>
          <w:tcPr>
            <w:tcW w:w="1020" w:type="dxa"/>
          </w:tcPr>
          <w:p w14:paraId="1F1A7EB4" w14:textId="77777777" w:rsidR="00BC4E80" w:rsidRDefault="00BC4E80">
            <w:pPr>
              <w:spacing w:after="60"/>
            </w:pPr>
          </w:p>
        </w:tc>
        <w:tc>
          <w:tcPr>
            <w:tcW w:w="1361" w:type="dxa"/>
          </w:tcPr>
          <w:p w14:paraId="567B9196" w14:textId="77777777" w:rsidR="00BC4E80" w:rsidRDefault="00BC4E80">
            <w:pPr>
              <w:spacing w:after="60"/>
            </w:pPr>
          </w:p>
        </w:tc>
        <w:tc>
          <w:tcPr>
            <w:tcW w:w="2041" w:type="dxa"/>
          </w:tcPr>
          <w:p w14:paraId="5D8D0B4C" w14:textId="77777777" w:rsidR="00BC4E80" w:rsidRDefault="00BC4E80">
            <w:pPr>
              <w:spacing w:after="60"/>
            </w:pPr>
          </w:p>
        </w:tc>
        <w:tc>
          <w:tcPr>
            <w:tcW w:w="2268" w:type="dxa"/>
          </w:tcPr>
          <w:p w14:paraId="06F73A5B" w14:textId="77777777" w:rsidR="00BC4E80" w:rsidRDefault="00BC4E80">
            <w:pPr>
              <w:spacing w:after="60"/>
            </w:pPr>
          </w:p>
        </w:tc>
        <w:tc>
          <w:tcPr>
            <w:tcW w:w="2154" w:type="dxa"/>
          </w:tcPr>
          <w:p w14:paraId="55865D12" w14:textId="77777777" w:rsidR="00BC4E80" w:rsidRDefault="00BC4E80">
            <w:pPr>
              <w:spacing w:after="60"/>
            </w:pPr>
          </w:p>
        </w:tc>
        <w:tc>
          <w:tcPr>
            <w:tcW w:w="850" w:type="dxa"/>
          </w:tcPr>
          <w:p w14:paraId="1EAD553B" w14:textId="77777777" w:rsidR="00BC4E80" w:rsidRDefault="00BC4E80">
            <w:pPr>
              <w:spacing w:after="60"/>
            </w:pPr>
          </w:p>
        </w:tc>
      </w:tr>
      <w:tr w:rsidR="00BC4E80" w14:paraId="13BAC43F" w14:textId="77777777">
        <w:tc>
          <w:tcPr>
            <w:tcW w:w="510" w:type="dxa"/>
          </w:tcPr>
          <w:p w14:paraId="1FC75F41" w14:textId="77777777" w:rsidR="00BC4E80" w:rsidRDefault="00BC4E80">
            <w:pPr>
              <w:spacing w:after="60"/>
            </w:pPr>
          </w:p>
        </w:tc>
        <w:tc>
          <w:tcPr>
            <w:tcW w:w="1020" w:type="dxa"/>
          </w:tcPr>
          <w:p w14:paraId="3E9E0E2A" w14:textId="77777777" w:rsidR="00BC4E80" w:rsidRDefault="00BC4E80">
            <w:pPr>
              <w:spacing w:after="60"/>
            </w:pPr>
          </w:p>
        </w:tc>
        <w:tc>
          <w:tcPr>
            <w:tcW w:w="1361" w:type="dxa"/>
          </w:tcPr>
          <w:p w14:paraId="50923B05" w14:textId="77777777" w:rsidR="00BC4E80" w:rsidRDefault="00BC4E80">
            <w:pPr>
              <w:spacing w:after="60"/>
            </w:pPr>
          </w:p>
        </w:tc>
        <w:tc>
          <w:tcPr>
            <w:tcW w:w="2041" w:type="dxa"/>
          </w:tcPr>
          <w:p w14:paraId="14EF1FE3" w14:textId="77777777" w:rsidR="00BC4E80" w:rsidRDefault="00BC4E80">
            <w:pPr>
              <w:spacing w:after="60"/>
            </w:pPr>
          </w:p>
        </w:tc>
        <w:tc>
          <w:tcPr>
            <w:tcW w:w="2268" w:type="dxa"/>
          </w:tcPr>
          <w:p w14:paraId="34A6FE9D" w14:textId="77777777" w:rsidR="00BC4E80" w:rsidRDefault="00BC4E80">
            <w:pPr>
              <w:spacing w:after="60"/>
            </w:pPr>
          </w:p>
        </w:tc>
        <w:tc>
          <w:tcPr>
            <w:tcW w:w="2154" w:type="dxa"/>
          </w:tcPr>
          <w:p w14:paraId="05829AE4" w14:textId="77777777" w:rsidR="00BC4E80" w:rsidRDefault="00BC4E80">
            <w:pPr>
              <w:spacing w:after="60"/>
            </w:pPr>
          </w:p>
        </w:tc>
        <w:tc>
          <w:tcPr>
            <w:tcW w:w="850" w:type="dxa"/>
          </w:tcPr>
          <w:p w14:paraId="7E7CC5BC" w14:textId="77777777" w:rsidR="00BC4E80" w:rsidRDefault="00BC4E80">
            <w:pPr>
              <w:spacing w:after="60"/>
            </w:pPr>
          </w:p>
        </w:tc>
      </w:tr>
      <w:tr w:rsidR="00BC4E80" w14:paraId="239868A7" w14:textId="77777777">
        <w:tc>
          <w:tcPr>
            <w:tcW w:w="510" w:type="dxa"/>
          </w:tcPr>
          <w:p w14:paraId="7F075D9B" w14:textId="77777777" w:rsidR="00BC4E80" w:rsidRDefault="00BC4E80">
            <w:pPr>
              <w:spacing w:after="60"/>
            </w:pPr>
          </w:p>
        </w:tc>
        <w:tc>
          <w:tcPr>
            <w:tcW w:w="1020" w:type="dxa"/>
          </w:tcPr>
          <w:p w14:paraId="589EF067" w14:textId="77777777" w:rsidR="00BC4E80" w:rsidRDefault="00BC4E80">
            <w:pPr>
              <w:spacing w:after="60"/>
            </w:pPr>
          </w:p>
        </w:tc>
        <w:tc>
          <w:tcPr>
            <w:tcW w:w="1361" w:type="dxa"/>
          </w:tcPr>
          <w:p w14:paraId="64798B3D" w14:textId="77777777" w:rsidR="00BC4E80" w:rsidRDefault="00BC4E80">
            <w:pPr>
              <w:spacing w:after="60"/>
            </w:pPr>
          </w:p>
        </w:tc>
        <w:tc>
          <w:tcPr>
            <w:tcW w:w="2041" w:type="dxa"/>
          </w:tcPr>
          <w:p w14:paraId="25DF8B9D" w14:textId="77777777" w:rsidR="00BC4E80" w:rsidRDefault="00BC4E80">
            <w:pPr>
              <w:spacing w:after="60"/>
            </w:pPr>
          </w:p>
        </w:tc>
        <w:tc>
          <w:tcPr>
            <w:tcW w:w="2268" w:type="dxa"/>
          </w:tcPr>
          <w:p w14:paraId="0BFBC175" w14:textId="77777777" w:rsidR="00BC4E80" w:rsidRDefault="00BC4E80">
            <w:pPr>
              <w:spacing w:after="60"/>
            </w:pPr>
          </w:p>
        </w:tc>
        <w:tc>
          <w:tcPr>
            <w:tcW w:w="2154" w:type="dxa"/>
          </w:tcPr>
          <w:p w14:paraId="54395A8D" w14:textId="77777777" w:rsidR="00BC4E80" w:rsidRDefault="00BC4E80">
            <w:pPr>
              <w:spacing w:after="60"/>
            </w:pPr>
          </w:p>
        </w:tc>
        <w:tc>
          <w:tcPr>
            <w:tcW w:w="850" w:type="dxa"/>
          </w:tcPr>
          <w:p w14:paraId="3753C424" w14:textId="77777777" w:rsidR="00BC4E80" w:rsidRDefault="00BC4E80">
            <w:pPr>
              <w:spacing w:after="60"/>
            </w:pPr>
          </w:p>
        </w:tc>
      </w:tr>
      <w:tr w:rsidR="00BC4E80" w14:paraId="50DD57EA" w14:textId="77777777">
        <w:tc>
          <w:tcPr>
            <w:tcW w:w="510" w:type="dxa"/>
          </w:tcPr>
          <w:p w14:paraId="28F3A4C3" w14:textId="77777777" w:rsidR="00BC4E80" w:rsidRDefault="00BC4E80">
            <w:pPr>
              <w:spacing w:after="60"/>
            </w:pPr>
          </w:p>
        </w:tc>
        <w:tc>
          <w:tcPr>
            <w:tcW w:w="1020" w:type="dxa"/>
          </w:tcPr>
          <w:p w14:paraId="26049B5E" w14:textId="77777777" w:rsidR="00BC4E80" w:rsidRDefault="00BC4E80">
            <w:pPr>
              <w:spacing w:after="60"/>
            </w:pPr>
          </w:p>
        </w:tc>
        <w:tc>
          <w:tcPr>
            <w:tcW w:w="1361" w:type="dxa"/>
          </w:tcPr>
          <w:p w14:paraId="19C9266A" w14:textId="77777777" w:rsidR="00BC4E80" w:rsidRDefault="00BC4E80">
            <w:pPr>
              <w:spacing w:after="60"/>
            </w:pPr>
          </w:p>
        </w:tc>
        <w:tc>
          <w:tcPr>
            <w:tcW w:w="2041" w:type="dxa"/>
          </w:tcPr>
          <w:p w14:paraId="54D36C00" w14:textId="77777777" w:rsidR="00BC4E80" w:rsidRDefault="00BC4E80">
            <w:pPr>
              <w:spacing w:after="60"/>
            </w:pPr>
          </w:p>
        </w:tc>
        <w:tc>
          <w:tcPr>
            <w:tcW w:w="2268" w:type="dxa"/>
          </w:tcPr>
          <w:p w14:paraId="4DE31E61" w14:textId="77777777" w:rsidR="00BC4E80" w:rsidRDefault="00BC4E80">
            <w:pPr>
              <w:spacing w:after="60"/>
            </w:pPr>
          </w:p>
        </w:tc>
        <w:tc>
          <w:tcPr>
            <w:tcW w:w="2154" w:type="dxa"/>
          </w:tcPr>
          <w:p w14:paraId="1D115C09" w14:textId="77777777" w:rsidR="00BC4E80" w:rsidRDefault="00BC4E80">
            <w:pPr>
              <w:spacing w:after="60"/>
            </w:pPr>
          </w:p>
        </w:tc>
        <w:tc>
          <w:tcPr>
            <w:tcW w:w="850" w:type="dxa"/>
          </w:tcPr>
          <w:p w14:paraId="3E049538" w14:textId="77777777" w:rsidR="00BC4E80" w:rsidRDefault="00BC4E80">
            <w:pPr>
              <w:spacing w:after="60"/>
            </w:pPr>
          </w:p>
        </w:tc>
      </w:tr>
      <w:tr w:rsidR="00BC4E80" w14:paraId="1EB73699" w14:textId="77777777">
        <w:tc>
          <w:tcPr>
            <w:tcW w:w="510" w:type="dxa"/>
          </w:tcPr>
          <w:p w14:paraId="56828C4A" w14:textId="77777777" w:rsidR="00BC4E80" w:rsidRDefault="00BC4E80">
            <w:pPr>
              <w:spacing w:after="60"/>
            </w:pPr>
          </w:p>
        </w:tc>
        <w:tc>
          <w:tcPr>
            <w:tcW w:w="1020" w:type="dxa"/>
          </w:tcPr>
          <w:p w14:paraId="694CDC61" w14:textId="77777777" w:rsidR="00BC4E80" w:rsidRDefault="00BC4E80">
            <w:pPr>
              <w:spacing w:after="60"/>
            </w:pPr>
          </w:p>
        </w:tc>
        <w:tc>
          <w:tcPr>
            <w:tcW w:w="1361" w:type="dxa"/>
          </w:tcPr>
          <w:p w14:paraId="44AF6BDA" w14:textId="77777777" w:rsidR="00BC4E80" w:rsidRDefault="00BC4E80">
            <w:pPr>
              <w:spacing w:after="60"/>
            </w:pPr>
          </w:p>
        </w:tc>
        <w:tc>
          <w:tcPr>
            <w:tcW w:w="2041" w:type="dxa"/>
          </w:tcPr>
          <w:p w14:paraId="18C95247" w14:textId="77777777" w:rsidR="00BC4E80" w:rsidRDefault="00BC4E80">
            <w:pPr>
              <w:spacing w:after="60"/>
            </w:pPr>
          </w:p>
        </w:tc>
        <w:tc>
          <w:tcPr>
            <w:tcW w:w="2268" w:type="dxa"/>
          </w:tcPr>
          <w:p w14:paraId="7E663D97" w14:textId="77777777" w:rsidR="00BC4E80" w:rsidRDefault="00BC4E80">
            <w:pPr>
              <w:spacing w:after="60"/>
            </w:pPr>
          </w:p>
        </w:tc>
        <w:tc>
          <w:tcPr>
            <w:tcW w:w="2154" w:type="dxa"/>
          </w:tcPr>
          <w:p w14:paraId="3355B4DB" w14:textId="77777777" w:rsidR="00BC4E80" w:rsidRDefault="00BC4E80">
            <w:pPr>
              <w:spacing w:after="60"/>
            </w:pPr>
          </w:p>
        </w:tc>
        <w:tc>
          <w:tcPr>
            <w:tcW w:w="850" w:type="dxa"/>
          </w:tcPr>
          <w:p w14:paraId="7A07F7B8" w14:textId="77777777" w:rsidR="00BC4E80" w:rsidRDefault="00BC4E80">
            <w:pPr>
              <w:spacing w:after="60"/>
            </w:pPr>
          </w:p>
        </w:tc>
      </w:tr>
      <w:tr w:rsidR="00BC4E80" w14:paraId="6350BA47" w14:textId="77777777">
        <w:tc>
          <w:tcPr>
            <w:tcW w:w="510" w:type="dxa"/>
          </w:tcPr>
          <w:p w14:paraId="75B63CA8" w14:textId="77777777" w:rsidR="00BC4E80" w:rsidRDefault="00BC4E80">
            <w:pPr>
              <w:spacing w:after="60"/>
            </w:pPr>
          </w:p>
        </w:tc>
        <w:tc>
          <w:tcPr>
            <w:tcW w:w="1020" w:type="dxa"/>
          </w:tcPr>
          <w:p w14:paraId="6B41F842" w14:textId="77777777" w:rsidR="00BC4E80" w:rsidRDefault="00BC4E80">
            <w:pPr>
              <w:spacing w:after="60"/>
            </w:pPr>
          </w:p>
        </w:tc>
        <w:tc>
          <w:tcPr>
            <w:tcW w:w="1361" w:type="dxa"/>
          </w:tcPr>
          <w:p w14:paraId="5CDDE64C" w14:textId="77777777" w:rsidR="00BC4E80" w:rsidRDefault="00BC4E80">
            <w:pPr>
              <w:spacing w:after="60"/>
            </w:pPr>
          </w:p>
        </w:tc>
        <w:tc>
          <w:tcPr>
            <w:tcW w:w="2041" w:type="dxa"/>
          </w:tcPr>
          <w:p w14:paraId="47D8E839" w14:textId="77777777" w:rsidR="00BC4E80" w:rsidRDefault="00BC4E80">
            <w:pPr>
              <w:spacing w:after="60"/>
            </w:pPr>
          </w:p>
        </w:tc>
        <w:tc>
          <w:tcPr>
            <w:tcW w:w="2268" w:type="dxa"/>
          </w:tcPr>
          <w:p w14:paraId="67519AC9" w14:textId="77777777" w:rsidR="00BC4E80" w:rsidRDefault="00BC4E80">
            <w:pPr>
              <w:spacing w:after="60"/>
            </w:pPr>
          </w:p>
        </w:tc>
        <w:tc>
          <w:tcPr>
            <w:tcW w:w="2154" w:type="dxa"/>
          </w:tcPr>
          <w:p w14:paraId="40AC072F" w14:textId="77777777" w:rsidR="00BC4E80" w:rsidRDefault="00BC4E80">
            <w:pPr>
              <w:spacing w:after="60"/>
            </w:pPr>
          </w:p>
        </w:tc>
        <w:tc>
          <w:tcPr>
            <w:tcW w:w="850" w:type="dxa"/>
          </w:tcPr>
          <w:p w14:paraId="229C5AB6" w14:textId="77777777" w:rsidR="00BC4E80" w:rsidRDefault="00BC4E80">
            <w:pPr>
              <w:spacing w:after="60"/>
            </w:pPr>
          </w:p>
        </w:tc>
      </w:tr>
      <w:tr w:rsidR="00BC4E80" w14:paraId="2B86DF65" w14:textId="77777777">
        <w:tc>
          <w:tcPr>
            <w:tcW w:w="510" w:type="dxa"/>
          </w:tcPr>
          <w:p w14:paraId="2B071E8B" w14:textId="77777777" w:rsidR="00BC4E80" w:rsidRDefault="00BC4E80">
            <w:pPr>
              <w:spacing w:after="60"/>
            </w:pPr>
          </w:p>
        </w:tc>
        <w:tc>
          <w:tcPr>
            <w:tcW w:w="1020" w:type="dxa"/>
          </w:tcPr>
          <w:p w14:paraId="4B2B91CA" w14:textId="77777777" w:rsidR="00BC4E80" w:rsidRDefault="00BC4E80">
            <w:pPr>
              <w:spacing w:after="60"/>
            </w:pPr>
          </w:p>
        </w:tc>
        <w:tc>
          <w:tcPr>
            <w:tcW w:w="1361" w:type="dxa"/>
          </w:tcPr>
          <w:p w14:paraId="6184BD4F" w14:textId="77777777" w:rsidR="00BC4E80" w:rsidRDefault="00BC4E80">
            <w:pPr>
              <w:spacing w:after="60"/>
            </w:pPr>
          </w:p>
        </w:tc>
        <w:tc>
          <w:tcPr>
            <w:tcW w:w="2041" w:type="dxa"/>
          </w:tcPr>
          <w:p w14:paraId="3C5F721E" w14:textId="77777777" w:rsidR="00BC4E80" w:rsidRDefault="00BC4E80">
            <w:pPr>
              <w:spacing w:after="60"/>
            </w:pPr>
          </w:p>
        </w:tc>
        <w:tc>
          <w:tcPr>
            <w:tcW w:w="2268" w:type="dxa"/>
          </w:tcPr>
          <w:p w14:paraId="34A9AA63" w14:textId="77777777" w:rsidR="00BC4E80" w:rsidRDefault="00BC4E80">
            <w:pPr>
              <w:spacing w:after="60"/>
            </w:pPr>
          </w:p>
        </w:tc>
        <w:tc>
          <w:tcPr>
            <w:tcW w:w="2154" w:type="dxa"/>
          </w:tcPr>
          <w:p w14:paraId="6BFA685C" w14:textId="77777777" w:rsidR="00BC4E80" w:rsidRDefault="00BC4E80">
            <w:pPr>
              <w:spacing w:after="60"/>
            </w:pPr>
          </w:p>
        </w:tc>
        <w:tc>
          <w:tcPr>
            <w:tcW w:w="850" w:type="dxa"/>
          </w:tcPr>
          <w:p w14:paraId="00828DCF" w14:textId="77777777" w:rsidR="00BC4E80" w:rsidRDefault="00BC4E80">
            <w:pPr>
              <w:spacing w:after="60"/>
            </w:pPr>
          </w:p>
        </w:tc>
      </w:tr>
      <w:tr w:rsidR="00BC4E80" w14:paraId="22F74FA0" w14:textId="77777777">
        <w:tc>
          <w:tcPr>
            <w:tcW w:w="510" w:type="dxa"/>
          </w:tcPr>
          <w:p w14:paraId="7034EB13" w14:textId="77777777" w:rsidR="00BC4E80" w:rsidRDefault="00BC4E80">
            <w:pPr>
              <w:spacing w:after="60"/>
            </w:pPr>
          </w:p>
        </w:tc>
        <w:tc>
          <w:tcPr>
            <w:tcW w:w="1020" w:type="dxa"/>
          </w:tcPr>
          <w:p w14:paraId="392B24E3" w14:textId="77777777" w:rsidR="00BC4E80" w:rsidRDefault="00BC4E80">
            <w:pPr>
              <w:spacing w:after="60"/>
            </w:pPr>
          </w:p>
        </w:tc>
        <w:tc>
          <w:tcPr>
            <w:tcW w:w="1361" w:type="dxa"/>
          </w:tcPr>
          <w:p w14:paraId="4732E6C4" w14:textId="77777777" w:rsidR="00BC4E80" w:rsidRDefault="00BC4E80">
            <w:pPr>
              <w:spacing w:after="60"/>
            </w:pPr>
          </w:p>
        </w:tc>
        <w:tc>
          <w:tcPr>
            <w:tcW w:w="2041" w:type="dxa"/>
          </w:tcPr>
          <w:p w14:paraId="06CBBFEE" w14:textId="77777777" w:rsidR="00BC4E80" w:rsidRDefault="00BC4E80">
            <w:pPr>
              <w:spacing w:after="60"/>
            </w:pPr>
          </w:p>
        </w:tc>
        <w:tc>
          <w:tcPr>
            <w:tcW w:w="2268" w:type="dxa"/>
          </w:tcPr>
          <w:p w14:paraId="518EAEF4" w14:textId="77777777" w:rsidR="00BC4E80" w:rsidRDefault="00BC4E80">
            <w:pPr>
              <w:spacing w:after="60"/>
            </w:pPr>
          </w:p>
        </w:tc>
        <w:tc>
          <w:tcPr>
            <w:tcW w:w="2154" w:type="dxa"/>
          </w:tcPr>
          <w:p w14:paraId="69DAA7E5" w14:textId="77777777" w:rsidR="00BC4E80" w:rsidRDefault="00BC4E80">
            <w:pPr>
              <w:spacing w:after="60"/>
            </w:pPr>
          </w:p>
        </w:tc>
        <w:tc>
          <w:tcPr>
            <w:tcW w:w="850" w:type="dxa"/>
          </w:tcPr>
          <w:p w14:paraId="0467F38E" w14:textId="77777777" w:rsidR="00BC4E80" w:rsidRDefault="00BC4E80">
            <w:pPr>
              <w:spacing w:after="60"/>
            </w:pPr>
          </w:p>
        </w:tc>
      </w:tr>
      <w:tr w:rsidR="00BC4E80" w14:paraId="2C8D09A3" w14:textId="77777777">
        <w:tc>
          <w:tcPr>
            <w:tcW w:w="510" w:type="dxa"/>
          </w:tcPr>
          <w:p w14:paraId="04B67A15" w14:textId="77777777" w:rsidR="00BC4E80" w:rsidRDefault="00BC4E80">
            <w:pPr>
              <w:spacing w:after="60"/>
            </w:pPr>
          </w:p>
        </w:tc>
        <w:tc>
          <w:tcPr>
            <w:tcW w:w="1020" w:type="dxa"/>
          </w:tcPr>
          <w:p w14:paraId="677619A5" w14:textId="77777777" w:rsidR="00BC4E80" w:rsidRDefault="00BC4E80">
            <w:pPr>
              <w:spacing w:after="60"/>
            </w:pPr>
          </w:p>
        </w:tc>
        <w:tc>
          <w:tcPr>
            <w:tcW w:w="1361" w:type="dxa"/>
          </w:tcPr>
          <w:p w14:paraId="38C2BA9D" w14:textId="77777777" w:rsidR="00BC4E80" w:rsidRDefault="00BC4E80">
            <w:pPr>
              <w:spacing w:after="60"/>
            </w:pPr>
          </w:p>
        </w:tc>
        <w:tc>
          <w:tcPr>
            <w:tcW w:w="2041" w:type="dxa"/>
          </w:tcPr>
          <w:p w14:paraId="217DF38D" w14:textId="77777777" w:rsidR="00BC4E80" w:rsidRDefault="00BC4E80">
            <w:pPr>
              <w:spacing w:after="60"/>
            </w:pPr>
          </w:p>
        </w:tc>
        <w:tc>
          <w:tcPr>
            <w:tcW w:w="2268" w:type="dxa"/>
          </w:tcPr>
          <w:p w14:paraId="77F52BE1" w14:textId="77777777" w:rsidR="00BC4E80" w:rsidRDefault="00BC4E80">
            <w:pPr>
              <w:spacing w:after="60"/>
            </w:pPr>
          </w:p>
        </w:tc>
        <w:tc>
          <w:tcPr>
            <w:tcW w:w="2154" w:type="dxa"/>
          </w:tcPr>
          <w:p w14:paraId="13A157C5" w14:textId="77777777" w:rsidR="00BC4E80" w:rsidRDefault="00BC4E80">
            <w:pPr>
              <w:spacing w:after="60"/>
            </w:pPr>
          </w:p>
        </w:tc>
        <w:tc>
          <w:tcPr>
            <w:tcW w:w="850" w:type="dxa"/>
          </w:tcPr>
          <w:p w14:paraId="2FB0CBF4" w14:textId="77777777" w:rsidR="00BC4E80" w:rsidRDefault="00BC4E80">
            <w:pPr>
              <w:spacing w:after="60"/>
            </w:pPr>
          </w:p>
        </w:tc>
      </w:tr>
      <w:tr w:rsidR="00BC4E80" w14:paraId="72F3CEB8" w14:textId="77777777">
        <w:tc>
          <w:tcPr>
            <w:tcW w:w="510" w:type="dxa"/>
          </w:tcPr>
          <w:p w14:paraId="39B77C52" w14:textId="77777777" w:rsidR="00BC4E80" w:rsidRDefault="00BC4E80">
            <w:pPr>
              <w:spacing w:after="60"/>
            </w:pPr>
          </w:p>
        </w:tc>
        <w:tc>
          <w:tcPr>
            <w:tcW w:w="1020" w:type="dxa"/>
          </w:tcPr>
          <w:p w14:paraId="4F2921EA" w14:textId="77777777" w:rsidR="00BC4E80" w:rsidRDefault="00BC4E80">
            <w:pPr>
              <w:spacing w:after="60"/>
            </w:pPr>
          </w:p>
        </w:tc>
        <w:tc>
          <w:tcPr>
            <w:tcW w:w="1361" w:type="dxa"/>
          </w:tcPr>
          <w:p w14:paraId="7806FCD3" w14:textId="77777777" w:rsidR="00BC4E80" w:rsidRDefault="00BC4E80">
            <w:pPr>
              <w:spacing w:after="60"/>
            </w:pPr>
          </w:p>
        </w:tc>
        <w:tc>
          <w:tcPr>
            <w:tcW w:w="2041" w:type="dxa"/>
          </w:tcPr>
          <w:p w14:paraId="3F1E1D4B" w14:textId="77777777" w:rsidR="00BC4E80" w:rsidRDefault="00BC4E80">
            <w:pPr>
              <w:spacing w:after="60"/>
            </w:pPr>
          </w:p>
        </w:tc>
        <w:tc>
          <w:tcPr>
            <w:tcW w:w="2268" w:type="dxa"/>
          </w:tcPr>
          <w:p w14:paraId="01569CCB" w14:textId="77777777" w:rsidR="00BC4E80" w:rsidRDefault="00BC4E80">
            <w:pPr>
              <w:spacing w:after="60"/>
            </w:pPr>
          </w:p>
        </w:tc>
        <w:tc>
          <w:tcPr>
            <w:tcW w:w="2154" w:type="dxa"/>
          </w:tcPr>
          <w:p w14:paraId="72C9C35A" w14:textId="77777777" w:rsidR="00BC4E80" w:rsidRDefault="00BC4E80">
            <w:pPr>
              <w:spacing w:after="60"/>
            </w:pPr>
          </w:p>
        </w:tc>
        <w:tc>
          <w:tcPr>
            <w:tcW w:w="850" w:type="dxa"/>
          </w:tcPr>
          <w:p w14:paraId="415848F6" w14:textId="77777777" w:rsidR="00BC4E80" w:rsidRDefault="00BC4E80">
            <w:pPr>
              <w:spacing w:after="60"/>
            </w:pPr>
          </w:p>
        </w:tc>
      </w:tr>
      <w:tr w:rsidR="00BC4E80" w14:paraId="15C19049" w14:textId="77777777">
        <w:tc>
          <w:tcPr>
            <w:tcW w:w="510" w:type="dxa"/>
          </w:tcPr>
          <w:p w14:paraId="0E4E6261" w14:textId="77777777" w:rsidR="00BC4E80" w:rsidRDefault="00BC4E80">
            <w:pPr>
              <w:spacing w:after="60"/>
            </w:pPr>
          </w:p>
        </w:tc>
        <w:tc>
          <w:tcPr>
            <w:tcW w:w="1020" w:type="dxa"/>
          </w:tcPr>
          <w:p w14:paraId="7020EEB0" w14:textId="77777777" w:rsidR="00BC4E80" w:rsidRDefault="00BC4E80">
            <w:pPr>
              <w:spacing w:after="60"/>
            </w:pPr>
          </w:p>
        </w:tc>
        <w:tc>
          <w:tcPr>
            <w:tcW w:w="1361" w:type="dxa"/>
          </w:tcPr>
          <w:p w14:paraId="3A71D2C5" w14:textId="77777777" w:rsidR="00BC4E80" w:rsidRDefault="00BC4E80">
            <w:pPr>
              <w:spacing w:after="60"/>
            </w:pPr>
          </w:p>
        </w:tc>
        <w:tc>
          <w:tcPr>
            <w:tcW w:w="2041" w:type="dxa"/>
          </w:tcPr>
          <w:p w14:paraId="3BAF9AB8" w14:textId="77777777" w:rsidR="00BC4E80" w:rsidRDefault="00BC4E80">
            <w:pPr>
              <w:spacing w:after="60"/>
            </w:pPr>
          </w:p>
        </w:tc>
        <w:tc>
          <w:tcPr>
            <w:tcW w:w="2268" w:type="dxa"/>
          </w:tcPr>
          <w:p w14:paraId="5ACF65CD" w14:textId="77777777" w:rsidR="00BC4E80" w:rsidRDefault="00BC4E80">
            <w:pPr>
              <w:spacing w:after="60"/>
            </w:pPr>
          </w:p>
        </w:tc>
        <w:tc>
          <w:tcPr>
            <w:tcW w:w="2154" w:type="dxa"/>
          </w:tcPr>
          <w:p w14:paraId="618144F5" w14:textId="77777777" w:rsidR="00BC4E80" w:rsidRDefault="00BC4E80">
            <w:pPr>
              <w:spacing w:after="60"/>
            </w:pPr>
          </w:p>
        </w:tc>
        <w:tc>
          <w:tcPr>
            <w:tcW w:w="850" w:type="dxa"/>
          </w:tcPr>
          <w:p w14:paraId="373F62E4" w14:textId="77777777" w:rsidR="00BC4E80" w:rsidRDefault="00BC4E80">
            <w:pPr>
              <w:spacing w:after="60"/>
            </w:pPr>
          </w:p>
        </w:tc>
      </w:tr>
      <w:tr w:rsidR="00BC4E80" w14:paraId="13767CCA" w14:textId="77777777">
        <w:tc>
          <w:tcPr>
            <w:tcW w:w="510" w:type="dxa"/>
          </w:tcPr>
          <w:p w14:paraId="3DC8F0A0" w14:textId="77777777" w:rsidR="00BC4E80" w:rsidRDefault="00BC4E80">
            <w:pPr>
              <w:spacing w:after="60"/>
            </w:pPr>
          </w:p>
        </w:tc>
        <w:tc>
          <w:tcPr>
            <w:tcW w:w="1020" w:type="dxa"/>
          </w:tcPr>
          <w:p w14:paraId="60C3F520" w14:textId="77777777" w:rsidR="00BC4E80" w:rsidRDefault="00BC4E80">
            <w:pPr>
              <w:spacing w:after="60"/>
            </w:pPr>
          </w:p>
        </w:tc>
        <w:tc>
          <w:tcPr>
            <w:tcW w:w="1361" w:type="dxa"/>
          </w:tcPr>
          <w:p w14:paraId="589FC602" w14:textId="77777777" w:rsidR="00BC4E80" w:rsidRDefault="00BC4E80">
            <w:pPr>
              <w:spacing w:after="60"/>
            </w:pPr>
          </w:p>
        </w:tc>
        <w:tc>
          <w:tcPr>
            <w:tcW w:w="2041" w:type="dxa"/>
          </w:tcPr>
          <w:p w14:paraId="047C1E76" w14:textId="77777777" w:rsidR="00BC4E80" w:rsidRDefault="00BC4E80">
            <w:pPr>
              <w:spacing w:after="60"/>
            </w:pPr>
          </w:p>
        </w:tc>
        <w:tc>
          <w:tcPr>
            <w:tcW w:w="2268" w:type="dxa"/>
          </w:tcPr>
          <w:p w14:paraId="28A93F47" w14:textId="77777777" w:rsidR="00BC4E80" w:rsidRDefault="00BC4E80">
            <w:pPr>
              <w:spacing w:after="60"/>
            </w:pPr>
          </w:p>
        </w:tc>
        <w:tc>
          <w:tcPr>
            <w:tcW w:w="2154" w:type="dxa"/>
          </w:tcPr>
          <w:p w14:paraId="7FED5949" w14:textId="77777777" w:rsidR="00BC4E80" w:rsidRDefault="00BC4E80">
            <w:pPr>
              <w:spacing w:after="60"/>
            </w:pPr>
          </w:p>
        </w:tc>
        <w:tc>
          <w:tcPr>
            <w:tcW w:w="850" w:type="dxa"/>
          </w:tcPr>
          <w:p w14:paraId="4F874532" w14:textId="77777777" w:rsidR="00BC4E80" w:rsidRDefault="00BC4E80">
            <w:pPr>
              <w:spacing w:after="60"/>
            </w:pPr>
          </w:p>
        </w:tc>
      </w:tr>
    </w:tbl>
    <w:p w14:paraId="439DFAE5"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Водещ регистъра: ……………………………</w:t>
      </w:r>
    </w:p>
    <w:p w14:paraId="1EAEEECC" w14:textId="77777777" w:rsidR="00BC4E80" w:rsidRDefault="00BC4E80">
      <w:pPr>
        <w:pageBreakBefore/>
        <w:spacing w:after="2800"/>
      </w:pPr>
    </w:p>
    <w:p w14:paraId="380BC627" w14:textId="77777777" w:rsidR="00BC4E80" w:rsidRDefault="00BC4E80">
      <w:pPr>
        <w:spacing w:after="200"/>
        <w:jc w:val="center"/>
      </w:pPr>
      <w:r>
        <w:rPr>
          <w:rFonts w:ascii="Times New Roman" w:hAnsi="Times New Roman" w:cs="Times New Roman" w:eastAsia="Times New Roman"/>
          <w:b/>
          <w:sz w:val="32"/>
        </w:rPr>
        <w:t>РАЗДЕЛ VIII</w:t>
      </w:r>
    </w:p>
    <w:p w14:paraId="36BD88EE" w14:textId="77777777" w:rsidR="00BC4E80" w:rsidRDefault="00BC4E80">
      <w:pPr>
        <w:jc w:val="center"/>
      </w:pPr>
      <w:r>
        <w:rPr>
          <w:rFonts w:ascii="Times New Roman" w:hAnsi="Times New Roman" w:cs="Times New Roman" w:eastAsia="Times New Roman"/>
          <w:b/>
          <w:sz w:val="28"/>
        </w:rPr>
        <w:t>РАБОТА С РОДИТЕЛИТЕ</w:t>
      </w:r>
    </w:p>
    <w:p w14:paraId="203AE63C"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54 към Правилника за дейността на училището</w:t>
      </w:r>
    </w:p>
    <w:p w14:paraId="0E9F422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EF52231" wp14:editId="7D2DAC3C">
            <wp:extent cx="6483600" cy="117515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EB86D31" w14:textId="77777777" w:rsidR="00BC4E80" w:rsidRDefault="00BC4E80">
      <w:pPr>
        <w:spacing w:before="80" w:after="40"/>
        <w:jc w:val="center"/>
      </w:pPr>
      <w:r>
        <w:rPr>
          <w:rFonts w:ascii="Times New Roman" w:hAnsi="Times New Roman" w:cs="Times New Roman" w:eastAsia="Times New Roman"/>
          <w:b/>
          <w:sz w:val="26"/>
        </w:rPr>
        <w:t>П Р О Т О К О Л</w:t>
      </w:r>
    </w:p>
    <w:p w14:paraId="5441A0AE" w14:textId="77777777" w:rsidR="00BC4E80" w:rsidRDefault="00BC4E80">
      <w:pPr>
        <w:spacing w:after="80"/>
        <w:jc w:val="center"/>
      </w:pPr>
      <w:r>
        <w:rPr>
          <w:rFonts w:ascii="Times New Roman" w:hAnsi="Times New Roman" w:cs="Times New Roman" w:eastAsia="Times New Roman"/>
          <w:b/>
        </w:rPr>
        <w:t>от родителска среща</w:t>
      </w:r>
    </w:p>
    <w:p w14:paraId="74BE0FAB" w14:textId="77777777" w:rsidR="00BC4E80" w:rsidRDefault="00BC4E80">
      <w:pPr>
        <w:spacing w:after="160"/>
        <w:jc w:val="center"/>
      </w:pPr>
      <w:r>
        <w:rPr>
          <w:rFonts w:ascii="Times New Roman" w:hAnsi="Times New Roman" w:cs="Times New Roman" w:eastAsia="Times New Roman"/>
          <w:i/>
          <w:sz w:val="20"/>
        </w:rPr>
        <w:t>чл. 144 и сл. от ПДУ – взаимодействие с родителите</w:t>
      </w:r>
    </w:p>
    <w:p w14:paraId="3A6C18DE" w14:textId="77777777" w:rsidR="00BC4E80" w:rsidRDefault="00BC4E80">
      <w:pPr>
        <w:spacing w:after="40"/>
      </w:pPr>
      <w:r>
        <w:rPr>
          <w:rFonts w:ascii="Times New Roman" w:hAnsi="Times New Roman" w:cs="Times New Roman" w:eastAsia="Times New Roman"/>
          <w:sz w:val="24"/>
        </w:rPr>
        <w:t>Протокол № …………………………………… / …………………………………………………… г.</w:t>
      </w:r>
    </w:p>
    <w:p w14:paraId="6002DF54" w14:textId="77777777" w:rsidR="00BC4E80" w:rsidRDefault="00BC4E80">
      <w:pPr>
        <w:spacing w:after="40"/>
      </w:pPr>
      <w:r>
        <w:rPr>
          <w:rFonts w:ascii="Times New Roman" w:hAnsi="Times New Roman" w:cs="Times New Roman" w:eastAsia="Times New Roman"/>
          <w:sz w:val="24"/>
        </w:rPr>
        <w:t>Клас: ……………………        Специалност: ……………………………………………………………</w:t>
      </w:r>
    </w:p>
    <w:p w14:paraId="693E7BD2" w14:textId="77777777" w:rsidR="00BC4E80" w:rsidRDefault="00BC4E80">
      <w:pPr>
        <w:spacing w:after="40"/>
      </w:pPr>
      <w:r>
        <w:rPr>
          <w:rFonts w:ascii="Times New Roman" w:hAnsi="Times New Roman" w:cs="Times New Roman" w:eastAsia="Times New Roman"/>
          <w:sz w:val="24"/>
        </w:rPr>
        <w:t>Класен ръководител: ……………………………………………………………………………………</w:t>
      </w:r>
    </w:p>
    <w:p w14:paraId="1D210D1E" w14:textId="77777777" w:rsidR="00BC4E80" w:rsidRDefault="00BC4E80">
      <w:pPr>
        <w:spacing w:after="40"/>
      </w:pPr>
      <w:r>
        <w:rPr>
          <w:rFonts w:ascii="Times New Roman" w:hAnsi="Times New Roman" w:cs="Times New Roman" w:eastAsia="Times New Roman"/>
          <w:sz w:val="24"/>
        </w:rPr>
        <w:t>Присъствали родители: …………………… от общо ……………………… ученици в паралелката</w:t>
      </w:r>
    </w:p>
    <w:p w14:paraId="18010BF9" w14:textId="77777777" w:rsidR="00BC4E80" w:rsidRDefault="00BC4E80">
      <w:pPr>
        <w:spacing w:after="80"/>
      </w:pPr>
    </w:p>
    <w:p w14:paraId="7B34FB49" w14:textId="77777777" w:rsidR="00BC4E80" w:rsidRDefault="00BC4E80">
      <w:pPr>
        <w:spacing w:after="80"/>
        <w:jc w:val="both"/>
      </w:pPr>
      <w:r>
        <w:rPr>
          <w:rFonts w:ascii="Times New Roman" w:hAnsi="Times New Roman" w:cs="Times New Roman" w:eastAsia="Times New Roman"/>
          <w:sz w:val="24"/>
        </w:rPr>
        <w:t>ДНЕВЕН РЕД:</w:t>
      </w:r>
    </w:p>
    <w:p w14:paraId="3A9929B0" w14:textId="77777777" w:rsidR="00BC4E80" w:rsidRDefault="00BC4E80">
      <w:pPr>
        <w:spacing w:after="80"/>
      </w:pPr>
      <w:r>
        <w:rPr>
          <w:rFonts w:ascii="Times New Roman" w:hAnsi="Times New Roman" w:cs="Times New Roman" w:eastAsia="Times New Roman"/>
          <w:sz w:val="24"/>
        </w:rPr>
        <w:t>1. ……………………………………………………………………………………………………………</w:t>
      </w:r>
    </w:p>
    <w:p w14:paraId="20E11CAE" w14:textId="77777777" w:rsidR="00BC4E80" w:rsidRDefault="00BC4E80">
      <w:pPr>
        <w:spacing w:after="80"/>
      </w:pPr>
      <w:r>
        <w:rPr>
          <w:rFonts w:ascii="Times New Roman" w:hAnsi="Times New Roman" w:cs="Times New Roman" w:eastAsia="Times New Roman"/>
          <w:sz w:val="24"/>
        </w:rPr>
        <w:t>2. ……………………………………………………………………………………………………………</w:t>
      </w:r>
    </w:p>
    <w:p w14:paraId="77160D95" w14:textId="77777777" w:rsidR="00BC4E80" w:rsidRDefault="00BC4E80">
      <w:pPr>
        <w:spacing w:after="80"/>
      </w:pPr>
      <w:r>
        <w:rPr>
          <w:rFonts w:ascii="Times New Roman" w:hAnsi="Times New Roman" w:cs="Times New Roman" w:eastAsia="Times New Roman"/>
          <w:sz w:val="24"/>
        </w:rPr>
        <w:t>3. ……………………………………………………………………………………………………………</w:t>
      </w:r>
    </w:p>
    <w:p w14:paraId="24140D2F" w14:textId="77777777" w:rsidR="00BC4E80" w:rsidRDefault="00BC4E80">
      <w:pPr>
        <w:spacing w:after="80"/>
      </w:pPr>
      <w:r>
        <w:rPr>
          <w:rFonts w:ascii="Times New Roman" w:hAnsi="Times New Roman" w:cs="Times New Roman" w:eastAsia="Times New Roman"/>
          <w:sz w:val="24"/>
        </w:rPr>
        <w:t>По т. 1: ……………………………………………………………………………………………………</w:t>
      </w:r>
    </w:p>
    <w:p w14:paraId="304A87E3" w14:textId="77777777" w:rsidR="00BC4E80" w:rsidRDefault="00BC4E80">
      <w:pPr>
        <w:spacing w:after="80"/>
      </w:pPr>
      <w:r>
        <w:rPr>
          <w:rFonts w:ascii="Times New Roman" w:hAnsi="Times New Roman" w:cs="Times New Roman" w:eastAsia="Times New Roman"/>
          <w:sz w:val="24"/>
        </w:rPr>
        <w:t>………………………………………………………………………………………………………………</w:t>
      </w:r>
    </w:p>
    <w:p w14:paraId="364BD1B4" w14:textId="77777777" w:rsidR="00BC4E80" w:rsidRDefault="00BC4E80">
      <w:pPr>
        <w:spacing w:after="80"/>
      </w:pPr>
      <w:r>
        <w:rPr>
          <w:rFonts w:ascii="Times New Roman" w:hAnsi="Times New Roman" w:cs="Times New Roman" w:eastAsia="Times New Roman"/>
          <w:sz w:val="24"/>
        </w:rPr>
        <w:t>………………………………………………………………………………………………………………</w:t>
      </w:r>
    </w:p>
    <w:p w14:paraId="15B8AFC0" w14:textId="77777777" w:rsidR="00BC4E80" w:rsidRDefault="00BC4E80">
      <w:pPr>
        <w:spacing w:after="80"/>
      </w:pPr>
      <w:r>
        <w:rPr>
          <w:rFonts w:ascii="Times New Roman" w:hAnsi="Times New Roman" w:cs="Times New Roman" w:eastAsia="Times New Roman"/>
          <w:sz w:val="24"/>
        </w:rPr>
        <w:t>По т. 2: ……………………………………………………………………………………………………</w:t>
      </w:r>
    </w:p>
    <w:p w14:paraId="693B058E" w14:textId="77777777" w:rsidR="00BC4E80" w:rsidRDefault="00BC4E80">
      <w:pPr>
        <w:spacing w:after="80"/>
      </w:pPr>
      <w:r>
        <w:rPr>
          <w:rFonts w:ascii="Times New Roman" w:hAnsi="Times New Roman" w:cs="Times New Roman" w:eastAsia="Times New Roman"/>
          <w:sz w:val="24"/>
        </w:rPr>
        <w:t>………………………………………………………………………………………………………………</w:t>
      </w:r>
    </w:p>
    <w:p w14:paraId="18510A41" w14:textId="77777777" w:rsidR="00BC4E80" w:rsidRDefault="00BC4E80">
      <w:pPr>
        <w:spacing w:after="80"/>
      </w:pPr>
      <w:r>
        <w:rPr>
          <w:rFonts w:ascii="Times New Roman" w:hAnsi="Times New Roman" w:cs="Times New Roman" w:eastAsia="Times New Roman"/>
          <w:sz w:val="24"/>
        </w:rPr>
        <w:t>По т. 3: ……………………………………………………………………………………………………</w:t>
      </w:r>
    </w:p>
    <w:p w14:paraId="78032824" w14:textId="77777777" w:rsidR="00BC4E80" w:rsidRDefault="00BC4E80">
      <w:pPr>
        <w:spacing w:after="80"/>
      </w:pPr>
      <w:r>
        <w:rPr>
          <w:rFonts w:ascii="Times New Roman" w:hAnsi="Times New Roman" w:cs="Times New Roman" w:eastAsia="Times New Roman"/>
          <w:sz w:val="24"/>
        </w:rPr>
        <w:t>………………………………………………………………………………………………………………</w:t>
      </w:r>
    </w:p>
    <w:p w14:paraId="2C27E6B0" w14:textId="77777777" w:rsidR="00BC4E80" w:rsidRDefault="00BC4E80">
      <w:pPr>
        <w:spacing w:after="80"/>
        <w:jc w:val="both"/>
      </w:pPr>
      <w:r>
        <w:rPr>
          <w:rFonts w:ascii="Times New Roman" w:hAnsi="Times New Roman" w:cs="Times New Roman" w:eastAsia="Times New Roman"/>
          <w:sz w:val="24"/>
        </w:rPr>
        <w:t>РЕШЕНИЯ И ДОГОВОРЕНОСТИ:</w:t>
      </w:r>
    </w:p>
    <w:p w14:paraId="11C9C049" w14:textId="77777777" w:rsidR="00BC4E80" w:rsidRDefault="00BC4E80">
      <w:pPr>
        <w:spacing w:after="80"/>
      </w:pPr>
      <w:r>
        <w:rPr>
          <w:rFonts w:ascii="Times New Roman" w:hAnsi="Times New Roman" w:cs="Times New Roman" w:eastAsia="Times New Roman"/>
          <w:sz w:val="24"/>
        </w:rPr>
        <w:t>1. ……………………………………………………………………………………………………………</w:t>
      </w:r>
    </w:p>
    <w:p w14:paraId="03E27BE7" w14:textId="77777777" w:rsidR="00BC4E80" w:rsidRDefault="00BC4E80">
      <w:pPr>
        <w:spacing w:after="80"/>
      </w:pPr>
      <w:r>
        <w:rPr>
          <w:rFonts w:ascii="Times New Roman" w:hAnsi="Times New Roman" w:cs="Times New Roman" w:eastAsia="Times New Roman"/>
          <w:sz w:val="24"/>
        </w:rPr>
        <w:t>2. ……………………………………………………………………………………………………………</w:t>
      </w:r>
    </w:p>
    <w:p w14:paraId="22B7F60E" w14:textId="77777777" w:rsidR="00BC4E80" w:rsidRDefault="00BC4E80">
      <w:pPr>
        <w:spacing w:after="80"/>
      </w:pPr>
      <w:r>
        <w:rPr>
          <w:rFonts w:ascii="Times New Roman" w:hAnsi="Times New Roman" w:cs="Times New Roman" w:eastAsia="Times New Roman"/>
          <w:sz w:val="24"/>
        </w:rPr>
        <w:t>Поставени въпроси от родители: ………………………………………………………………………</w:t>
      </w:r>
    </w:p>
    <w:p w14:paraId="06674637" w14:textId="77777777" w:rsidR="00BC4E80" w:rsidRDefault="00BC4E80">
      <w:pPr>
        <w:spacing w:after="80"/>
      </w:pPr>
      <w:r>
        <w:rPr>
          <w:rFonts w:ascii="Times New Roman" w:hAnsi="Times New Roman" w:cs="Times New Roman" w:eastAsia="Times New Roman"/>
          <w:sz w:val="24"/>
        </w:rPr>
        <w:t>………………………………………………………………………………………………………………</w:t>
      </w:r>
    </w:p>
    <w:p w14:paraId="42FD5843" w14:textId="77777777" w:rsidR="00BC4E80" w:rsidRDefault="00BC4E80">
      <w:pPr>
        <w:spacing w:after="80"/>
      </w:pPr>
    </w:p>
    <w:p w14:paraId="0C2FE998" w14:textId="77777777" w:rsidR="00BC4E80" w:rsidRDefault="00BC4E80">
      <w:pPr>
        <w:spacing w:after="80"/>
        <w:jc w:val="both"/>
      </w:pPr>
      <w:r>
        <w:rPr>
          <w:rFonts w:ascii="Times New Roman" w:hAnsi="Times New Roman" w:cs="Times New Roman" w:eastAsia="Times New Roman"/>
          <w:i/>
          <w:sz w:val="20"/>
        </w:rPr>
        <w:t>Присъствен списък с подписи на родителите – неразделна част от протокола.</w:t>
      </w:r>
    </w:p>
    <w:p w14:paraId="25212B3C" w14:textId="77777777" w:rsidR="00BC4E80" w:rsidRDefault="00BC4E80">
      <w:pPr>
        <w:spacing w:after="200"/>
      </w:pPr>
    </w:p>
    <w:tbl>
      <w:tblPr>
        <w:tblStyle w:val="aff9"/>
        <w:tblW w:w="0" w:type="auto"/>
        <w:tblLook w:val="04A0" w:firstRow="1" w:lastRow="0" w:firstColumn="1" w:lastColumn="0" w:noHBand="0" w:noVBand="1"/>
      </w:tblPr>
      <w:tblGrid>
        <w:gridCol w:w="567"/>
        <w:gridCol w:w="3969"/>
        <w:gridCol w:w="3402"/>
        <w:gridCol w:w="2154"/>
      </w:tblGrid>
      <w:tr w:rsidR="00BC4E80" w14:paraId="5ACD4462" w14:textId="77777777">
        <w:tc>
          <w:tcPr>
            <w:tcW w:w="567" w:type="dxa"/>
          </w:tcPr>
          <w:p w14:paraId="04846D6C" w14:textId="77777777" w:rsidR="00BC4E80" w:rsidRDefault="00BC4E80">
            <w:pPr>
              <w:jc w:val="center"/>
            </w:pPr>
            <w:r>
              <w:rPr>
                <w:rFonts w:ascii="Times New Roman" w:hAnsi="Times New Roman" w:cs="Times New Roman" w:eastAsia="Times New Roman"/>
                <w:b/>
                <w:sz w:val="20"/>
              </w:rPr>
              <w:t>№</w:t>
            </w:r>
          </w:p>
        </w:tc>
        <w:tc>
          <w:tcPr>
            <w:tcW w:w="3969" w:type="dxa"/>
          </w:tcPr>
          <w:p w14:paraId="67668CCB" w14:textId="77777777" w:rsidR="00BC4E80" w:rsidRDefault="00BC4E80">
            <w:pPr>
              <w:jc w:val="center"/>
            </w:pPr>
            <w:r>
              <w:rPr>
                <w:rFonts w:ascii="Times New Roman" w:hAnsi="Times New Roman" w:cs="Times New Roman" w:eastAsia="Times New Roman"/>
                <w:b/>
                <w:sz w:val="20"/>
              </w:rPr>
              <w:t>Трите имена на родителя</w:t>
            </w:r>
          </w:p>
        </w:tc>
        <w:tc>
          <w:tcPr>
            <w:tcW w:w="3402" w:type="dxa"/>
          </w:tcPr>
          <w:p w14:paraId="6434294D" w14:textId="77777777" w:rsidR="00BC4E80" w:rsidRDefault="00BC4E80">
            <w:pPr>
              <w:jc w:val="center"/>
            </w:pPr>
            <w:r>
              <w:rPr>
                <w:rFonts w:ascii="Times New Roman" w:hAnsi="Times New Roman" w:cs="Times New Roman" w:eastAsia="Times New Roman"/>
                <w:b/>
                <w:sz w:val="20"/>
              </w:rPr>
              <w:t>Ученик</w:t>
            </w:r>
          </w:p>
        </w:tc>
        <w:tc>
          <w:tcPr>
            <w:tcW w:w="2154" w:type="dxa"/>
          </w:tcPr>
          <w:p w14:paraId="40215BD8" w14:textId="77777777" w:rsidR="00BC4E80" w:rsidRDefault="00BC4E80">
            <w:pPr>
              <w:jc w:val="center"/>
            </w:pPr>
            <w:r>
              <w:rPr>
                <w:rFonts w:ascii="Times New Roman" w:hAnsi="Times New Roman" w:cs="Times New Roman" w:eastAsia="Times New Roman"/>
                <w:b/>
                <w:sz w:val="20"/>
              </w:rPr>
              <w:t>Подпис</w:t>
            </w:r>
          </w:p>
        </w:tc>
      </w:tr>
      <w:tr w:rsidR="00BC4E80" w14:paraId="2CE2CBCB" w14:textId="77777777">
        <w:tc>
          <w:tcPr>
            <w:tcW w:w="567" w:type="dxa"/>
          </w:tcPr>
          <w:p w14:paraId="0FC5586B" w14:textId="77777777" w:rsidR="00BC4E80" w:rsidRDefault="00BC4E80">
            <w:pPr>
              <w:spacing w:after="60"/>
            </w:pPr>
          </w:p>
        </w:tc>
        <w:tc>
          <w:tcPr>
            <w:tcW w:w="3969" w:type="dxa"/>
          </w:tcPr>
          <w:p w14:paraId="20DDBB2B" w14:textId="77777777" w:rsidR="00BC4E80" w:rsidRDefault="00BC4E80">
            <w:pPr>
              <w:spacing w:after="60"/>
            </w:pPr>
          </w:p>
        </w:tc>
        <w:tc>
          <w:tcPr>
            <w:tcW w:w="3402" w:type="dxa"/>
          </w:tcPr>
          <w:p w14:paraId="7562203B" w14:textId="77777777" w:rsidR="00BC4E80" w:rsidRDefault="00BC4E80">
            <w:pPr>
              <w:spacing w:after="60"/>
            </w:pPr>
          </w:p>
        </w:tc>
        <w:tc>
          <w:tcPr>
            <w:tcW w:w="2154" w:type="dxa"/>
          </w:tcPr>
          <w:p w14:paraId="507B7FCD" w14:textId="77777777" w:rsidR="00BC4E80" w:rsidRDefault="00BC4E80">
            <w:pPr>
              <w:spacing w:after="60"/>
            </w:pPr>
          </w:p>
        </w:tc>
      </w:tr>
      <w:tr w:rsidR="00BC4E80" w14:paraId="4C9AF800" w14:textId="77777777">
        <w:tc>
          <w:tcPr>
            <w:tcW w:w="567" w:type="dxa"/>
          </w:tcPr>
          <w:p w14:paraId="13B0E8F1" w14:textId="77777777" w:rsidR="00BC4E80" w:rsidRDefault="00BC4E80">
            <w:pPr>
              <w:spacing w:after="60"/>
            </w:pPr>
          </w:p>
        </w:tc>
        <w:tc>
          <w:tcPr>
            <w:tcW w:w="3969" w:type="dxa"/>
          </w:tcPr>
          <w:p w14:paraId="04E50FE4" w14:textId="77777777" w:rsidR="00BC4E80" w:rsidRDefault="00BC4E80">
            <w:pPr>
              <w:spacing w:after="60"/>
            </w:pPr>
          </w:p>
        </w:tc>
        <w:tc>
          <w:tcPr>
            <w:tcW w:w="3402" w:type="dxa"/>
          </w:tcPr>
          <w:p w14:paraId="629F42FE" w14:textId="77777777" w:rsidR="00BC4E80" w:rsidRDefault="00BC4E80">
            <w:pPr>
              <w:spacing w:after="60"/>
            </w:pPr>
          </w:p>
        </w:tc>
        <w:tc>
          <w:tcPr>
            <w:tcW w:w="2154" w:type="dxa"/>
          </w:tcPr>
          <w:p w14:paraId="12D9E7B6" w14:textId="77777777" w:rsidR="00BC4E80" w:rsidRDefault="00BC4E80">
            <w:pPr>
              <w:spacing w:after="60"/>
            </w:pPr>
          </w:p>
        </w:tc>
      </w:tr>
      <w:tr w:rsidR="00BC4E80" w14:paraId="3F69C65D" w14:textId="77777777">
        <w:tc>
          <w:tcPr>
            <w:tcW w:w="567" w:type="dxa"/>
          </w:tcPr>
          <w:p w14:paraId="7028EB64" w14:textId="77777777" w:rsidR="00BC4E80" w:rsidRDefault="00BC4E80">
            <w:pPr>
              <w:spacing w:after="60"/>
            </w:pPr>
          </w:p>
        </w:tc>
        <w:tc>
          <w:tcPr>
            <w:tcW w:w="3969" w:type="dxa"/>
          </w:tcPr>
          <w:p w14:paraId="6CDB61E6" w14:textId="77777777" w:rsidR="00BC4E80" w:rsidRDefault="00BC4E80">
            <w:pPr>
              <w:spacing w:after="60"/>
            </w:pPr>
          </w:p>
        </w:tc>
        <w:tc>
          <w:tcPr>
            <w:tcW w:w="3402" w:type="dxa"/>
          </w:tcPr>
          <w:p w14:paraId="37479716" w14:textId="77777777" w:rsidR="00BC4E80" w:rsidRDefault="00BC4E80">
            <w:pPr>
              <w:spacing w:after="60"/>
            </w:pPr>
          </w:p>
        </w:tc>
        <w:tc>
          <w:tcPr>
            <w:tcW w:w="2154" w:type="dxa"/>
          </w:tcPr>
          <w:p w14:paraId="507BFB70" w14:textId="77777777" w:rsidR="00BC4E80" w:rsidRDefault="00BC4E80">
            <w:pPr>
              <w:spacing w:after="60"/>
            </w:pPr>
          </w:p>
        </w:tc>
      </w:tr>
      <w:tr w:rsidR="00BC4E80" w14:paraId="556F21ED" w14:textId="77777777">
        <w:tc>
          <w:tcPr>
            <w:tcW w:w="567" w:type="dxa"/>
          </w:tcPr>
          <w:p w14:paraId="57EBACFC" w14:textId="77777777" w:rsidR="00BC4E80" w:rsidRDefault="00BC4E80">
            <w:pPr>
              <w:spacing w:after="60"/>
            </w:pPr>
          </w:p>
        </w:tc>
        <w:tc>
          <w:tcPr>
            <w:tcW w:w="3969" w:type="dxa"/>
          </w:tcPr>
          <w:p w14:paraId="0758192A" w14:textId="77777777" w:rsidR="00BC4E80" w:rsidRDefault="00BC4E80">
            <w:pPr>
              <w:spacing w:after="60"/>
            </w:pPr>
          </w:p>
        </w:tc>
        <w:tc>
          <w:tcPr>
            <w:tcW w:w="3402" w:type="dxa"/>
          </w:tcPr>
          <w:p w14:paraId="59CA1D06" w14:textId="77777777" w:rsidR="00BC4E80" w:rsidRDefault="00BC4E80">
            <w:pPr>
              <w:spacing w:after="60"/>
            </w:pPr>
          </w:p>
        </w:tc>
        <w:tc>
          <w:tcPr>
            <w:tcW w:w="2154" w:type="dxa"/>
          </w:tcPr>
          <w:p w14:paraId="39C854EF" w14:textId="77777777" w:rsidR="00BC4E80" w:rsidRDefault="00BC4E80">
            <w:pPr>
              <w:spacing w:after="60"/>
            </w:pPr>
          </w:p>
        </w:tc>
      </w:tr>
      <w:tr w:rsidR="00BC4E80" w14:paraId="6932924A" w14:textId="77777777">
        <w:tc>
          <w:tcPr>
            <w:tcW w:w="567" w:type="dxa"/>
          </w:tcPr>
          <w:p w14:paraId="2375576B" w14:textId="77777777" w:rsidR="00BC4E80" w:rsidRDefault="00BC4E80">
            <w:pPr>
              <w:spacing w:after="60"/>
            </w:pPr>
          </w:p>
        </w:tc>
        <w:tc>
          <w:tcPr>
            <w:tcW w:w="3969" w:type="dxa"/>
          </w:tcPr>
          <w:p w14:paraId="67A760F0" w14:textId="77777777" w:rsidR="00BC4E80" w:rsidRDefault="00BC4E80">
            <w:pPr>
              <w:spacing w:after="60"/>
            </w:pPr>
          </w:p>
        </w:tc>
        <w:tc>
          <w:tcPr>
            <w:tcW w:w="3402" w:type="dxa"/>
          </w:tcPr>
          <w:p w14:paraId="1B3EB274" w14:textId="77777777" w:rsidR="00BC4E80" w:rsidRDefault="00BC4E80">
            <w:pPr>
              <w:spacing w:after="60"/>
            </w:pPr>
          </w:p>
        </w:tc>
        <w:tc>
          <w:tcPr>
            <w:tcW w:w="2154" w:type="dxa"/>
          </w:tcPr>
          <w:p w14:paraId="4F50C8C2" w14:textId="77777777" w:rsidR="00BC4E80" w:rsidRDefault="00BC4E80">
            <w:pPr>
              <w:spacing w:after="60"/>
            </w:pPr>
          </w:p>
        </w:tc>
      </w:tr>
      <w:tr w:rsidR="00BC4E80" w14:paraId="235FB185" w14:textId="77777777">
        <w:tc>
          <w:tcPr>
            <w:tcW w:w="567" w:type="dxa"/>
          </w:tcPr>
          <w:p w14:paraId="54231C97" w14:textId="77777777" w:rsidR="00BC4E80" w:rsidRDefault="00BC4E80">
            <w:pPr>
              <w:spacing w:after="60"/>
            </w:pPr>
          </w:p>
        </w:tc>
        <w:tc>
          <w:tcPr>
            <w:tcW w:w="3969" w:type="dxa"/>
          </w:tcPr>
          <w:p w14:paraId="620CA26C" w14:textId="77777777" w:rsidR="00BC4E80" w:rsidRDefault="00BC4E80">
            <w:pPr>
              <w:spacing w:after="60"/>
            </w:pPr>
          </w:p>
        </w:tc>
        <w:tc>
          <w:tcPr>
            <w:tcW w:w="3402" w:type="dxa"/>
          </w:tcPr>
          <w:p w14:paraId="19BFF3B6" w14:textId="77777777" w:rsidR="00BC4E80" w:rsidRDefault="00BC4E80">
            <w:pPr>
              <w:spacing w:after="60"/>
            </w:pPr>
          </w:p>
        </w:tc>
        <w:tc>
          <w:tcPr>
            <w:tcW w:w="2154" w:type="dxa"/>
          </w:tcPr>
          <w:p w14:paraId="73F544DC" w14:textId="77777777" w:rsidR="00BC4E80" w:rsidRDefault="00BC4E80">
            <w:pPr>
              <w:spacing w:after="60"/>
            </w:pPr>
          </w:p>
        </w:tc>
      </w:tr>
    </w:tbl>
    <w:p w14:paraId="292A1010" w14:textId="77777777" w:rsidR="00BC4E80" w:rsidRDefault="00BC4E80">
      <w:pPr>
        <w:tabs>
          <w:tab w:val="left" w:pos="5386"/>
        </w:tabs>
        <w:spacing w:after="160"/>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Протоколчик: …………………………………</w:t>
      </w:r>
    </w:p>
    <w:p w14:paraId="4DB6F9F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55 към Правилника за дейността на училището</w:t>
      </w:r>
    </w:p>
    <w:p w14:paraId="7FA190B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C3562FF" wp14:editId="0723AB61">
            <wp:extent cx="6483600" cy="117515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4399797" w14:textId="77777777" w:rsidR="00BC4E80" w:rsidRDefault="00BC4E80">
      <w:pPr>
        <w:spacing w:before="80" w:after="40"/>
        <w:jc w:val="center"/>
      </w:pPr>
      <w:r>
        <w:rPr>
          <w:rFonts w:ascii="Times New Roman" w:hAnsi="Times New Roman" w:cs="Times New Roman" w:eastAsia="Times New Roman"/>
          <w:b/>
          <w:sz w:val="26"/>
        </w:rPr>
        <w:t>П Р О Т О К О Л</w:t>
      </w:r>
    </w:p>
    <w:p w14:paraId="60797743" w14:textId="77777777" w:rsidR="00BC4E80" w:rsidRDefault="00BC4E80">
      <w:pPr>
        <w:spacing w:after="80"/>
        <w:jc w:val="center"/>
      </w:pPr>
      <w:r>
        <w:rPr>
          <w:rFonts w:ascii="Times New Roman" w:hAnsi="Times New Roman" w:cs="Times New Roman" w:eastAsia="Times New Roman"/>
          <w:b/>
        </w:rPr>
        <w:t>от индивидуална среща с родител</w:t>
      </w:r>
    </w:p>
    <w:p w14:paraId="2EE12579" w14:textId="77777777" w:rsidR="00BC4E80" w:rsidRDefault="00BC4E80">
      <w:pPr>
        <w:spacing w:after="160"/>
        <w:jc w:val="center"/>
      </w:pPr>
      <w:r>
        <w:rPr>
          <w:rFonts w:ascii="Times New Roman" w:hAnsi="Times New Roman" w:cs="Times New Roman" w:eastAsia="Times New Roman"/>
          <w:i/>
          <w:sz w:val="20"/>
        </w:rPr>
        <w:t>чл. 38 и чл. 138 от ПДУ</w:t>
      </w:r>
    </w:p>
    <w:p w14:paraId="0E676E86" w14:textId="77777777" w:rsidR="00BC4E80" w:rsidRDefault="00BC4E80">
      <w:pPr>
        <w:spacing w:after="40"/>
      </w:pPr>
      <w:r>
        <w:rPr>
          <w:rFonts w:ascii="Times New Roman" w:hAnsi="Times New Roman" w:cs="Times New Roman" w:eastAsia="Times New Roman"/>
          <w:sz w:val="24"/>
        </w:rPr>
        <w:t>Дата: …………………… г.        Час: ………………        Място: ………………………………………</w:t>
      </w:r>
    </w:p>
    <w:p w14:paraId="3107BCCF" w14:textId="77777777" w:rsidR="00BC4E80" w:rsidRDefault="00BC4E80">
      <w:pPr>
        <w:spacing w:after="40"/>
      </w:pPr>
      <w:r>
        <w:rPr>
          <w:rFonts w:ascii="Times New Roman" w:hAnsi="Times New Roman" w:cs="Times New Roman" w:eastAsia="Times New Roman"/>
          <w:sz w:val="24"/>
        </w:rPr>
        <w:t>Родител / настойник: ……………………………………………………………………………………</w:t>
      </w:r>
    </w:p>
    <w:p w14:paraId="10E31889" w14:textId="77777777" w:rsidR="00BC4E80" w:rsidRDefault="00BC4E80">
      <w:pPr>
        <w:spacing w:after="40"/>
      </w:pPr>
      <w:r>
        <w:rPr>
          <w:rFonts w:ascii="Times New Roman" w:hAnsi="Times New Roman" w:cs="Times New Roman" w:eastAsia="Times New Roman"/>
          <w:sz w:val="24"/>
        </w:rPr>
        <w:t>на ученика/ученичката …………………………………………………………………………………</w:t>
      </w:r>
    </w:p>
    <w:p w14:paraId="7330F03F" w14:textId="77777777" w:rsidR="00BC4E80" w:rsidRDefault="00BC4E80">
      <w:pPr>
        <w:spacing w:after="40"/>
      </w:pPr>
      <w:r>
        <w:rPr>
          <w:rFonts w:ascii="Times New Roman" w:hAnsi="Times New Roman" w:cs="Times New Roman" w:eastAsia="Times New Roman"/>
          <w:sz w:val="24"/>
        </w:rPr>
        <w:t>Клас: …………………        Специалност: ………………………………………………………………</w:t>
      </w:r>
    </w:p>
    <w:p w14:paraId="377D8EBC" w14:textId="77777777" w:rsidR="00BC4E80" w:rsidRDefault="00BC4E80">
      <w:pPr>
        <w:spacing w:after="80"/>
      </w:pPr>
    </w:p>
    <w:p w14:paraId="66D980DC" w14:textId="77777777" w:rsidR="00BC4E80" w:rsidRDefault="00BC4E80">
      <w:pPr>
        <w:spacing w:after="80"/>
        <w:jc w:val="both"/>
      </w:pPr>
      <w:r>
        <w:rPr>
          <w:rFonts w:ascii="Times New Roman" w:hAnsi="Times New Roman" w:cs="Times New Roman" w:eastAsia="Times New Roman"/>
          <w:sz w:val="24"/>
        </w:rPr>
        <w:t>Срещата е по инициатива на: ☐ родителя   ☐ класния ръководител   ☐ учител   ☐ педагогическия съветник   ☐ директора</w:t>
      </w:r>
    </w:p>
    <w:p w14:paraId="41316B76" w14:textId="77777777" w:rsidR="00BC4E80" w:rsidRDefault="00BC4E80">
      <w:pPr>
        <w:spacing w:after="80"/>
      </w:pPr>
      <w:r>
        <w:rPr>
          <w:rFonts w:ascii="Times New Roman" w:hAnsi="Times New Roman" w:cs="Times New Roman" w:eastAsia="Times New Roman"/>
          <w:sz w:val="24"/>
        </w:rPr>
        <w:t>Присъствали: ……………………………………………………………………………………………</w:t>
      </w:r>
    </w:p>
    <w:p w14:paraId="1FF46B28" w14:textId="77777777" w:rsidR="00BC4E80" w:rsidRDefault="00BC4E80">
      <w:pPr>
        <w:spacing w:after="80"/>
      </w:pPr>
      <w:r>
        <w:rPr>
          <w:rFonts w:ascii="Times New Roman" w:hAnsi="Times New Roman" w:cs="Times New Roman" w:eastAsia="Times New Roman"/>
          <w:sz w:val="24"/>
        </w:rPr>
        <w:t>Повод за срещата: ………………………………………………………………………………………</w:t>
      </w:r>
    </w:p>
    <w:p w14:paraId="7EBF9679" w14:textId="77777777" w:rsidR="00BC4E80" w:rsidRDefault="00BC4E80">
      <w:pPr>
        <w:spacing w:after="80"/>
      </w:pPr>
      <w:r>
        <w:rPr>
          <w:rFonts w:ascii="Times New Roman" w:hAnsi="Times New Roman" w:cs="Times New Roman" w:eastAsia="Times New Roman"/>
          <w:sz w:val="24"/>
        </w:rPr>
        <w:t>………………………………………………………………………………………………………………</w:t>
      </w:r>
    </w:p>
    <w:p w14:paraId="16FCA1F6" w14:textId="77777777" w:rsidR="00BC4E80" w:rsidRDefault="00BC4E80">
      <w:pPr>
        <w:spacing w:after="80"/>
      </w:pPr>
      <w:r>
        <w:rPr>
          <w:rFonts w:ascii="Times New Roman" w:hAnsi="Times New Roman" w:cs="Times New Roman" w:eastAsia="Times New Roman"/>
          <w:sz w:val="24"/>
        </w:rPr>
        <w:t>Обсъдени въпроси: ………………………………………………………………………………………</w:t>
      </w:r>
    </w:p>
    <w:p w14:paraId="74DE1389" w14:textId="77777777" w:rsidR="00BC4E80" w:rsidRDefault="00BC4E80">
      <w:pPr>
        <w:spacing w:after="80"/>
      </w:pPr>
      <w:r>
        <w:rPr>
          <w:rFonts w:ascii="Times New Roman" w:hAnsi="Times New Roman" w:cs="Times New Roman" w:eastAsia="Times New Roman"/>
          <w:sz w:val="24"/>
        </w:rPr>
        <w:t>………………………………………………………………………………………………………………</w:t>
      </w:r>
    </w:p>
    <w:p w14:paraId="06A05F51" w14:textId="77777777" w:rsidR="00BC4E80" w:rsidRDefault="00BC4E80">
      <w:pPr>
        <w:spacing w:after="80"/>
      </w:pPr>
      <w:r>
        <w:rPr>
          <w:rFonts w:ascii="Times New Roman" w:hAnsi="Times New Roman" w:cs="Times New Roman" w:eastAsia="Times New Roman"/>
          <w:sz w:val="24"/>
        </w:rPr>
        <w:t>………………………………………………………………………………………………………………</w:t>
      </w:r>
    </w:p>
    <w:p w14:paraId="5175534F" w14:textId="77777777" w:rsidR="00BC4E80" w:rsidRDefault="00BC4E80">
      <w:pPr>
        <w:spacing w:after="80"/>
      </w:pPr>
      <w:r>
        <w:rPr>
          <w:rFonts w:ascii="Times New Roman" w:hAnsi="Times New Roman" w:cs="Times New Roman" w:eastAsia="Times New Roman"/>
          <w:sz w:val="24"/>
        </w:rPr>
        <w:t>Становище на родителя: …………………………………………………………………………………</w:t>
      </w:r>
    </w:p>
    <w:p w14:paraId="1D09CFF9" w14:textId="77777777" w:rsidR="00BC4E80" w:rsidRDefault="00BC4E80">
      <w:pPr>
        <w:spacing w:after="80"/>
      </w:pPr>
      <w:r>
        <w:rPr>
          <w:rFonts w:ascii="Times New Roman" w:hAnsi="Times New Roman" w:cs="Times New Roman" w:eastAsia="Times New Roman"/>
          <w:sz w:val="24"/>
        </w:rPr>
        <w:t>………………………………………………………………………………………………………………</w:t>
      </w:r>
    </w:p>
    <w:p w14:paraId="1C7C47DE" w14:textId="77777777" w:rsidR="00BC4E80" w:rsidRDefault="00BC4E80">
      <w:pPr>
        <w:spacing w:after="80"/>
      </w:pPr>
      <w:r>
        <w:rPr>
          <w:rFonts w:ascii="Times New Roman" w:hAnsi="Times New Roman" w:cs="Times New Roman" w:eastAsia="Times New Roman"/>
          <w:sz w:val="24"/>
        </w:rPr>
        <w:t>Договорени действия и отговорници: …………………………………………………………………</w:t>
      </w:r>
    </w:p>
    <w:p w14:paraId="66DDE344" w14:textId="77777777" w:rsidR="00BC4E80" w:rsidRDefault="00BC4E80">
      <w:pPr>
        <w:spacing w:after="80"/>
      </w:pPr>
      <w:r>
        <w:rPr>
          <w:rFonts w:ascii="Times New Roman" w:hAnsi="Times New Roman" w:cs="Times New Roman" w:eastAsia="Times New Roman"/>
          <w:sz w:val="24"/>
        </w:rPr>
        <w:t>………………………………………………………………………………………………………………</w:t>
      </w:r>
    </w:p>
    <w:p w14:paraId="69649CD0" w14:textId="77777777" w:rsidR="00BC4E80" w:rsidRDefault="00BC4E80">
      <w:pPr>
        <w:spacing w:after="80"/>
      </w:pPr>
      <w:r>
        <w:rPr>
          <w:rFonts w:ascii="Times New Roman" w:hAnsi="Times New Roman" w:cs="Times New Roman" w:eastAsia="Times New Roman"/>
          <w:sz w:val="24"/>
        </w:rPr>
        <w:t>Срок за проследяване: ……………………………………………………………………………………</w:t>
      </w:r>
    </w:p>
    <w:p w14:paraId="53E0D418" w14:textId="77777777" w:rsidR="00BC4E80" w:rsidRDefault="00BC4E80">
      <w:pPr>
        <w:spacing w:after="200"/>
      </w:pPr>
    </w:p>
    <w:p w14:paraId="73357236" w14:textId="77777777" w:rsidR="00BC4E80" w:rsidRDefault="00BC4E80">
      <w:pPr>
        <w:tabs>
          <w:tab w:val="left" w:pos="5386"/>
        </w:tabs>
        <w:spacing w:after="160" w:before="2488"/>
      </w:pPr>
      <w:r>
        <w:rPr>
          <w:rFonts w:ascii="Times New Roman" w:hAnsi="Times New Roman" w:cs="Times New Roman" w:eastAsia="Times New Roman"/>
          <w:sz w:val="24"/>
        </w:rPr>
        <w:t>Класен ръководител: ………………………………</w:t>
      </w:r>
      <w:r>
        <w:rPr>
          <w:rFonts w:ascii="Times New Roman" w:hAnsi="Times New Roman" w:cs="Times New Roman" w:eastAsia="Times New Roman"/>
          <w:sz w:val="24"/>
        </w:rPr>
        <w:tab/>
        <w:t>Родител: ………………………………………</w:t>
      </w:r>
    </w:p>
    <w:p w14:paraId="646B651F" w14:textId="77777777" w:rsidR="00BC4E80" w:rsidRDefault="00BC4E80">
      <w:pPr>
        <w:tabs>
          <w:tab w:val="left" w:pos="5386"/>
        </w:tabs>
        <w:spacing w:after="160"/>
      </w:pPr>
      <w:r>
        <w:rPr>
          <w:rFonts w:ascii="Times New Roman" w:hAnsi="Times New Roman" w:cs="Times New Roman" w:eastAsia="Times New Roman"/>
          <w:sz w:val="24"/>
        </w:rPr>
        <w:t>Педагогически съветник: …………………………</w:t>
      </w:r>
      <w:r>
        <w:rPr>
          <w:rFonts w:ascii="Times New Roman" w:hAnsi="Times New Roman" w:cs="Times New Roman" w:eastAsia="Times New Roman"/>
          <w:sz w:val="24"/>
        </w:rPr>
        <w:tab/>
        <w:t>Директор: ………………………………………</w:t>
      </w:r>
    </w:p>
    <w:p w14:paraId="0713387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56 към Правилника за дейността на училището</w:t>
      </w:r>
    </w:p>
    <w:p w14:paraId="076B18A3"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E725A70" wp14:editId="04046F5B">
            <wp:extent cx="6483600" cy="117515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29CD70B" w14:textId="77777777" w:rsidR="00BC4E80" w:rsidRDefault="00BC4E80">
      <w:r>
        <w:rPr>
          <w:rFonts w:ascii="Times New Roman" w:hAnsi="Times New Roman" w:cs="Times New Roman" w:eastAsia="Times New Roman"/>
          <w:b/>
          <w:sz w:val="24"/>
        </w:rPr>
        <w:t>ДО</w:t>
      </w:r>
    </w:p>
    <w:p w14:paraId="45F292D1" w14:textId="77777777" w:rsidR="00BC4E80" w:rsidRDefault="00BC4E80">
      <w:r>
        <w:rPr>
          <w:rFonts w:ascii="Times New Roman" w:hAnsi="Times New Roman" w:cs="Times New Roman" w:eastAsia="Times New Roman"/>
          <w:b/>
          <w:sz w:val="24"/>
        </w:rPr>
        <w:t>Г-Н / Г-ЖА ………………………………………………………………………………………………</w:t>
      </w:r>
    </w:p>
    <w:p w14:paraId="05F74341" w14:textId="77777777" w:rsidR="00BC4E80" w:rsidRDefault="00BC4E80">
      <w:r>
        <w:rPr>
          <w:rFonts w:ascii="Times New Roman" w:hAnsi="Times New Roman" w:cs="Times New Roman" w:eastAsia="Times New Roman"/>
          <w:b/>
          <w:sz w:val="24"/>
        </w:rPr>
        <w:t>РОДИТЕЛ / НАСТОЙНИК НА УЧЕНИКА</w:t>
      </w:r>
    </w:p>
    <w:p w14:paraId="79DBDA98" w14:textId="77777777" w:rsidR="00BC4E80" w:rsidRDefault="00BC4E80">
      <w:r>
        <w:rPr>
          <w:rFonts w:ascii="Times New Roman" w:hAnsi="Times New Roman" w:cs="Times New Roman" w:eastAsia="Times New Roman"/>
          <w:b/>
          <w:sz w:val="24"/>
        </w:rPr>
        <w:t>………………………………………………………………………………………………………………</w:t>
      </w:r>
    </w:p>
    <w:p w14:paraId="025DEC17" w14:textId="77777777" w:rsidR="00BC4E80" w:rsidRDefault="00BC4E80">
      <w:pPr>
        <w:spacing w:after="160"/>
      </w:pPr>
    </w:p>
    <w:p w14:paraId="6836CD00" w14:textId="77777777" w:rsidR="00BC4E80" w:rsidRDefault="00BC4E80">
      <w:pPr>
        <w:spacing w:before="80" w:after="40"/>
        <w:jc w:val="center"/>
      </w:pPr>
      <w:r>
        <w:rPr>
          <w:rFonts w:ascii="Times New Roman" w:hAnsi="Times New Roman" w:cs="Times New Roman" w:eastAsia="Times New Roman"/>
          <w:b/>
          <w:sz w:val="26"/>
        </w:rPr>
        <w:t>У В Е Д О М Л Е Н И Е   Д О   Р О Д И Т Е Л</w:t>
      </w:r>
    </w:p>
    <w:p w14:paraId="19635E02" w14:textId="77777777" w:rsidR="00BC4E80" w:rsidRDefault="00BC4E80">
      <w:pPr>
        <w:spacing w:after="80"/>
        <w:jc w:val="center"/>
      </w:pPr>
      <w:r>
        <w:rPr>
          <w:rFonts w:ascii="Times New Roman" w:hAnsi="Times New Roman" w:cs="Times New Roman" w:eastAsia="Times New Roman"/>
          <w:b/>
        </w:rPr>
        <w:t>общ образец</w:t>
      </w:r>
    </w:p>
    <w:p w14:paraId="141A3784" w14:textId="77777777" w:rsidR="00BC4E80" w:rsidRDefault="00BC4E80">
      <w:pPr>
        <w:spacing w:after="160"/>
        <w:jc w:val="center"/>
      </w:pPr>
      <w:r>
        <w:rPr>
          <w:rFonts w:ascii="Times New Roman" w:hAnsi="Times New Roman" w:cs="Times New Roman" w:eastAsia="Times New Roman"/>
          <w:i/>
          <w:sz w:val="20"/>
        </w:rPr>
        <w:t>чл. 144 и сл. от ПДУ; чл. 209 от ЗПУО</w:t>
      </w:r>
    </w:p>
    <w:p w14:paraId="4CD06CB0" w14:textId="77777777" w:rsidR="00BC4E80" w:rsidRDefault="00BC4E80">
      <w:pPr>
        <w:spacing w:after="120"/>
      </w:pPr>
      <w:r>
        <w:rPr>
          <w:rFonts w:ascii="Times New Roman" w:hAnsi="Times New Roman" w:cs="Times New Roman" w:eastAsia="Times New Roman"/>
          <w:b/>
          <w:sz w:val="24"/>
        </w:rPr>
        <w:t>УВАЖАЕМИ ГОСПОДИНЕ / УВАЖАЕМА ГОСПОЖО,</w:t>
      </w:r>
    </w:p>
    <w:p w14:paraId="72E67C71" w14:textId="77777777" w:rsidR="00BC4E80" w:rsidRDefault="00BC4E80">
      <w:pPr>
        <w:spacing w:after="80"/>
      </w:pPr>
      <w:r>
        <w:rPr>
          <w:rFonts w:ascii="Times New Roman" w:hAnsi="Times New Roman" w:cs="Times New Roman" w:eastAsia="Times New Roman"/>
          <w:sz w:val="24"/>
        </w:rPr>
        <w:t>Уведомявам Ви във връзка със сина Ви / дъщеря Ви ……………………, ученик/ученичка от …………………… клас, специалност ……………………, относно:</w:t>
      </w:r>
    </w:p>
    <w:p w14:paraId="0F40F975" w14:textId="77777777" w:rsidR="00BC4E80" w:rsidRDefault="00BC4E80">
      <w:pPr>
        <w:spacing w:after="80"/>
        <w:jc w:val="both"/>
      </w:pPr>
      <w:r>
        <w:rPr>
          <w:rFonts w:ascii="Times New Roman" w:hAnsi="Times New Roman" w:cs="Times New Roman" w:eastAsia="Times New Roman"/>
          <w:sz w:val="24"/>
        </w:rPr>
        <w:t>☐ успех и текущи оценки   ☐ допуснати отсъствия   ☐ поведение и дисциплина   ☐ предстояща среща   ☐ предоставяне на подкрепа   ☐ друго</w:t>
      </w:r>
    </w:p>
    <w:p w14:paraId="4AAEC177" w14:textId="77777777" w:rsidR="00BC4E80" w:rsidRDefault="00BC4E80">
      <w:pPr>
        <w:spacing w:after="80"/>
      </w:pPr>
      <w:r>
        <w:rPr>
          <w:rFonts w:ascii="Times New Roman" w:hAnsi="Times New Roman" w:cs="Times New Roman" w:eastAsia="Times New Roman"/>
          <w:sz w:val="24"/>
        </w:rPr>
        <w:t>Съдържание на уведомлението: …………………………………………………………………………</w:t>
      </w:r>
    </w:p>
    <w:p w14:paraId="2D40C268" w14:textId="77777777" w:rsidR="00BC4E80" w:rsidRDefault="00BC4E80">
      <w:pPr>
        <w:spacing w:after="80"/>
      </w:pPr>
      <w:r>
        <w:rPr>
          <w:rFonts w:ascii="Times New Roman" w:hAnsi="Times New Roman" w:cs="Times New Roman" w:eastAsia="Times New Roman"/>
          <w:sz w:val="24"/>
        </w:rPr>
        <w:t>………………………………………………………………………………………………………………</w:t>
      </w:r>
    </w:p>
    <w:p w14:paraId="286ED0E5" w14:textId="77777777" w:rsidR="00BC4E80" w:rsidRDefault="00BC4E80">
      <w:pPr>
        <w:spacing w:after="80"/>
      </w:pPr>
      <w:r>
        <w:rPr>
          <w:rFonts w:ascii="Times New Roman" w:hAnsi="Times New Roman" w:cs="Times New Roman" w:eastAsia="Times New Roman"/>
          <w:sz w:val="24"/>
        </w:rPr>
        <w:t>………………………………………………………………………………………………………………</w:t>
      </w:r>
    </w:p>
    <w:p w14:paraId="3E50B51D" w14:textId="77777777" w:rsidR="00BC4E80" w:rsidRDefault="00BC4E80">
      <w:pPr>
        <w:spacing w:after="80"/>
      </w:pPr>
      <w:r>
        <w:rPr>
          <w:rFonts w:ascii="Times New Roman" w:hAnsi="Times New Roman" w:cs="Times New Roman" w:eastAsia="Times New Roman"/>
          <w:sz w:val="24"/>
        </w:rPr>
        <w:t>………………………………………………………………………………………………………………</w:t>
      </w:r>
    </w:p>
    <w:p w14:paraId="3940DDCC" w14:textId="77777777" w:rsidR="00BC4E80" w:rsidRDefault="00BC4E80">
      <w:pPr>
        <w:spacing w:after="80"/>
      </w:pPr>
      <w:r>
        <w:rPr>
          <w:rFonts w:ascii="Times New Roman" w:hAnsi="Times New Roman" w:cs="Times New Roman" w:eastAsia="Times New Roman"/>
          <w:sz w:val="24"/>
        </w:rPr>
        <w:t>Моля да се свържете с класния ръководител на телефон …………………… или да се явите в училището на …………………… г. в …………………… часа.</w:t>
      </w:r>
    </w:p>
    <w:p w14:paraId="0889A0CC" w14:textId="77777777" w:rsidR="00BC4E80" w:rsidRDefault="00BC4E80">
      <w:pPr>
        <w:spacing w:after="80"/>
        <w:jc w:val="both"/>
      </w:pPr>
      <w:r>
        <w:rPr>
          <w:rFonts w:ascii="Times New Roman" w:hAnsi="Times New Roman" w:cs="Times New Roman" w:eastAsia="Times New Roman"/>
          <w:sz w:val="24"/>
        </w:rPr>
        <w:t>Информация за успеха, отсъствията и поведението на ученика можете да получавате и чрез електронния дневник.</w:t>
      </w:r>
    </w:p>
    <w:p w14:paraId="22EA62BD" w14:textId="77777777" w:rsidR="00BC4E80" w:rsidRDefault="00BC4E80">
      <w:pPr>
        <w:spacing w:after="200"/>
      </w:pPr>
    </w:p>
    <w:p w14:paraId="14DAC215"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275455CE" w14:textId="77777777" w:rsidR="00BC4E80" w:rsidRDefault="00BC4E80">
      <w:pPr>
        <w:tabs>
          <w:tab w:val="left" w:pos="5386"/>
        </w:tabs>
        <w:spacing w:after="160"/>
      </w:pPr>
      <w:r>
        <w:rPr>
          <w:rFonts w:ascii="Times New Roman" w:hAnsi="Times New Roman" w:cs="Times New Roman" w:eastAsia="Times New Roman"/>
          <w:sz w:val="24"/>
        </w:rPr>
        <w:t>Получил уведомлението:</w:t>
      </w:r>
      <w:r>
        <w:rPr>
          <w:rFonts w:ascii="Times New Roman" w:hAnsi="Times New Roman" w:cs="Times New Roman" w:eastAsia="Times New Roman"/>
          <w:sz w:val="24"/>
        </w:rPr>
        <w:tab/>
        <w:t>Родител: ………………………………………</w:t>
      </w:r>
    </w:p>
    <w:p w14:paraId="696C7FD3" w14:textId="77777777" w:rsidR="00BC4E80" w:rsidRDefault="00BC4E80">
      <w:pPr>
        <w:pageBreakBefore/>
        <w:spacing w:after="2800"/>
      </w:pPr>
    </w:p>
    <w:p w14:paraId="0270A024" w14:textId="77777777" w:rsidR="00BC4E80" w:rsidRDefault="00BC4E80">
      <w:pPr>
        <w:spacing w:after="200"/>
        <w:jc w:val="center"/>
      </w:pPr>
      <w:r>
        <w:rPr>
          <w:rFonts w:ascii="Times New Roman" w:hAnsi="Times New Roman" w:cs="Times New Roman" w:eastAsia="Times New Roman"/>
          <w:b/>
          <w:sz w:val="32"/>
        </w:rPr>
        <w:t>РАЗДЕЛ IX</w:t>
      </w:r>
    </w:p>
    <w:p w14:paraId="35BC3A6E" w14:textId="77777777" w:rsidR="00BC4E80" w:rsidRDefault="00BC4E80">
      <w:pPr>
        <w:jc w:val="center"/>
      </w:pPr>
      <w:r>
        <w:rPr>
          <w:rFonts w:ascii="Times New Roman" w:hAnsi="Times New Roman" w:cs="Times New Roman" w:eastAsia="Times New Roman"/>
          <w:b/>
          <w:sz w:val="28"/>
        </w:rPr>
        <w:t>ДЕЙНОСТИ ИЗВЪН УЧИЛИЩЕТО</w:t>
      </w:r>
    </w:p>
    <w:p w14:paraId="111A4E0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57 към Правилника за дейността на училището</w:t>
      </w:r>
    </w:p>
    <w:p w14:paraId="393038A3"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930A27E" wp14:editId="19D68A9A">
            <wp:extent cx="6483600" cy="117515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9F993BE" w14:textId="77777777" w:rsidR="00BC4E80" w:rsidRDefault="00BC4E80">
      <w:pPr>
        <w:spacing w:after="160"/>
      </w:pPr>
      <w:r>
        <w:rPr>
          <w:rFonts w:ascii="Times New Roman" w:hAnsi="Times New Roman" w:cs="Times New Roman" w:eastAsia="Times New Roman"/>
        </w:rPr>
        <w:t>Вх. № ………………………………………………………… / ………………………………………………… г.</w:t>
      </w:r>
    </w:p>
    <w:p w14:paraId="46A5A149" w14:textId="77777777" w:rsidR="00BC4E80" w:rsidRDefault="00BC4E80">
      <w:r>
        <w:rPr>
          <w:rFonts w:ascii="Times New Roman" w:hAnsi="Times New Roman" w:cs="Times New Roman" w:eastAsia="Times New Roman"/>
          <w:b/>
          <w:sz w:val="24"/>
        </w:rPr>
        <w:t>ДО</w:t>
      </w:r>
    </w:p>
    <w:p w14:paraId="5B294F60" w14:textId="77777777" w:rsidR="00BC4E80" w:rsidRDefault="00BC4E80">
      <w:r>
        <w:rPr>
          <w:rFonts w:ascii="Times New Roman" w:hAnsi="Times New Roman" w:cs="Times New Roman" w:eastAsia="Times New Roman"/>
          <w:b/>
          <w:sz w:val="24"/>
        </w:rPr>
        <w:t>ДИРЕКТОРА</w:t>
      </w:r>
    </w:p>
    <w:p w14:paraId="5AD6F841" w14:textId="77777777" w:rsidR="00BC4E80" w:rsidRDefault="00BC4E80">
      <w:r>
        <w:rPr>
          <w:rFonts w:ascii="Times New Roman" w:hAnsi="Times New Roman" w:cs="Times New Roman" w:eastAsia="Times New Roman"/>
          <w:b/>
          <w:sz w:val="24"/>
        </w:rPr>
        <w:t>НА ПГМКР „СВЕТИ НИКОЛА“</w:t>
      </w:r>
    </w:p>
    <w:p w14:paraId="03FEC26A" w14:textId="77777777" w:rsidR="00BC4E80" w:rsidRDefault="00BC4E80">
      <w:r>
        <w:rPr>
          <w:rFonts w:ascii="Times New Roman" w:hAnsi="Times New Roman" w:cs="Times New Roman" w:eastAsia="Times New Roman"/>
          <w:b/>
          <w:sz w:val="24"/>
        </w:rPr>
        <w:t>ГР. БУРГАС</w:t>
      </w:r>
    </w:p>
    <w:p w14:paraId="5F750617" w14:textId="77777777" w:rsidR="00BC4E80" w:rsidRDefault="00BC4E80">
      <w:pPr>
        <w:spacing w:after="160"/>
      </w:pPr>
    </w:p>
    <w:p w14:paraId="2777994B"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32408C2B" w14:textId="77777777" w:rsidR="00BC4E80" w:rsidRDefault="00BC4E80">
      <w:pPr>
        <w:spacing w:after="80"/>
        <w:jc w:val="center"/>
      </w:pPr>
      <w:r>
        <w:rPr>
          <w:rFonts w:ascii="Times New Roman" w:hAnsi="Times New Roman" w:cs="Times New Roman" w:eastAsia="Times New Roman"/>
          <w:b/>
        </w:rPr>
        <w:t>за организиране на пътуване, посещение или мероприятие извън училището</w:t>
      </w:r>
    </w:p>
    <w:p w14:paraId="714E10C1" w14:textId="77777777" w:rsidR="00BC4E80" w:rsidRDefault="00BC4E80">
      <w:pPr>
        <w:spacing w:after="160"/>
        <w:jc w:val="center"/>
      </w:pPr>
      <w:r>
        <w:rPr>
          <w:rFonts w:ascii="Times New Roman" w:hAnsi="Times New Roman" w:cs="Times New Roman" w:eastAsia="Times New Roman"/>
          <w:i/>
          <w:sz w:val="20"/>
        </w:rPr>
        <w:t>чл. 133 и сл. от ПДУ; Наредба за детските и ученическите туристически пътувания с обща цена, инициирани от институциите в системата на училищното образование</w:t>
      </w:r>
    </w:p>
    <w:p w14:paraId="5AE5B2B9" w14:textId="77777777" w:rsidR="00BC4E80" w:rsidRDefault="00BC4E80">
      <w:pPr>
        <w:spacing w:after="40"/>
      </w:pPr>
      <w:r>
        <w:rPr>
          <w:rFonts w:ascii="Times New Roman" w:hAnsi="Times New Roman" w:cs="Times New Roman" w:eastAsia="Times New Roman"/>
          <w:sz w:val="24"/>
        </w:rPr>
        <w:t>от …………………………………………………………………………………………………………</w:t>
      </w:r>
    </w:p>
    <w:p w14:paraId="390651BA" w14:textId="77777777" w:rsidR="00BC4E80" w:rsidRDefault="00BC4E80">
      <w:pPr>
        <w:spacing w:after="40"/>
      </w:pPr>
      <w:r>
        <w:rPr>
          <w:rFonts w:ascii="Times New Roman" w:hAnsi="Times New Roman" w:cs="Times New Roman" w:eastAsia="Times New Roman"/>
          <w:sz w:val="24"/>
        </w:rPr>
        <w:t>/трите имена и длъжност на ръководителя на групата/</w:t>
      </w:r>
    </w:p>
    <w:p w14:paraId="427A2356" w14:textId="77777777" w:rsidR="00BC4E80" w:rsidRDefault="00BC4E80">
      <w:pPr>
        <w:spacing w:after="80"/>
      </w:pPr>
    </w:p>
    <w:p w14:paraId="62AA811E" w14:textId="77777777" w:rsidR="00BC4E80" w:rsidRDefault="00BC4E80">
      <w:pPr>
        <w:spacing w:after="120"/>
      </w:pPr>
      <w:r>
        <w:rPr>
          <w:rFonts w:ascii="Times New Roman" w:hAnsi="Times New Roman" w:cs="Times New Roman" w:eastAsia="Times New Roman"/>
          <w:b/>
          <w:sz w:val="24"/>
        </w:rPr>
        <w:t>УВАЖАЕМА ГОСПОЖО ДИРЕКТОР,</w:t>
      </w:r>
    </w:p>
    <w:p w14:paraId="422844CC" w14:textId="77777777" w:rsidR="00BC4E80" w:rsidRDefault="00BC4E80">
      <w:pPr>
        <w:spacing w:after="80"/>
        <w:jc w:val="both"/>
      </w:pPr>
      <w:r>
        <w:rPr>
          <w:rFonts w:ascii="Times New Roman" w:hAnsi="Times New Roman" w:cs="Times New Roman" w:eastAsia="Times New Roman"/>
          <w:sz w:val="24"/>
        </w:rPr>
        <w:t>Моля да ми бъде разрешено организирането на:</w:t>
      </w:r>
    </w:p>
    <w:p w14:paraId="1DE42B57" w14:textId="77777777" w:rsidR="00BC4E80" w:rsidRDefault="00BC4E80">
      <w:pPr>
        <w:spacing w:after="80"/>
      </w:pPr>
      <w:r>
        <w:rPr>
          <w:rFonts w:ascii="Times New Roman" w:hAnsi="Times New Roman" w:cs="Times New Roman" w:eastAsia="Times New Roman"/>
          <w:sz w:val="24"/>
        </w:rPr>
        <w:t>☐ екскурзия с учебна цел   ☐ посещение на предприятие / пристанище   ☐ състезание / конкурс   ☐ лагер   ☐ културно мероприятие   ☐ друго: ……………………</w:t>
      </w:r>
    </w:p>
    <w:p w14:paraId="555F6B4A" w14:textId="77777777" w:rsidR="00BC4E80" w:rsidRDefault="00BC4E80">
      <w:pPr>
        <w:spacing w:after="80"/>
      </w:pPr>
      <w:r>
        <w:rPr>
          <w:rFonts w:ascii="Times New Roman" w:hAnsi="Times New Roman" w:cs="Times New Roman" w:eastAsia="Times New Roman"/>
          <w:sz w:val="24"/>
        </w:rPr>
        <w:t>Цел на пътуването: ………………………………………………………………………………………</w:t>
      </w:r>
    </w:p>
    <w:p w14:paraId="48A3E90C" w14:textId="77777777" w:rsidR="00BC4E80" w:rsidRDefault="00BC4E80">
      <w:pPr>
        <w:spacing w:after="80"/>
      </w:pPr>
      <w:r>
        <w:rPr>
          <w:rFonts w:ascii="Times New Roman" w:hAnsi="Times New Roman" w:cs="Times New Roman" w:eastAsia="Times New Roman"/>
          <w:sz w:val="24"/>
        </w:rPr>
        <w:t>………………………………………………………………………………………………………………</w:t>
      </w:r>
    </w:p>
    <w:p w14:paraId="5330522A" w14:textId="77777777" w:rsidR="00BC4E80" w:rsidRDefault="00BC4E80">
      <w:pPr>
        <w:spacing w:after="80"/>
      </w:pPr>
      <w:r>
        <w:rPr>
          <w:rFonts w:ascii="Times New Roman" w:hAnsi="Times New Roman" w:cs="Times New Roman" w:eastAsia="Times New Roman"/>
          <w:sz w:val="24"/>
        </w:rPr>
        <w:t>Място на провеждане: ……………………………………………………………………………………</w:t>
      </w:r>
    </w:p>
    <w:p w14:paraId="7FCD092B" w14:textId="77777777" w:rsidR="00BC4E80" w:rsidRDefault="00BC4E80">
      <w:pPr>
        <w:spacing w:after="80"/>
      </w:pPr>
      <w:r>
        <w:rPr>
          <w:rFonts w:ascii="Times New Roman" w:hAnsi="Times New Roman" w:cs="Times New Roman" w:eastAsia="Times New Roman"/>
          <w:sz w:val="24"/>
        </w:rPr>
        <w:t>Период: от ………………………………………… г. до …………………………………………… г.</w:t>
      </w:r>
    </w:p>
    <w:p w14:paraId="77E5B6BF" w14:textId="77777777" w:rsidR="00BC4E80" w:rsidRDefault="00BC4E80">
      <w:pPr>
        <w:spacing w:after="80"/>
      </w:pPr>
      <w:r>
        <w:rPr>
          <w:rFonts w:ascii="Times New Roman" w:hAnsi="Times New Roman" w:cs="Times New Roman" w:eastAsia="Times New Roman"/>
          <w:sz w:val="24"/>
        </w:rPr>
        <w:t>Брой ученици: ………………, класове: …………………………………………………………………</w:t>
      </w:r>
    </w:p>
    <w:p w14:paraId="42A0AE9B" w14:textId="77777777" w:rsidR="00BC4E80" w:rsidRDefault="00BC4E80">
      <w:pPr>
        <w:spacing w:after="80"/>
      </w:pPr>
      <w:r>
        <w:rPr>
          <w:rFonts w:ascii="Times New Roman" w:hAnsi="Times New Roman" w:cs="Times New Roman" w:eastAsia="Times New Roman"/>
          <w:sz w:val="24"/>
        </w:rPr>
        <w:t>Ръководител на групата: …………………………………………………………………………………</w:t>
      </w:r>
    </w:p>
    <w:p w14:paraId="29573578" w14:textId="77777777" w:rsidR="00BC4E80" w:rsidRDefault="00BC4E80">
      <w:pPr>
        <w:spacing w:after="80"/>
      </w:pPr>
      <w:r>
        <w:rPr>
          <w:rFonts w:ascii="Times New Roman" w:hAnsi="Times New Roman" w:cs="Times New Roman" w:eastAsia="Times New Roman"/>
          <w:sz w:val="24"/>
        </w:rPr>
        <w:t>Придружаващи лица: ……………………………………………………………………………………</w:t>
      </w:r>
    </w:p>
    <w:p w14:paraId="11AB092C" w14:textId="77777777" w:rsidR="00BC4E80" w:rsidRDefault="00BC4E80">
      <w:pPr>
        <w:spacing w:after="80"/>
      </w:pPr>
      <w:r>
        <w:rPr>
          <w:rFonts w:ascii="Times New Roman" w:hAnsi="Times New Roman" w:cs="Times New Roman" w:eastAsia="Times New Roman"/>
          <w:sz w:val="24"/>
        </w:rPr>
        <w:t>Транспорт и превозвач: …………………………………………………………………………………</w:t>
      </w:r>
    </w:p>
    <w:p w14:paraId="698BA8E2" w14:textId="77777777" w:rsidR="00BC4E80" w:rsidRDefault="00BC4E80">
      <w:pPr>
        <w:spacing w:after="80"/>
      </w:pPr>
      <w:r>
        <w:rPr>
          <w:rFonts w:ascii="Times New Roman" w:hAnsi="Times New Roman" w:cs="Times New Roman" w:eastAsia="Times New Roman"/>
          <w:sz w:val="24"/>
        </w:rPr>
        <w:t>Настаняване: ………………………………………………………………………………………………</w:t>
      </w:r>
    </w:p>
    <w:p w14:paraId="2DDAE661" w14:textId="77777777" w:rsidR="00BC4E80" w:rsidRDefault="00BC4E80">
      <w:pPr>
        <w:spacing w:after="80"/>
      </w:pPr>
      <w:r>
        <w:rPr>
          <w:rFonts w:ascii="Times New Roman" w:hAnsi="Times New Roman" w:cs="Times New Roman" w:eastAsia="Times New Roman"/>
          <w:sz w:val="24"/>
        </w:rPr>
        <w:t>Застраховател и номер на полица: ………………………………………………………………………</w:t>
      </w:r>
    </w:p>
    <w:p w14:paraId="41C4EFE1" w14:textId="77777777" w:rsidR="00BC4E80" w:rsidRDefault="00BC4E80">
      <w:pPr>
        <w:spacing w:after="80"/>
        <w:jc w:val="both"/>
      </w:pPr>
      <w:r>
        <w:rPr>
          <w:rFonts w:ascii="Times New Roman" w:hAnsi="Times New Roman" w:cs="Times New Roman" w:eastAsia="Times New Roman"/>
          <w:sz w:val="24"/>
        </w:rPr>
        <w:t>Финансиране: ☐ средства на училището   ☐ средства на родителите   ☐ проект / програма   ☐ дарение</w:t>
      </w:r>
    </w:p>
    <w:p w14:paraId="3B336002" w14:textId="77777777" w:rsidR="00BC4E80" w:rsidRDefault="00BC4E80">
      <w:pPr>
        <w:spacing w:after="80"/>
      </w:pPr>
    </w:p>
    <w:p w14:paraId="3CF6FB54" w14:textId="77777777" w:rsidR="00BC4E80" w:rsidRDefault="00BC4E80">
      <w:pPr>
        <w:spacing w:after="80"/>
        <w:jc w:val="both"/>
      </w:pPr>
      <w:r>
        <w:rPr>
          <w:rFonts w:ascii="Times New Roman" w:hAnsi="Times New Roman" w:cs="Times New Roman" w:eastAsia="Times New Roman"/>
          <w:i/>
          <w:sz w:val="20"/>
        </w:rPr>
        <w:t>Прилагам: списък на учениците (Приложение № 58); декларации за информирано съгласие (Приложение № 59); протокол за проведен инструктаж (Приложение № 60); застрахователна полица.</w:t>
      </w:r>
    </w:p>
    <w:p w14:paraId="6A148DBF" w14:textId="77777777" w:rsidR="00BC4E80" w:rsidRDefault="00BC4E80">
      <w:pPr>
        <w:spacing w:after="200"/>
      </w:pPr>
    </w:p>
    <w:p w14:paraId="318EB62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Ръководител на групата: ………………………</w:t>
      </w:r>
    </w:p>
    <w:p w14:paraId="4AEDA60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58 към Правилника за дейността на училището</w:t>
      </w:r>
    </w:p>
    <w:p w14:paraId="1A06D0B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68FECB8" wp14:editId="6A792037">
            <wp:extent cx="6483600" cy="117515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2825148" w14:textId="77777777" w:rsidR="00BC4E80" w:rsidRDefault="00BC4E80">
      <w:pPr>
        <w:spacing w:before="80" w:after="40"/>
        <w:jc w:val="center"/>
      </w:pPr>
      <w:r>
        <w:rPr>
          <w:rFonts w:ascii="Times New Roman" w:hAnsi="Times New Roman" w:cs="Times New Roman" w:eastAsia="Times New Roman"/>
          <w:b/>
          <w:sz w:val="26"/>
        </w:rPr>
        <w:t>С П И С Ъ К</w:t>
      </w:r>
    </w:p>
    <w:p w14:paraId="2C74E53D" w14:textId="77777777" w:rsidR="00BC4E80" w:rsidRDefault="00BC4E80">
      <w:pPr>
        <w:spacing w:after="80"/>
        <w:jc w:val="center"/>
      </w:pPr>
      <w:r>
        <w:rPr>
          <w:rFonts w:ascii="Times New Roman" w:hAnsi="Times New Roman" w:cs="Times New Roman" w:eastAsia="Times New Roman"/>
          <w:b/>
        </w:rPr>
        <w:t>на учениците – участници в пътуване / мероприятие извън училището</w:t>
      </w:r>
    </w:p>
    <w:p w14:paraId="1B8B23D6" w14:textId="77777777" w:rsidR="00BC4E80" w:rsidRDefault="00BC4E80">
      <w:pPr>
        <w:spacing w:after="160"/>
        <w:jc w:val="center"/>
      </w:pPr>
      <w:r>
        <w:rPr>
          <w:rFonts w:ascii="Times New Roman" w:hAnsi="Times New Roman" w:cs="Times New Roman" w:eastAsia="Times New Roman"/>
          <w:i/>
          <w:sz w:val="20"/>
        </w:rPr>
        <w:t>чл. 181 от ПДУ</w:t>
      </w:r>
    </w:p>
    <w:p w14:paraId="43EA97F1" w14:textId="77777777" w:rsidR="00BC4E80" w:rsidRDefault="00BC4E80">
      <w:pPr>
        <w:spacing w:after="40"/>
      </w:pPr>
      <w:r>
        <w:rPr>
          <w:rFonts w:ascii="Times New Roman" w:hAnsi="Times New Roman" w:cs="Times New Roman" w:eastAsia="Times New Roman"/>
          <w:sz w:val="24"/>
        </w:rPr>
        <w:t>Мероприятие: ……………………………………………………………………………………………</w:t>
      </w:r>
    </w:p>
    <w:p w14:paraId="19D3D22B" w14:textId="77777777" w:rsidR="00BC4E80" w:rsidRDefault="00BC4E80">
      <w:pPr>
        <w:spacing w:after="40"/>
      </w:pPr>
      <w:r>
        <w:rPr>
          <w:rFonts w:ascii="Times New Roman" w:hAnsi="Times New Roman" w:cs="Times New Roman" w:eastAsia="Times New Roman"/>
          <w:sz w:val="24"/>
        </w:rPr>
        <w:t>Период: от ……………………………………………… до ……………………………………………</w:t>
      </w:r>
    </w:p>
    <w:p w14:paraId="6E327863" w14:textId="77777777" w:rsidR="00BC4E80" w:rsidRDefault="00BC4E80">
      <w:pPr>
        <w:spacing w:after="40"/>
      </w:pPr>
      <w:r>
        <w:rPr>
          <w:rFonts w:ascii="Times New Roman" w:hAnsi="Times New Roman" w:cs="Times New Roman" w:eastAsia="Times New Roman"/>
          <w:sz w:val="24"/>
        </w:rPr>
        <w:t>Ръководител на групата: …………………………………………………………………………………</w:t>
      </w:r>
    </w:p>
    <w:p w14:paraId="214153B8" w14:textId="77777777" w:rsidR="00BC4E80" w:rsidRDefault="00BC4E80">
      <w:pPr>
        <w:spacing w:after="80"/>
      </w:pPr>
    </w:p>
    <w:p w14:paraId="62358718" w14:textId="77777777" w:rsidR="00BC4E80" w:rsidRDefault="00BC4E80">
      <w:pPr>
        <w:spacing w:after="200"/>
      </w:pPr>
    </w:p>
    <w:tbl>
      <w:tblPr>
        <w:tblStyle w:val="aff9"/>
        <w:tblW w:w="0" w:type="auto"/>
        <w:tblLook w:val="04A0" w:firstRow="1" w:lastRow="0" w:firstColumn="1" w:lastColumn="0" w:noHBand="0" w:noVBand="1"/>
      </w:tblPr>
      <w:tblGrid>
        <w:gridCol w:w="510"/>
        <w:gridCol w:w="3175"/>
        <w:gridCol w:w="907"/>
        <w:gridCol w:w="1701"/>
        <w:gridCol w:w="2041"/>
        <w:gridCol w:w="1320"/>
      </w:tblGrid>
      <w:tr w:rsidR="00BC4E80" w14:paraId="0D1ED0C2" w14:textId="77777777">
        <w:tc>
          <w:tcPr>
            <w:tcW w:w="510" w:type="dxa"/>
          </w:tcPr>
          <w:p w14:paraId="3A8C87F9" w14:textId="77777777" w:rsidR="00BC4E80" w:rsidRDefault="00BC4E80">
            <w:pPr>
              <w:jc w:val="center"/>
            </w:pPr>
            <w:r>
              <w:rPr>
                <w:rFonts w:ascii="Times New Roman" w:hAnsi="Times New Roman" w:cs="Times New Roman" w:eastAsia="Times New Roman"/>
                <w:b/>
                <w:sz w:val="20"/>
              </w:rPr>
              <w:t>№</w:t>
            </w:r>
          </w:p>
        </w:tc>
        <w:tc>
          <w:tcPr>
            <w:tcW w:w="3175" w:type="dxa"/>
          </w:tcPr>
          <w:p w14:paraId="3C4936A5" w14:textId="77777777" w:rsidR="00BC4E80" w:rsidRDefault="00BC4E80">
            <w:pPr>
              <w:jc w:val="center"/>
            </w:pPr>
            <w:r>
              <w:rPr>
                <w:rFonts w:ascii="Times New Roman" w:hAnsi="Times New Roman" w:cs="Times New Roman" w:eastAsia="Times New Roman"/>
                <w:b/>
                <w:sz w:val="20"/>
              </w:rPr>
              <w:t>Трите имена на ученика</w:t>
            </w:r>
          </w:p>
        </w:tc>
        <w:tc>
          <w:tcPr>
            <w:tcW w:w="907" w:type="dxa"/>
          </w:tcPr>
          <w:p w14:paraId="5FC233F4" w14:textId="77777777" w:rsidR="00BC4E80" w:rsidRDefault="00BC4E80">
            <w:pPr>
              <w:jc w:val="center"/>
            </w:pPr>
            <w:r>
              <w:rPr>
                <w:rFonts w:ascii="Times New Roman" w:hAnsi="Times New Roman" w:cs="Times New Roman" w:eastAsia="Times New Roman"/>
                <w:b/>
                <w:sz w:val="20"/>
              </w:rPr>
              <w:t>Клас</w:t>
            </w:r>
          </w:p>
        </w:tc>
        <w:tc>
          <w:tcPr>
            <w:tcW w:w="1701" w:type="dxa"/>
          </w:tcPr>
          <w:p w14:paraId="384FF394" w14:textId="77777777" w:rsidR="00BC4E80" w:rsidRDefault="00BC4E80">
            <w:pPr>
              <w:jc w:val="center"/>
            </w:pPr>
            <w:r>
              <w:rPr>
                <w:rFonts w:ascii="Times New Roman" w:hAnsi="Times New Roman" w:cs="Times New Roman" w:eastAsia="Times New Roman"/>
                <w:b/>
                <w:sz w:val="20"/>
              </w:rPr>
              <w:t>Дата на раждане</w:t>
            </w:r>
          </w:p>
        </w:tc>
        <w:tc>
          <w:tcPr>
            <w:tcW w:w="2041" w:type="dxa"/>
          </w:tcPr>
          <w:p w14:paraId="6E4049BB" w14:textId="77777777" w:rsidR="00BC4E80" w:rsidRDefault="00BC4E80">
            <w:pPr>
              <w:jc w:val="center"/>
            </w:pPr>
            <w:r>
              <w:rPr>
                <w:rFonts w:ascii="Times New Roman" w:hAnsi="Times New Roman" w:cs="Times New Roman" w:eastAsia="Times New Roman"/>
                <w:b/>
                <w:sz w:val="20"/>
              </w:rPr>
              <w:t>Телефон на родител</w:t>
            </w:r>
          </w:p>
        </w:tc>
        <w:tc>
          <w:tcPr>
            <w:tcW w:w="1304" w:type="dxa"/>
          </w:tcPr>
          <w:p w14:paraId="33598A63" w14:textId="77777777" w:rsidR="00BC4E80" w:rsidRDefault="00BC4E80">
            <w:pPr>
              <w:jc w:val="center"/>
            </w:pPr>
            <w:r>
              <w:rPr>
                <w:rFonts w:ascii="Times New Roman" w:hAnsi="Times New Roman" w:cs="Times New Roman" w:eastAsia="Times New Roman"/>
                <w:b/>
                <w:sz w:val="20"/>
              </w:rPr>
              <w:t>Декларация</w:t>
            </w:r>
          </w:p>
        </w:tc>
      </w:tr>
      <w:tr w:rsidR="00BC4E80" w14:paraId="4447A7F4" w14:textId="77777777">
        <w:tc>
          <w:tcPr>
            <w:tcW w:w="510" w:type="dxa"/>
          </w:tcPr>
          <w:p w14:paraId="723B5F51" w14:textId="77777777" w:rsidR="00BC4E80" w:rsidRDefault="00BC4E80">
            <w:pPr>
              <w:spacing w:after="60"/>
            </w:pPr>
          </w:p>
        </w:tc>
        <w:tc>
          <w:tcPr>
            <w:tcW w:w="3175" w:type="dxa"/>
          </w:tcPr>
          <w:p w14:paraId="6AC49325" w14:textId="77777777" w:rsidR="00BC4E80" w:rsidRDefault="00BC4E80">
            <w:pPr>
              <w:spacing w:after="60"/>
            </w:pPr>
          </w:p>
        </w:tc>
        <w:tc>
          <w:tcPr>
            <w:tcW w:w="907" w:type="dxa"/>
          </w:tcPr>
          <w:p w14:paraId="124DE1DD" w14:textId="77777777" w:rsidR="00BC4E80" w:rsidRDefault="00BC4E80">
            <w:pPr>
              <w:spacing w:after="60"/>
            </w:pPr>
          </w:p>
        </w:tc>
        <w:tc>
          <w:tcPr>
            <w:tcW w:w="1701" w:type="dxa"/>
          </w:tcPr>
          <w:p w14:paraId="50DE92A8" w14:textId="77777777" w:rsidR="00BC4E80" w:rsidRDefault="00BC4E80">
            <w:pPr>
              <w:spacing w:after="60"/>
            </w:pPr>
          </w:p>
        </w:tc>
        <w:tc>
          <w:tcPr>
            <w:tcW w:w="2041" w:type="dxa"/>
          </w:tcPr>
          <w:p w14:paraId="05AD19CA" w14:textId="77777777" w:rsidR="00BC4E80" w:rsidRDefault="00BC4E80">
            <w:pPr>
              <w:spacing w:after="60"/>
            </w:pPr>
          </w:p>
        </w:tc>
        <w:tc>
          <w:tcPr>
            <w:tcW w:w="1304" w:type="dxa"/>
          </w:tcPr>
          <w:p w14:paraId="5CC31D4B" w14:textId="77777777" w:rsidR="00BC4E80" w:rsidRDefault="00BC4E80">
            <w:pPr>
              <w:spacing w:after="60"/>
            </w:pPr>
          </w:p>
        </w:tc>
      </w:tr>
      <w:tr w:rsidR="00BC4E80" w14:paraId="5A37C03B" w14:textId="77777777">
        <w:tc>
          <w:tcPr>
            <w:tcW w:w="510" w:type="dxa"/>
          </w:tcPr>
          <w:p w14:paraId="0C031017" w14:textId="77777777" w:rsidR="00BC4E80" w:rsidRDefault="00BC4E80">
            <w:pPr>
              <w:spacing w:after="60"/>
            </w:pPr>
          </w:p>
        </w:tc>
        <w:tc>
          <w:tcPr>
            <w:tcW w:w="3175" w:type="dxa"/>
          </w:tcPr>
          <w:p w14:paraId="6C8CEAAA" w14:textId="77777777" w:rsidR="00BC4E80" w:rsidRDefault="00BC4E80">
            <w:pPr>
              <w:spacing w:after="60"/>
            </w:pPr>
          </w:p>
        </w:tc>
        <w:tc>
          <w:tcPr>
            <w:tcW w:w="907" w:type="dxa"/>
          </w:tcPr>
          <w:p w14:paraId="75137151" w14:textId="77777777" w:rsidR="00BC4E80" w:rsidRDefault="00BC4E80">
            <w:pPr>
              <w:spacing w:after="60"/>
            </w:pPr>
          </w:p>
        </w:tc>
        <w:tc>
          <w:tcPr>
            <w:tcW w:w="1701" w:type="dxa"/>
          </w:tcPr>
          <w:p w14:paraId="05EF307B" w14:textId="77777777" w:rsidR="00BC4E80" w:rsidRDefault="00BC4E80">
            <w:pPr>
              <w:spacing w:after="60"/>
            </w:pPr>
          </w:p>
        </w:tc>
        <w:tc>
          <w:tcPr>
            <w:tcW w:w="2041" w:type="dxa"/>
          </w:tcPr>
          <w:p w14:paraId="4423A27E" w14:textId="77777777" w:rsidR="00BC4E80" w:rsidRDefault="00BC4E80">
            <w:pPr>
              <w:spacing w:after="60"/>
            </w:pPr>
          </w:p>
        </w:tc>
        <w:tc>
          <w:tcPr>
            <w:tcW w:w="1304" w:type="dxa"/>
          </w:tcPr>
          <w:p w14:paraId="261DA460" w14:textId="77777777" w:rsidR="00BC4E80" w:rsidRDefault="00BC4E80">
            <w:pPr>
              <w:spacing w:after="60"/>
            </w:pPr>
          </w:p>
        </w:tc>
      </w:tr>
      <w:tr w:rsidR="00BC4E80" w14:paraId="113A9461" w14:textId="77777777">
        <w:tc>
          <w:tcPr>
            <w:tcW w:w="510" w:type="dxa"/>
          </w:tcPr>
          <w:p w14:paraId="27D66A9B" w14:textId="77777777" w:rsidR="00BC4E80" w:rsidRDefault="00BC4E80">
            <w:pPr>
              <w:spacing w:after="60"/>
            </w:pPr>
          </w:p>
        </w:tc>
        <w:tc>
          <w:tcPr>
            <w:tcW w:w="3175" w:type="dxa"/>
          </w:tcPr>
          <w:p w14:paraId="67C4879C" w14:textId="77777777" w:rsidR="00BC4E80" w:rsidRDefault="00BC4E80">
            <w:pPr>
              <w:spacing w:after="60"/>
            </w:pPr>
          </w:p>
        </w:tc>
        <w:tc>
          <w:tcPr>
            <w:tcW w:w="907" w:type="dxa"/>
          </w:tcPr>
          <w:p w14:paraId="79935A90" w14:textId="77777777" w:rsidR="00BC4E80" w:rsidRDefault="00BC4E80">
            <w:pPr>
              <w:spacing w:after="60"/>
            </w:pPr>
          </w:p>
        </w:tc>
        <w:tc>
          <w:tcPr>
            <w:tcW w:w="1701" w:type="dxa"/>
          </w:tcPr>
          <w:p w14:paraId="25063FEC" w14:textId="77777777" w:rsidR="00BC4E80" w:rsidRDefault="00BC4E80">
            <w:pPr>
              <w:spacing w:after="60"/>
            </w:pPr>
          </w:p>
        </w:tc>
        <w:tc>
          <w:tcPr>
            <w:tcW w:w="2041" w:type="dxa"/>
          </w:tcPr>
          <w:p w14:paraId="7BCF1314" w14:textId="77777777" w:rsidR="00BC4E80" w:rsidRDefault="00BC4E80">
            <w:pPr>
              <w:spacing w:after="60"/>
            </w:pPr>
          </w:p>
        </w:tc>
        <w:tc>
          <w:tcPr>
            <w:tcW w:w="1304" w:type="dxa"/>
          </w:tcPr>
          <w:p w14:paraId="521BD802" w14:textId="77777777" w:rsidR="00BC4E80" w:rsidRDefault="00BC4E80">
            <w:pPr>
              <w:spacing w:after="60"/>
            </w:pPr>
          </w:p>
        </w:tc>
      </w:tr>
      <w:tr w:rsidR="00BC4E80" w14:paraId="7BDFD092" w14:textId="77777777">
        <w:tc>
          <w:tcPr>
            <w:tcW w:w="510" w:type="dxa"/>
          </w:tcPr>
          <w:p w14:paraId="0F5B03F0" w14:textId="77777777" w:rsidR="00BC4E80" w:rsidRDefault="00BC4E80">
            <w:pPr>
              <w:spacing w:after="60"/>
            </w:pPr>
          </w:p>
        </w:tc>
        <w:tc>
          <w:tcPr>
            <w:tcW w:w="3175" w:type="dxa"/>
          </w:tcPr>
          <w:p w14:paraId="31B2D898" w14:textId="77777777" w:rsidR="00BC4E80" w:rsidRDefault="00BC4E80">
            <w:pPr>
              <w:spacing w:after="60"/>
            </w:pPr>
          </w:p>
        </w:tc>
        <w:tc>
          <w:tcPr>
            <w:tcW w:w="907" w:type="dxa"/>
          </w:tcPr>
          <w:p w14:paraId="352C00DB" w14:textId="77777777" w:rsidR="00BC4E80" w:rsidRDefault="00BC4E80">
            <w:pPr>
              <w:spacing w:after="60"/>
            </w:pPr>
          </w:p>
        </w:tc>
        <w:tc>
          <w:tcPr>
            <w:tcW w:w="1701" w:type="dxa"/>
          </w:tcPr>
          <w:p w14:paraId="7429AFE4" w14:textId="77777777" w:rsidR="00BC4E80" w:rsidRDefault="00BC4E80">
            <w:pPr>
              <w:spacing w:after="60"/>
            </w:pPr>
          </w:p>
        </w:tc>
        <w:tc>
          <w:tcPr>
            <w:tcW w:w="2041" w:type="dxa"/>
          </w:tcPr>
          <w:p w14:paraId="7E4DB1F7" w14:textId="77777777" w:rsidR="00BC4E80" w:rsidRDefault="00BC4E80">
            <w:pPr>
              <w:spacing w:after="60"/>
            </w:pPr>
          </w:p>
        </w:tc>
        <w:tc>
          <w:tcPr>
            <w:tcW w:w="1304" w:type="dxa"/>
          </w:tcPr>
          <w:p w14:paraId="05B13F8E" w14:textId="77777777" w:rsidR="00BC4E80" w:rsidRDefault="00BC4E80">
            <w:pPr>
              <w:spacing w:after="60"/>
            </w:pPr>
          </w:p>
        </w:tc>
      </w:tr>
      <w:tr w:rsidR="00BC4E80" w14:paraId="7A9B445F" w14:textId="77777777">
        <w:tc>
          <w:tcPr>
            <w:tcW w:w="510" w:type="dxa"/>
          </w:tcPr>
          <w:p w14:paraId="545174C3" w14:textId="77777777" w:rsidR="00BC4E80" w:rsidRDefault="00BC4E80">
            <w:pPr>
              <w:spacing w:after="60"/>
            </w:pPr>
          </w:p>
        </w:tc>
        <w:tc>
          <w:tcPr>
            <w:tcW w:w="3175" w:type="dxa"/>
          </w:tcPr>
          <w:p w14:paraId="53F94344" w14:textId="77777777" w:rsidR="00BC4E80" w:rsidRDefault="00BC4E80">
            <w:pPr>
              <w:spacing w:after="60"/>
            </w:pPr>
          </w:p>
        </w:tc>
        <w:tc>
          <w:tcPr>
            <w:tcW w:w="907" w:type="dxa"/>
          </w:tcPr>
          <w:p w14:paraId="1C966D29" w14:textId="77777777" w:rsidR="00BC4E80" w:rsidRDefault="00BC4E80">
            <w:pPr>
              <w:spacing w:after="60"/>
            </w:pPr>
          </w:p>
        </w:tc>
        <w:tc>
          <w:tcPr>
            <w:tcW w:w="1701" w:type="dxa"/>
          </w:tcPr>
          <w:p w14:paraId="51E66F1F" w14:textId="77777777" w:rsidR="00BC4E80" w:rsidRDefault="00BC4E80">
            <w:pPr>
              <w:spacing w:after="60"/>
            </w:pPr>
          </w:p>
        </w:tc>
        <w:tc>
          <w:tcPr>
            <w:tcW w:w="2041" w:type="dxa"/>
          </w:tcPr>
          <w:p w14:paraId="1041DF11" w14:textId="77777777" w:rsidR="00BC4E80" w:rsidRDefault="00BC4E80">
            <w:pPr>
              <w:spacing w:after="60"/>
            </w:pPr>
          </w:p>
        </w:tc>
        <w:tc>
          <w:tcPr>
            <w:tcW w:w="1304" w:type="dxa"/>
          </w:tcPr>
          <w:p w14:paraId="4A174ABE" w14:textId="77777777" w:rsidR="00BC4E80" w:rsidRDefault="00BC4E80">
            <w:pPr>
              <w:spacing w:after="60"/>
            </w:pPr>
          </w:p>
        </w:tc>
      </w:tr>
      <w:tr w:rsidR="00BC4E80" w14:paraId="1B8ECC9A" w14:textId="77777777">
        <w:tc>
          <w:tcPr>
            <w:tcW w:w="510" w:type="dxa"/>
          </w:tcPr>
          <w:p w14:paraId="319AD930" w14:textId="77777777" w:rsidR="00BC4E80" w:rsidRDefault="00BC4E80">
            <w:pPr>
              <w:spacing w:after="60"/>
            </w:pPr>
          </w:p>
        </w:tc>
        <w:tc>
          <w:tcPr>
            <w:tcW w:w="3175" w:type="dxa"/>
          </w:tcPr>
          <w:p w14:paraId="1C8AD6D7" w14:textId="77777777" w:rsidR="00BC4E80" w:rsidRDefault="00BC4E80">
            <w:pPr>
              <w:spacing w:after="60"/>
            </w:pPr>
          </w:p>
        </w:tc>
        <w:tc>
          <w:tcPr>
            <w:tcW w:w="907" w:type="dxa"/>
          </w:tcPr>
          <w:p w14:paraId="1560A5C3" w14:textId="77777777" w:rsidR="00BC4E80" w:rsidRDefault="00BC4E80">
            <w:pPr>
              <w:spacing w:after="60"/>
            </w:pPr>
          </w:p>
        </w:tc>
        <w:tc>
          <w:tcPr>
            <w:tcW w:w="1701" w:type="dxa"/>
          </w:tcPr>
          <w:p w14:paraId="37C3F166" w14:textId="77777777" w:rsidR="00BC4E80" w:rsidRDefault="00BC4E80">
            <w:pPr>
              <w:spacing w:after="60"/>
            </w:pPr>
          </w:p>
        </w:tc>
        <w:tc>
          <w:tcPr>
            <w:tcW w:w="2041" w:type="dxa"/>
          </w:tcPr>
          <w:p w14:paraId="73109B6F" w14:textId="77777777" w:rsidR="00BC4E80" w:rsidRDefault="00BC4E80">
            <w:pPr>
              <w:spacing w:after="60"/>
            </w:pPr>
          </w:p>
        </w:tc>
        <w:tc>
          <w:tcPr>
            <w:tcW w:w="1304" w:type="dxa"/>
          </w:tcPr>
          <w:p w14:paraId="5F27F92B" w14:textId="77777777" w:rsidR="00BC4E80" w:rsidRDefault="00BC4E80">
            <w:pPr>
              <w:spacing w:after="60"/>
            </w:pPr>
          </w:p>
        </w:tc>
      </w:tr>
      <w:tr w:rsidR="00BC4E80" w14:paraId="4AF5CEA1" w14:textId="77777777">
        <w:tc>
          <w:tcPr>
            <w:tcW w:w="510" w:type="dxa"/>
          </w:tcPr>
          <w:p w14:paraId="504BEB96" w14:textId="77777777" w:rsidR="00BC4E80" w:rsidRDefault="00BC4E80">
            <w:pPr>
              <w:spacing w:after="60"/>
            </w:pPr>
          </w:p>
        </w:tc>
        <w:tc>
          <w:tcPr>
            <w:tcW w:w="3175" w:type="dxa"/>
          </w:tcPr>
          <w:p w14:paraId="0B99C9D0" w14:textId="77777777" w:rsidR="00BC4E80" w:rsidRDefault="00BC4E80">
            <w:pPr>
              <w:spacing w:after="60"/>
            </w:pPr>
          </w:p>
        </w:tc>
        <w:tc>
          <w:tcPr>
            <w:tcW w:w="907" w:type="dxa"/>
          </w:tcPr>
          <w:p w14:paraId="25DFEEC1" w14:textId="77777777" w:rsidR="00BC4E80" w:rsidRDefault="00BC4E80">
            <w:pPr>
              <w:spacing w:after="60"/>
            </w:pPr>
          </w:p>
        </w:tc>
        <w:tc>
          <w:tcPr>
            <w:tcW w:w="1701" w:type="dxa"/>
          </w:tcPr>
          <w:p w14:paraId="1AD732D0" w14:textId="77777777" w:rsidR="00BC4E80" w:rsidRDefault="00BC4E80">
            <w:pPr>
              <w:spacing w:after="60"/>
            </w:pPr>
          </w:p>
        </w:tc>
        <w:tc>
          <w:tcPr>
            <w:tcW w:w="2041" w:type="dxa"/>
          </w:tcPr>
          <w:p w14:paraId="4CC52117" w14:textId="77777777" w:rsidR="00BC4E80" w:rsidRDefault="00BC4E80">
            <w:pPr>
              <w:spacing w:after="60"/>
            </w:pPr>
          </w:p>
        </w:tc>
        <w:tc>
          <w:tcPr>
            <w:tcW w:w="1304" w:type="dxa"/>
          </w:tcPr>
          <w:p w14:paraId="41934CCB" w14:textId="77777777" w:rsidR="00BC4E80" w:rsidRDefault="00BC4E80">
            <w:pPr>
              <w:spacing w:after="60"/>
            </w:pPr>
          </w:p>
        </w:tc>
      </w:tr>
      <w:tr w:rsidR="00BC4E80" w14:paraId="0687635F" w14:textId="77777777">
        <w:tc>
          <w:tcPr>
            <w:tcW w:w="510" w:type="dxa"/>
          </w:tcPr>
          <w:p w14:paraId="5304C9E2" w14:textId="77777777" w:rsidR="00BC4E80" w:rsidRDefault="00BC4E80">
            <w:pPr>
              <w:spacing w:after="60"/>
            </w:pPr>
          </w:p>
        </w:tc>
        <w:tc>
          <w:tcPr>
            <w:tcW w:w="3175" w:type="dxa"/>
          </w:tcPr>
          <w:p w14:paraId="79C1C34E" w14:textId="77777777" w:rsidR="00BC4E80" w:rsidRDefault="00BC4E80">
            <w:pPr>
              <w:spacing w:after="60"/>
            </w:pPr>
          </w:p>
        </w:tc>
        <w:tc>
          <w:tcPr>
            <w:tcW w:w="907" w:type="dxa"/>
          </w:tcPr>
          <w:p w14:paraId="196E903C" w14:textId="77777777" w:rsidR="00BC4E80" w:rsidRDefault="00BC4E80">
            <w:pPr>
              <w:spacing w:after="60"/>
            </w:pPr>
          </w:p>
        </w:tc>
        <w:tc>
          <w:tcPr>
            <w:tcW w:w="1701" w:type="dxa"/>
          </w:tcPr>
          <w:p w14:paraId="419FFBE1" w14:textId="77777777" w:rsidR="00BC4E80" w:rsidRDefault="00BC4E80">
            <w:pPr>
              <w:spacing w:after="60"/>
            </w:pPr>
          </w:p>
        </w:tc>
        <w:tc>
          <w:tcPr>
            <w:tcW w:w="2041" w:type="dxa"/>
          </w:tcPr>
          <w:p w14:paraId="318EB56A" w14:textId="77777777" w:rsidR="00BC4E80" w:rsidRDefault="00BC4E80">
            <w:pPr>
              <w:spacing w:after="60"/>
            </w:pPr>
          </w:p>
        </w:tc>
        <w:tc>
          <w:tcPr>
            <w:tcW w:w="1304" w:type="dxa"/>
          </w:tcPr>
          <w:p w14:paraId="4AD272B5" w14:textId="77777777" w:rsidR="00BC4E80" w:rsidRDefault="00BC4E80">
            <w:pPr>
              <w:spacing w:after="60"/>
            </w:pPr>
          </w:p>
        </w:tc>
      </w:tr>
      <w:tr w:rsidR="00BC4E80" w14:paraId="6D983A1A" w14:textId="77777777">
        <w:tc>
          <w:tcPr>
            <w:tcW w:w="510" w:type="dxa"/>
          </w:tcPr>
          <w:p w14:paraId="12FBF048" w14:textId="77777777" w:rsidR="00BC4E80" w:rsidRDefault="00BC4E80">
            <w:pPr>
              <w:spacing w:after="60"/>
            </w:pPr>
          </w:p>
        </w:tc>
        <w:tc>
          <w:tcPr>
            <w:tcW w:w="3175" w:type="dxa"/>
          </w:tcPr>
          <w:p w14:paraId="663DB98B" w14:textId="77777777" w:rsidR="00BC4E80" w:rsidRDefault="00BC4E80">
            <w:pPr>
              <w:spacing w:after="60"/>
            </w:pPr>
          </w:p>
        </w:tc>
        <w:tc>
          <w:tcPr>
            <w:tcW w:w="907" w:type="dxa"/>
          </w:tcPr>
          <w:p w14:paraId="6903FCF5" w14:textId="77777777" w:rsidR="00BC4E80" w:rsidRDefault="00BC4E80">
            <w:pPr>
              <w:spacing w:after="60"/>
            </w:pPr>
          </w:p>
        </w:tc>
        <w:tc>
          <w:tcPr>
            <w:tcW w:w="1701" w:type="dxa"/>
          </w:tcPr>
          <w:p w14:paraId="590C3FAF" w14:textId="77777777" w:rsidR="00BC4E80" w:rsidRDefault="00BC4E80">
            <w:pPr>
              <w:spacing w:after="60"/>
            </w:pPr>
          </w:p>
        </w:tc>
        <w:tc>
          <w:tcPr>
            <w:tcW w:w="2041" w:type="dxa"/>
          </w:tcPr>
          <w:p w14:paraId="45F40001" w14:textId="77777777" w:rsidR="00BC4E80" w:rsidRDefault="00BC4E80">
            <w:pPr>
              <w:spacing w:after="60"/>
            </w:pPr>
          </w:p>
        </w:tc>
        <w:tc>
          <w:tcPr>
            <w:tcW w:w="1304" w:type="dxa"/>
          </w:tcPr>
          <w:p w14:paraId="3CB101A0" w14:textId="77777777" w:rsidR="00BC4E80" w:rsidRDefault="00BC4E80">
            <w:pPr>
              <w:spacing w:after="60"/>
            </w:pPr>
          </w:p>
        </w:tc>
      </w:tr>
      <w:tr w:rsidR="00BC4E80" w14:paraId="1E80D34A" w14:textId="77777777">
        <w:tc>
          <w:tcPr>
            <w:tcW w:w="510" w:type="dxa"/>
          </w:tcPr>
          <w:p w14:paraId="03F9F5A1" w14:textId="77777777" w:rsidR="00BC4E80" w:rsidRDefault="00BC4E80">
            <w:pPr>
              <w:spacing w:after="60"/>
            </w:pPr>
          </w:p>
        </w:tc>
        <w:tc>
          <w:tcPr>
            <w:tcW w:w="3175" w:type="dxa"/>
          </w:tcPr>
          <w:p w14:paraId="2750D078" w14:textId="77777777" w:rsidR="00BC4E80" w:rsidRDefault="00BC4E80">
            <w:pPr>
              <w:spacing w:after="60"/>
            </w:pPr>
          </w:p>
        </w:tc>
        <w:tc>
          <w:tcPr>
            <w:tcW w:w="907" w:type="dxa"/>
          </w:tcPr>
          <w:p w14:paraId="625A6129" w14:textId="77777777" w:rsidR="00BC4E80" w:rsidRDefault="00BC4E80">
            <w:pPr>
              <w:spacing w:after="60"/>
            </w:pPr>
          </w:p>
        </w:tc>
        <w:tc>
          <w:tcPr>
            <w:tcW w:w="1701" w:type="dxa"/>
          </w:tcPr>
          <w:p w14:paraId="404E4C5E" w14:textId="77777777" w:rsidR="00BC4E80" w:rsidRDefault="00BC4E80">
            <w:pPr>
              <w:spacing w:after="60"/>
            </w:pPr>
          </w:p>
        </w:tc>
        <w:tc>
          <w:tcPr>
            <w:tcW w:w="2041" w:type="dxa"/>
          </w:tcPr>
          <w:p w14:paraId="16D49043" w14:textId="77777777" w:rsidR="00BC4E80" w:rsidRDefault="00BC4E80">
            <w:pPr>
              <w:spacing w:after="60"/>
            </w:pPr>
          </w:p>
        </w:tc>
        <w:tc>
          <w:tcPr>
            <w:tcW w:w="1304" w:type="dxa"/>
          </w:tcPr>
          <w:p w14:paraId="73AF1335" w14:textId="77777777" w:rsidR="00BC4E80" w:rsidRDefault="00BC4E80">
            <w:pPr>
              <w:spacing w:after="60"/>
            </w:pPr>
          </w:p>
        </w:tc>
      </w:tr>
      <w:tr w:rsidR="00BC4E80" w14:paraId="4150A8B6" w14:textId="77777777">
        <w:tc>
          <w:tcPr>
            <w:tcW w:w="510" w:type="dxa"/>
          </w:tcPr>
          <w:p w14:paraId="4F367B40" w14:textId="77777777" w:rsidR="00BC4E80" w:rsidRDefault="00BC4E80">
            <w:pPr>
              <w:spacing w:after="60"/>
            </w:pPr>
          </w:p>
        </w:tc>
        <w:tc>
          <w:tcPr>
            <w:tcW w:w="3175" w:type="dxa"/>
          </w:tcPr>
          <w:p w14:paraId="78231705" w14:textId="77777777" w:rsidR="00BC4E80" w:rsidRDefault="00BC4E80">
            <w:pPr>
              <w:spacing w:after="60"/>
            </w:pPr>
          </w:p>
        </w:tc>
        <w:tc>
          <w:tcPr>
            <w:tcW w:w="907" w:type="dxa"/>
          </w:tcPr>
          <w:p w14:paraId="753713AC" w14:textId="77777777" w:rsidR="00BC4E80" w:rsidRDefault="00BC4E80">
            <w:pPr>
              <w:spacing w:after="60"/>
            </w:pPr>
          </w:p>
        </w:tc>
        <w:tc>
          <w:tcPr>
            <w:tcW w:w="1701" w:type="dxa"/>
          </w:tcPr>
          <w:p w14:paraId="5CFAAD3C" w14:textId="77777777" w:rsidR="00BC4E80" w:rsidRDefault="00BC4E80">
            <w:pPr>
              <w:spacing w:after="60"/>
            </w:pPr>
          </w:p>
        </w:tc>
        <w:tc>
          <w:tcPr>
            <w:tcW w:w="2041" w:type="dxa"/>
          </w:tcPr>
          <w:p w14:paraId="17D4CB77" w14:textId="77777777" w:rsidR="00BC4E80" w:rsidRDefault="00BC4E80">
            <w:pPr>
              <w:spacing w:after="60"/>
            </w:pPr>
          </w:p>
        </w:tc>
        <w:tc>
          <w:tcPr>
            <w:tcW w:w="1304" w:type="dxa"/>
          </w:tcPr>
          <w:p w14:paraId="598E4096" w14:textId="77777777" w:rsidR="00BC4E80" w:rsidRDefault="00BC4E80">
            <w:pPr>
              <w:spacing w:after="60"/>
            </w:pPr>
          </w:p>
        </w:tc>
      </w:tr>
      <w:tr w:rsidR="00BC4E80" w14:paraId="1B7A4E77" w14:textId="77777777">
        <w:tc>
          <w:tcPr>
            <w:tcW w:w="510" w:type="dxa"/>
          </w:tcPr>
          <w:p w14:paraId="4E652F60" w14:textId="77777777" w:rsidR="00BC4E80" w:rsidRDefault="00BC4E80">
            <w:pPr>
              <w:spacing w:after="60"/>
            </w:pPr>
          </w:p>
        </w:tc>
        <w:tc>
          <w:tcPr>
            <w:tcW w:w="3175" w:type="dxa"/>
          </w:tcPr>
          <w:p w14:paraId="1AD746E0" w14:textId="77777777" w:rsidR="00BC4E80" w:rsidRDefault="00BC4E80">
            <w:pPr>
              <w:spacing w:after="60"/>
            </w:pPr>
          </w:p>
        </w:tc>
        <w:tc>
          <w:tcPr>
            <w:tcW w:w="907" w:type="dxa"/>
          </w:tcPr>
          <w:p w14:paraId="4FC6C06A" w14:textId="77777777" w:rsidR="00BC4E80" w:rsidRDefault="00BC4E80">
            <w:pPr>
              <w:spacing w:after="60"/>
            </w:pPr>
          </w:p>
        </w:tc>
        <w:tc>
          <w:tcPr>
            <w:tcW w:w="1701" w:type="dxa"/>
          </w:tcPr>
          <w:p w14:paraId="16D06F76" w14:textId="77777777" w:rsidR="00BC4E80" w:rsidRDefault="00BC4E80">
            <w:pPr>
              <w:spacing w:after="60"/>
            </w:pPr>
          </w:p>
        </w:tc>
        <w:tc>
          <w:tcPr>
            <w:tcW w:w="2041" w:type="dxa"/>
          </w:tcPr>
          <w:p w14:paraId="5550CA3F" w14:textId="77777777" w:rsidR="00BC4E80" w:rsidRDefault="00BC4E80">
            <w:pPr>
              <w:spacing w:after="60"/>
            </w:pPr>
          </w:p>
        </w:tc>
        <w:tc>
          <w:tcPr>
            <w:tcW w:w="1304" w:type="dxa"/>
          </w:tcPr>
          <w:p w14:paraId="176BBE90" w14:textId="77777777" w:rsidR="00BC4E80" w:rsidRDefault="00BC4E80">
            <w:pPr>
              <w:spacing w:after="60"/>
            </w:pPr>
          </w:p>
        </w:tc>
      </w:tr>
      <w:tr w:rsidR="00BC4E80" w14:paraId="3B86F949" w14:textId="77777777">
        <w:tc>
          <w:tcPr>
            <w:tcW w:w="510" w:type="dxa"/>
          </w:tcPr>
          <w:p w14:paraId="3E20EEE4" w14:textId="77777777" w:rsidR="00BC4E80" w:rsidRDefault="00BC4E80">
            <w:pPr>
              <w:spacing w:after="60"/>
            </w:pPr>
          </w:p>
        </w:tc>
        <w:tc>
          <w:tcPr>
            <w:tcW w:w="3175" w:type="dxa"/>
          </w:tcPr>
          <w:p w14:paraId="10797B7F" w14:textId="77777777" w:rsidR="00BC4E80" w:rsidRDefault="00BC4E80">
            <w:pPr>
              <w:spacing w:after="60"/>
            </w:pPr>
          </w:p>
        </w:tc>
        <w:tc>
          <w:tcPr>
            <w:tcW w:w="907" w:type="dxa"/>
          </w:tcPr>
          <w:p w14:paraId="1F83625F" w14:textId="77777777" w:rsidR="00BC4E80" w:rsidRDefault="00BC4E80">
            <w:pPr>
              <w:spacing w:after="60"/>
            </w:pPr>
          </w:p>
        </w:tc>
        <w:tc>
          <w:tcPr>
            <w:tcW w:w="1701" w:type="dxa"/>
          </w:tcPr>
          <w:p w14:paraId="0E61A8F0" w14:textId="77777777" w:rsidR="00BC4E80" w:rsidRDefault="00BC4E80">
            <w:pPr>
              <w:spacing w:after="60"/>
            </w:pPr>
          </w:p>
        </w:tc>
        <w:tc>
          <w:tcPr>
            <w:tcW w:w="2041" w:type="dxa"/>
          </w:tcPr>
          <w:p w14:paraId="539AAB2B" w14:textId="77777777" w:rsidR="00BC4E80" w:rsidRDefault="00BC4E80">
            <w:pPr>
              <w:spacing w:after="60"/>
            </w:pPr>
          </w:p>
        </w:tc>
        <w:tc>
          <w:tcPr>
            <w:tcW w:w="1304" w:type="dxa"/>
          </w:tcPr>
          <w:p w14:paraId="6FA5825C" w14:textId="77777777" w:rsidR="00BC4E80" w:rsidRDefault="00BC4E80">
            <w:pPr>
              <w:spacing w:after="60"/>
            </w:pPr>
          </w:p>
        </w:tc>
      </w:tr>
      <w:tr w:rsidR="00BC4E80" w14:paraId="5AC3624C" w14:textId="77777777">
        <w:tc>
          <w:tcPr>
            <w:tcW w:w="510" w:type="dxa"/>
          </w:tcPr>
          <w:p w14:paraId="441634B8" w14:textId="77777777" w:rsidR="00BC4E80" w:rsidRDefault="00BC4E80">
            <w:pPr>
              <w:spacing w:after="60"/>
            </w:pPr>
          </w:p>
        </w:tc>
        <w:tc>
          <w:tcPr>
            <w:tcW w:w="3175" w:type="dxa"/>
          </w:tcPr>
          <w:p w14:paraId="22F15076" w14:textId="77777777" w:rsidR="00BC4E80" w:rsidRDefault="00BC4E80">
            <w:pPr>
              <w:spacing w:after="60"/>
            </w:pPr>
          </w:p>
        </w:tc>
        <w:tc>
          <w:tcPr>
            <w:tcW w:w="907" w:type="dxa"/>
          </w:tcPr>
          <w:p w14:paraId="1EA87BA3" w14:textId="77777777" w:rsidR="00BC4E80" w:rsidRDefault="00BC4E80">
            <w:pPr>
              <w:spacing w:after="60"/>
            </w:pPr>
          </w:p>
        </w:tc>
        <w:tc>
          <w:tcPr>
            <w:tcW w:w="1701" w:type="dxa"/>
          </w:tcPr>
          <w:p w14:paraId="409BDB9B" w14:textId="77777777" w:rsidR="00BC4E80" w:rsidRDefault="00BC4E80">
            <w:pPr>
              <w:spacing w:after="60"/>
            </w:pPr>
          </w:p>
        </w:tc>
        <w:tc>
          <w:tcPr>
            <w:tcW w:w="2041" w:type="dxa"/>
          </w:tcPr>
          <w:p w14:paraId="36449669" w14:textId="77777777" w:rsidR="00BC4E80" w:rsidRDefault="00BC4E80">
            <w:pPr>
              <w:spacing w:after="60"/>
            </w:pPr>
          </w:p>
        </w:tc>
        <w:tc>
          <w:tcPr>
            <w:tcW w:w="1304" w:type="dxa"/>
          </w:tcPr>
          <w:p w14:paraId="004B1077" w14:textId="77777777" w:rsidR="00BC4E80" w:rsidRDefault="00BC4E80">
            <w:pPr>
              <w:spacing w:after="60"/>
            </w:pPr>
          </w:p>
        </w:tc>
      </w:tr>
    </w:tbl>
    <w:p w14:paraId="149ED8E0" w14:textId="77777777" w:rsidR="00BC4E80" w:rsidRDefault="00BC4E80">
      <w:pPr>
        <w:tabs>
          <w:tab w:val="left" w:pos="5386"/>
        </w:tabs>
        <w:spacing w:after="160" w:before="2216"/>
      </w:pPr>
      <w:r>
        <w:rPr>
          <w:rFonts w:ascii="Times New Roman" w:hAnsi="Times New Roman" w:cs="Times New Roman" w:eastAsia="Times New Roman"/>
          <w:sz w:val="24"/>
        </w:rPr>
        <w:t>Дата: ……………………………………………… г.</w:t>
      </w:r>
      <w:r>
        <w:rPr>
          <w:rFonts w:ascii="Times New Roman" w:hAnsi="Times New Roman" w:cs="Times New Roman" w:eastAsia="Times New Roman"/>
          <w:sz w:val="24"/>
        </w:rPr>
        <w:tab/>
        <w:t>Ръководител на групата: ………………………</w:t>
      </w:r>
    </w:p>
    <w:p w14:paraId="2CF2D461" w14:textId="77777777" w:rsidR="00BC4E80" w:rsidRDefault="00BC4E80">
      <w:pPr>
        <w:tabs>
          <w:tab w:val="left" w:pos="5386"/>
        </w:tabs>
        <w:spacing w:after="160"/>
      </w:pPr>
      <w:r>
        <w:rPr>
          <w:rFonts w:ascii="Times New Roman" w:hAnsi="Times New Roman" w:cs="Times New Roman" w:eastAsia="Times New Roman"/>
          <w:sz w:val="24"/>
        </w:rPr>
        <w:t>Утвърдил, Директор: ………………………………</w:t>
      </w:r>
      <w:r>
        <w:rPr>
          <w:rFonts w:ascii="Times New Roman" w:hAnsi="Times New Roman" w:cs="Times New Roman" w:eastAsia="Times New Roman"/>
          <w:sz w:val="24"/>
        </w:rPr>
        <w:tab/>
      </w:r>
    </w:p>
    <w:p w14:paraId="7ACA604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59 към Правилника за дейността на училището</w:t>
      </w:r>
    </w:p>
    <w:p w14:paraId="40DBA7B5"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3D5C1DC" wp14:editId="7A7AF3A1">
            <wp:extent cx="6483600" cy="117515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5BD9B9A" w14:textId="77777777" w:rsidR="00BC4E80" w:rsidRDefault="00BC4E80">
      <w:pPr>
        <w:spacing w:after="160"/>
      </w:pPr>
      <w:r>
        <w:rPr>
          <w:rFonts w:ascii="Times New Roman" w:hAnsi="Times New Roman" w:cs="Times New Roman" w:eastAsia="Times New Roman"/>
        </w:rPr>
        <w:t>Вх. № ………………………………………………………… / ………………………………………………… г.</w:t>
      </w:r>
    </w:p>
    <w:p w14:paraId="16073C6A" w14:textId="77777777" w:rsidR="00BC4E80" w:rsidRDefault="00BC4E80">
      <w:r>
        <w:rPr>
          <w:rFonts w:ascii="Times New Roman" w:hAnsi="Times New Roman" w:cs="Times New Roman" w:eastAsia="Times New Roman"/>
          <w:b/>
          <w:sz w:val="24"/>
        </w:rPr>
        <w:t>ДО</w:t>
      </w:r>
    </w:p>
    <w:p w14:paraId="2EA55D57" w14:textId="77777777" w:rsidR="00BC4E80" w:rsidRDefault="00BC4E80">
      <w:r>
        <w:rPr>
          <w:rFonts w:ascii="Times New Roman" w:hAnsi="Times New Roman" w:cs="Times New Roman" w:eastAsia="Times New Roman"/>
          <w:b/>
          <w:sz w:val="24"/>
        </w:rPr>
        <w:t>ДИРЕКТОРА</w:t>
      </w:r>
    </w:p>
    <w:p w14:paraId="18FA9A3D" w14:textId="77777777" w:rsidR="00BC4E80" w:rsidRDefault="00BC4E80">
      <w:r>
        <w:rPr>
          <w:rFonts w:ascii="Times New Roman" w:hAnsi="Times New Roman" w:cs="Times New Roman" w:eastAsia="Times New Roman"/>
          <w:b/>
          <w:sz w:val="24"/>
        </w:rPr>
        <w:t>НА ПГМКР „СВЕТИ НИКОЛА“</w:t>
      </w:r>
    </w:p>
    <w:p w14:paraId="60FBE283" w14:textId="77777777" w:rsidR="00BC4E80" w:rsidRDefault="00BC4E80">
      <w:r>
        <w:rPr>
          <w:rFonts w:ascii="Times New Roman" w:hAnsi="Times New Roman" w:cs="Times New Roman" w:eastAsia="Times New Roman"/>
          <w:b/>
          <w:sz w:val="24"/>
        </w:rPr>
        <w:t>ГР. БУРГАС</w:t>
      </w:r>
    </w:p>
    <w:p w14:paraId="3A2D98F4" w14:textId="77777777" w:rsidR="00BC4E80" w:rsidRDefault="00BC4E80">
      <w:pPr>
        <w:spacing w:after="160"/>
      </w:pPr>
    </w:p>
    <w:p w14:paraId="0251888F" w14:textId="77777777" w:rsidR="00BC4E80" w:rsidRDefault="00BC4E80">
      <w:pPr>
        <w:spacing w:before="80" w:after="40"/>
        <w:jc w:val="center"/>
      </w:pPr>
      <w:r>
        <w:rPr>
          <w:rFonts w:ascii="Times New Roman" w:hAnsi="Times New Roman" w:cs="Times New Roman" w:eastAsia="Times New Roman"/>
          <w:b/>
          <w:sz w:val="26"/>
        </w:rPr>
        <w:t>Д Е К Л А Р А Ц И Я   З А   И Н Ф О Р М И Р А Н О   С Ъ Г Л А С И Е</w:t>
      </w:r>
    </w:p>
    <w:p w14:paraId="0CF0871B" w14:textId="77777777" w:rsidR="00BC4E80" w:rsidRDefault="00BC4E80">
      <w:pPr>
        <w:spacing w:after="80"/>
        <w:jc w:val="center"/>
      </w:pPr>
      <w:r>
        <w:rPr>
          <w:rFonts w:ascii="Times New Roman" w:hAnsi="Times New Roman" w:cs="Times New Roman" w:eastAsia="Times New Roman"/>
          <w:b/>
        </w:rPr>
        <w:t>от родител за участие на ученик в дейност извън училището</w:t>
      </w:r>
    </w:p>
    <w:p w14:paraId="027BD049" w14:textId="77777777" w:rsidR="00BC4E80" w:rsidRDefault="00BC4E80">
      <w:pPr>
        <w:spacing w:after="160"/>
        <w:jc w:val="center"/>
      </w:pPr>
      <w:r>
        <w:rPr>
          <w:rFonts w:ascii="Times New Roman" w:hAnsi="Times New Roman" w:cs="Times New Roman" w:eastAsia="Times New Roman"/>
          <w:i/>
          <w:sz w:val="20"/>
        </w:rPr>
        <w:t>чл. 181 от ПДУ; Наредба за детските и ученическите туристически пътувания с обща цена</w:t>
      </w:r>
    </w:p>
    <w:p w14:paraId="62F230D6" w14:textId="77777777" w:rsidR="00BC4E80" w:rsidRDefault="00BC4E80">
      <w:pPr>
        <w:spacing w:after="40"/>
      </w:pPr>
      <w:r>
        <w:rPr>
          <w:rFonts w:ascii="Times New Roman" w:hAnsi="Times New Roman" w:cs="Times New Roman" w:eastAsia="Times New Roman"/>
          <w:sz w:val="24"/>
        </w:rPr>
        <w:t>от …………………………………………………………………………………………………………</w:t>
      </w:r>
    </w:p>
    <w:p w14:paraId="004878C3" w14:textId="77777777" w:rsidR="00BC4E80" w:rsidRDefault="00BC4E80">
      <w:pPr>
        <w:spacing w:after="40"/>
      </w:pPr>
      <w:r>
        <w:rPr>
          <w:rFonts w:ascii="Times New Roman" w:hAnsi="Times New Roman" w:cs="Times New Roman" w:eastAsia="Times New Roman"/>
          <w:sz w:val="24"/>
        </w:rPr>
        <w:t>/трите имена на родителя/настойника/</w:t>
      </w:r>
    </w:p>
    <w:p w14:paraId="774D8D74" w14:textId="77777777" w:rsidR="00BC4E80" w:rsidRDefault="00BC4E80">
      <w:pPr>
        <w:spacing w:after="40"/>
      </w:pPr>
      <w:r>
        <w:rPr>
          <w:rFonts w:ascii="Times New Roman" w:hAnsi="Times New Roman" w:cs="Times New Roman" w:eastAsia="Times New Roman"/>
          <w:sz w:val="24"/>
        </w:rPr>
        <w:t>родител на …………………………………………………………………………………………………</w:t>
      </w:r>
    </w:p>
    <w:p w14:paraId="75389952" w14:textId="77777777" w:rsidR="00BC4E80" w:rsidRDefault="00BC4E80">
      <w:pPr>
        <w:spacing w:after="40"/>
      </w:pPr>
      <w:r>
        <w:rPr>
          <w:rFonts w:ascii="Times New Roman" w:hAnsi="Times New Roman" w:cs="Times New Roman" w:eastAsia="Times New Roman"/>
          <w:sz w:val="24"/>
        </w:rPr>
        <w:t>ученик/ученичка от ………………………………………………………………………………… клас</w:t>
      </w:r>
    </w:p>
    <w:p w14:paraId="175EC285" w14:textId="77777777" w:rsidR="00BC4E80" w:rsidRDefault="00BC4E80">
      <w:pPr>
        <w:spacing w:after="40"/>
      </w:pPr>
      <w:r>
        <w:rPr>
          <w:rFonts w:ascii="Times New Roman" w:hAnsi="Times New Roman" w:cs="Times New Roman" w:eastAsia="Times New Roman"/>
          <w:sz w:val="24"/>
        </w:rPr>
        <w:t>телефон за спешна връзка: ………………………………………………………………………………</w:t>
      </w:r>
    </w:p>
    <w:p w14:paraId="2959392A" w14:textId="77777777" w:rsidR="00BC4E80" w:rsidRDefault="00BC4E80">
      <w:pPr>
        <w:spacing w:after="80"/>
      </w:pPr>
    </w:p>
    <w:p w14:paraId="5EF2D9B8" w14:textId="77777777" w:rsidR="00BC4E80" w:rsidRDefault="00BC4E80">
      <w:pPr>
        <w:spacing w:after="120"/>
      </w:pPr>
      <w:r>
        <w:rPr>
          <w:rFonts w:ascii="Times New Roman" w:hAnsi="Times New Roman" w:cs="Times New Roman" w:eastAsia="Times New Roman"/>
          <w:b/>
          <w:sz w:val="24"/>
        </w:rPr>
        <w:t>УВАЖАЕМА ГОСПОЖО ДИРЕКТОР,</w:t>
      </w:r>
    </w:p>
    <w:p w14:paraId="25976367" w14:textId="77777777" w:rsidR="00BC4E80" w:rsidRDefault="00BC4E80">
      <w:pPr>
        <w:spacing w:after="80"/>
        <w:jc w:val="both"/>
      </w:pPr>
      <w:r>
        <w:rPr>
          <w:rFonts w:ascii="Times New Roman" w:hAnsi="Times New Roman" w:cs="Times New Roman" w:eastAsia="Times New Roman"/>
          <w:sz w:val="24"/>
        </w:rPr>
        <w:t>Декларирам, че съм информиран/а и давам съгласие синът ми / дъщеря ми да участва в:</w:t>
      </w:r>
    </w:p>
    <w:p w14:paraId="3BCD2E0D" w14:textId="77777777" w:rsidR="00BC4E80" w:rsidRDefault="00BC4E80">
      <w:pPr>
        <w:spacing w:after="80"/>
      </w:pPr>
      <w:r>
        <w:rPr>
          <w:rFonts w:ascii="Times New Roman" w:hAnsi="Times New Roman" w:cs="Times New Roman" w:eastAsia="Times New Roman"/>
          <w:sz w:val="24"/>
        </w:rPr>
        <w:t>Мероприятие: ……………………………………………………………………………………………</w:t>
      </w:r>
    </w:p>
    <w:p w14:paraId="496C7513" w14:textId="77777777" w:rsidR="00BC4E80" w:rsidRDefault="00BC4E80">
      <w:pPr>
        <w:spacing w:after="80"/>
      </w:pPr>
      <w:r>
        <w:rPr>
          <w:rFonts w:ascii="Times New Roman" w:hAnsi="Times New Roman" w:cs="Times New Roman" w:eastAsia="Times New Roman"/>
          <w:sz w:val="24"/>
        </w:rPr>
        <w:t>Място и период: …………………………………………………………………………………………</w:t>
      </w:r>
    </w:p>
    <w:p w14:paraId="60D43743" w14:textId="77777777" w:rsidR="00BC4E80" w:rsidRDefault="00BC4E80">
      <w:pPr>
        <w:spacing w:after="80"/>
      </w:pPr>
      <w:r>
        <w:rPr>
          <w:rFonts w:ascii="Times New Roman" w:hAnsi="Times New Roman" w:cs="Times New Roman" w:eastAsia="Times New Roman"/>
          <w:sz w:val="24"/>
        </w:rPr>
        <w:t>Транспорт: ………………………………………………………………………………………………</w:t>
      </w:r>
    </w:p>
    <w:p w14:paraId="4858EB9E" w14:textId="77777777" w:rsidR="00BC4E80" w:rsidRDefault="00BC4E80">
      <w:pPr>
        <w:spacing w:after="80"/>
      </w:pPr>
      <w:r>
        <w:rPr>
          <w:rFonts w:ascii="Times New Roman" w:hAnsi="Times New Roman" w:cs="Times New Roman" w:eastAsia="Times New Roman"/>
          <w:sz w:val="24"/>
        </w:rPr>
        <w:t>Ръководител на групата: …………………………………………………………………………………</w:t>
      </w:r>
    </w:p>
    <w:p w14:paraId="1653E3EB" w14:textId="77777777" w:rsidR="00BC4E80" w:rsidRDefault="00BC4E80">
      <w:pPr>
        <w:spacing w:after="80"/>
        <w:jc w:val="both"/>
      </w:pPr>
      <w:r>
        <w:rPr>
          <w:rFonts w:ascii="Times New Roman" w:hAnsi="Times New Roman" w:cs="Times New Roman" w:eastAsia="Times New Roman"/>
          <w:sz w:val="24"/>
        </w:rPr>
        <w:t>Декларирам, че:</w:t>
      </w:r>
    </w:p>
    <w:p w14:paraId="2B5B67D8" w14:textId="77777777" w:rsidR="00BC4E80" w:rsidRDefault="00BC4E80">
      <w:pPr>
        <w:spacing w:after="80"/>
        <w:jc w:val="both"/>
      </w:pPr>
      <w:r>
        <w:rPr>
          <w:rFonts w:ascii="Times New Roman" w:hAnsi="Times New Roman" w:cs="Times New Roman" w:eastAsia="Times New Roman"/>
          <w:sz w:val="24"/>
        </w:rPr>
        <w:t>1. Запознат/а съм с програмата, маршрута и условията на пътуването;</w:t>
      </w:r>
    </w:p>
    <w:p w14:paraId="6CAB8928" w14:textId="77777777" w:rsidR="00BC4E80" w:rsidRDefault="00BC4E80">
      <w:pPr>
        <w:spacing w:after="80"/>
      </w:pPr>
      <w:r>
        <w:rPr>
          <w:rFonts w:ascii="Times New Roman" w:hAnsi="Times New Roman" w:cs="Times New Roman" w:eastAsia="Times New Roman"/>
          <w:sz w:val="24"/>
        </w:rPr>
        <w:t>2. Синът ми / дъщеря ми няма здравословни противопоказания за участие. Известни здравословни особености, алергии и медикаменти: ……………………</w:t>
      </w:r>
    </w:p>
    <w:p w14:paraId="0BB9AC82" w14:textId="77777777" w:rsidR="00BC4E80" w:rsidRDefault="00BC4E80">
      <w:pPr>
        <w:spacing w:after="80"/>
        <w:jc w:val="both"/>
      </w:pPr>
      <w:r>
        <w:rPr>
          <w:rFonts w:ascii="Times New Roman" w:hAnsi="Times New Roman" w:cs="Times New Roman" w:eastAsia="Times New Roman"/>
          <w:sz w:val="24"/>
        </w:rPr>
        <w:t>3. Запознат/а съм, че ученикът е длъжен да спазва инструктажа за безопасност и указанията на ръководителя на групата;</w:t>
      </w:r>
    </w:p>
    <w:p w14:paraId="6D1BBD22" w14:textId="77777777" w:rsidR="00BC4E80" w:rsidRDefault="00BC4E80">
      <w:pPr>
        <w:spacing w:after="80"/>
        <w:jc w:val="both"/>
      </w:pPr>
      <w:r>
        <w:rPr>
          <w:rFonts w:ascii="Times New Roman" w:hAnsi="Times New Roman" w:cs="Times New Roman" w:eastAsia="Times New Roman"/>
          <w:sz w:val="24"/>
        </w:rPr>
        <w:t>4. Известно ми е, че при виновно причинени щети отговорността се носи от мен като родител;</w:t>
      </w:r>
    </w:p>
    <w:p w14:paraId="5C33AD3F" w14:textId="77777777" w:rsidR="00BC4E80" w:rsidRDefault="00BC4E80">
      <w:pPr>
        <w:spacing w:after="80"/>
        <w:jc w:val="both"/>
      </w:pPr>
      <w:r>
        <w:rPr>
          <w:rFonts w:ascii="Times New Roman" w:hAnsi="Times New Roman" w:cs="Times New Roman" w:eastAsia="Times New Roman"/>
          <w:sz w:val="24"/>
        </w:rPr>
        <w:t>5. Давам съгласие за обработване на личните данни на ученика за целите на пътуването съгласно Регламент (ЕС) 2016/679.</w:t>
      </w:r>
    </w:p>
    <w:p w14:paraId="458A394E" w14:textId="77777777" w:rsidR="00BC4E80" w:rsidRDefault="00BC4E80">
      <w:pPr>
        <w:spacing w:after="200"/>
      </w:pPr>
    </w:p>
    <w:p w14:paraId="62C542FF"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44A80C6D"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60 към Правилника за дейността на училището</w:t>
      </w:r>
    </w:p>
    <w:p w14:paraId="7DF178A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9E1581B" wp14:editId="34FDDDF3">
            <wp:extent cx="6483600" cy="117515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3AD99D2" w14:textId="77777777" w:rsidR="00BC4E80" w:rsidRDefault="00BC4E80">
      <w:pPr>
        <w:spacing w:before="80" w:after="40"/>
        <w:jc w:val="center"/>
      </w:pPr>
      <w:r>
        <w:rPr>
          <w:rFonts w:ascii="Times New Roman" w:hAnsi="Times New Roman" w:cs="Times New Roman" w:eastAsia="Times New Roman"/>
          <w:b/>
          <w:sz w:val="26"/>
        </w:rPr>
        <w:t>П Р О Т О К О Л</w:t>
      </w:r>
    </w:p>
    <w:p w14:paraId="25F2E555" w14:textId="77777777" w:rsidR="00BC4E80" w:rsidRDefault="00BC4E80">
      <w:pPr>
        <w:spacing w:after="80"/>
        <w:jc w:val="center"/>
      </w:pPr>
      <w:r>
        <w:rPr>
          <w:rFonts w:ascii="Times New Roman" w:hAnsi="Times New Roman" w:cs="Times New Roman" w:eastAsia="Times New Roman"/>
          <w:b/>
        </w:rPr>
        <w:t>за проведен инструктаж по безопасност</w:t>
      </w:r>
    </w:p>
    <w:p w14:paraId="7254B1C3" w14:textId="77777777" w:rsidR="00BC4E80" w:rsidRDefault="00BC4E80">
      <w:pPr>
        <w:spacing w:after="160"/>
        <w:jc w:val="center"/>
      </w:pPr>
      <w:r>
        <w:rPr>
          <w:rFonts w:ascii="Times New Roman" w:hAnsi="Times New Roman" w:cs="Times New Roman" w:eastAsia="Times New Roman"/>
          <w:i/>
          <w:sz w:val="20"/>
        </w:rPr>
        <w:t>чл. 181 от ПДУ; Наредба № РД-07-2 от 16.12.2009 г.</w:t>
      </w:r>
    </w:p>
    <w:p w14:paraId="36347569" w14:textId="77777777" w:rsidR="00BC4E80" w:rsidRDefault="00BC4E80">
      <w:pPr>
        <w:spacing w:after="40"/>
      </w:pPr>
      <w:r>
        <w:rPr>
          <w:rFonts w:ascii="Times New Roman" w:hAnsi="Times New Roman" w:cs="Times New Roman" w:eastAsia="Times New Roman"/>
          <w:sz w:val="24"/>
        </w:rPr>
        <w:t>Днес, …………………………………… г., на учениците беше проведен инструктаж във връзка с:</w:t>
      </w:r>
    </w:p>
    <w:p w14:paraId="15890275" w14:textId="77777777" w:rsidR="00BC4E80" w:rsidRDefault="00BC4E80">
      <w:pPr>
        <w:spacing w:after="40"/>
      </w:pPr>
      <w:r>
        <w:rPr>
          <w:rFonts w:ascii="Times New Roman" w:hAnsi="Times New Roman" w:cs="Times New Roman" w:eastAsia="Times New Roman"/>
          <w:sz w:val="24"/>
        </w:rPr>
        <w:t>………………………………………………………………………………………………………………</w:t>
      </w:r>
    </w:p>
    <w:p w14:paraId="442FF6A7" w14:textId="77777777" w:rsidR="00BC4E80" w:rsidRDefault="00BC4E80">
      <w:pPr>
        <w:spacing w:after="40"/>
      </w:pPr>
      <w:r>
        <w:rPr>
          <w:rFonts w:ascii="Times New Roman" w:hAnsi="Times New Roman" w:cs="Times New Roman" w:eastAsia="Times New Roman"/>
          <w:sz w:val="24"/>
        </w:rPr>
        <w:t>Провел инструктажа: ………………………………………………… – ………………………………</w:t>
      </w:r>
    </w:p>
    <w:p w14:paraId="7F164EB0" w14:textId="77777777" w:rsidR="00BC4E80" w:rsidRDefault="00BC4E80">
      <w:pPr>
        <w:spacing w:after="80"/>
      </w:pPr>
    </w:p>
    <w:p w14:paraId="15D5B6F8" w14:textId="77777777" w:rsidR="00BC4E80" w:rsidRDefault="00BC4E80">
      <w:pPr>
        <w:spacing w:after="80"/>
        <w:jc w:val="both"/>
      </w:pPr>
      <w:r>
        <w:rPr>
          <w:rFonts w:ascii="Times New Roman" w:hAnsi="Times New Roman" w:cs="Times New Roman" w:eastAsia="Times New Roman"/>
          <w:sz w:val="24"/>
        </w:rPr>
        <w:t>Съдържание на инструктажа:</w:t>
      </w:r>
    </w:p>
    <w:p w14:paraId="42D8F37A" w14:textId="77777777" w:rsidR="00BC4E80" w:rsidRDefault="00BC4E80">
      <w:pPr>
        <w:spacing w:after="80"/>
        <w:jc w:val="both"/>
      </w:pPr>
      <w:r>
        <w:rPr>
          <w:rFonts w:ascii="Times New Roman" w:hAnsi="Times New Roman" w:cs="Times New Roman" w:eastAsia="Times New Roman"/>
          <w:sz w:val="24"/>
        </w:rPr>
        <w:t>1. Правила за безопасно поведение по време на пътуване и при използване на транспорт;</w:t>
      </w:r>
    </w:p>
    <w:p w14:paraId="18016FAE" w14:textId="77777777" w:rsidR="00BC4E80" w:rsidRDefault="00BC4E80">
      <w:pPr>
        <w:spacing w:after="80"/>
        <w:jc w:val="both"/>
      </w:pPr>
      <w:r>
        <w:rPr>
          <w:rFonts w:ascii="Times New Roman" w:hAnsi="Times New Roman" w:cs="Times New Roman" w:eastAsia="Times New Roman"/>
          <w:sz w:val="24"/>
        </w:rPr>
        <w:t>2. Правила за безопасност на мястото на провеждане на дейността;</w:t>
      </w:r>
    </w:p>
    <w:p w14:paraId="0A263052" w14:textId="77777777" w:rsidR="00BC4E80" w:rsidRDefault="00BC4E80">
      <w:pPr>
        <w:spacing w:after="80"/>
        <w:jc w:val="both"/>
      </w:pPr>
      <w:r>
        <w:rPr>
          <w:rFonts w:ascii="Times New Roman" w:hAnsi="Times New Roman" w:cs="Times New Roman" w:eastAsia="Times New Roman"/>
          <w:sz w:val="24"/>
        </w:rPr>
        <w:t>3. Забрана за самоволно отделяне от групата и за напускане на определените места;</w:t>
      </w:r>
    </w:p>
    <w:p w14:paraId="76185F8D" w14:textId="77777777" w:rsidR="00BC4E80" w:rsidRDefault="00BC4E80">
      <w:pPr>
        <w:spacing w:after="80"/>
        <w:jc w:val="both"/>
      </w:pPr>
      <w:r>
        <w:rPr>
          <w:rFonts w:ascii="Times New Roman" w:hAnsi="Times New Roman" w:cs="Times New Roman" w:eastAsia="Times New Roman"/>
          <w:sz w:val="24"/>
        </w:rPr>
        <w:t>4. Ред за действие при инцидент, злополука или изгубване;</w:t>
      </w:r>
    </w:p>
    <w:p w14:paraId="2016930B" w14:textId="77777777" w:rsidR="00BC4E80" w:rsidRDefault="00BC4E80">
      <w:pPr>
        <w:spacing w:after="80"/>
        <w:jc w:val="both"/>
      </w:pPr>
      <w:r>
        <w:rPr>
          <w:rFonts w:ascii="Times New Roman" w:hAnsi="Times New Roman" w:cs="Times New Roman" w:eastAsia="Times New Roman"/>
          <w:sz w:val="24"/>
        </w:rPr>
        <w:t>5. Забрана за употреба на алкохол, тютюневи изделия и упойващи вещества;</w:t>
      </w:r>
    </w:p>
    <w:p w14:paraId="1D13D95A" w14:textId="77777777" w:rsidR="00BC4E80" w:rsidRDefault="00BC4E80">
      <w:pPr>
        <w:spacing w:after="80"/>
        <w:jc w:val="both"/>
      </w:pPr>
      <w:r>
        <w:rPr>
          <w:rFonts w:ascii="Times New Roman" w:hAnsi="Times New Roman" w:cs="Times New Roman" w:eastAsia="Times New Roman"/>
          <w:sz w:val="24"/>
        </w:rPr>
        <w:t>6. Задължение за спазване на указанията на ръководителя на групата;</w:t>
      </w:r>
    </w:p>
    <w:p w14:paraId="1D8608B2" w14:textId="77777777" w:rsidR="00BC4E80" w:rsidRDefault="00BC4E80">
      <w:pPr>
        <w:spacing w:after="80"/>
      </w:pPr>
      <w:r>
        <w:rPr>
          <w:rFonts w:ascii="Times New Roman" w:hAnsi="Times New Roman" w:cs="Times New Roman" w:eastAsia="Times New Roman"/>
          <w:sz w:val="24"/>
        </w:rPr>
        <w:t>7. Специфични изисквания: ……………………………………………………………………………</w:t>
      </w:r>
    </w:p>
    <w:p w14:paraId="3A085494" w14:textId="77777777" w:rsidR="00BC4E80" w:rsidRDefault="00BC4E80">
      <w:pPr>
        <w:spacing w:after="80"/>
        <w:jc w:val="both"/>
      </w:pPr>
      <w:r>
        <w:rPr>
          <w:rFonts w:ascii="Times New Roman" w:hAnsi="Times New Roman" w:cs="Times New Roman" w:eastAsia="Times New Roman"/>
          <w:sz w:val="24"/>
        </w:rPr>
        <w:t>Инструктираните лица удостоверяват с подписа си, че са запознати и разбират правилата.</w:t>
      </w:r>
    </w:p>
    <w:p w14:paraId="6CA18948" w14:textId="77777777" w:rsidR="00BC4E80" w:rsidRDefault="00BC4E80">
      <w:pPr>
        <w:spacing w:after="200"/>
      </w:pPr>
    </w:p>
    <w:tbl>
      <w:tblPr>
        <w:tblStyle w:val="aff9"/>
        <w:tblW w:w="0" w:type="auto"/>
        <w:tblLook w:val="04A0" w:firstRow="1" w:lastRow="0" w:firstColumn="1" w:lastColumn="0" w:noHBand="0" w:noVBand="1"/>
      </w:tblPr>
      <w:tblGrid>
        <w:gridCol w:w="567"/>
        <w:gridCol w:w="3969"/>
        <w:gridCol w:w="3402"/>
        <w:gridCol w:w="2154"/>
      </w:tblGrid>
      <w:tr w:rsidR="00BC4E80" w14:paraId="0EB43D9B" w14:textId="77777777">
        <w:tc>
          <w:tcPr>
            <w:tcW w:w="567" w:type="dxa"/>
          </w:tcPr>
          <w:p w14:paraId="0C1C6EFE" w14:textId="77777777" w:rsidR="00BC4E80" w:rsidRDefault="00BC4E80">
            <w:pPr>
              <w:jc w:val="center"/>
            </w:pPr>
            <w:r>
              <w:rPr>
                <w:rFonts w:ascii="Times New Roman" w:hAnsi="Times New Roman" w:cs="Times New Roman" w:eastAsia="Times New Roman"/>
                <w:b/>
                <w:sz w:val="20"/>
              </w:rPr>
              <w:t>№</w:t>
            </w:r>
          </w:p>
        </w:tc>
        <w:tc>
          <w:tcPr>
            <w:tcW w:w="3969" w:type="dxa"/>
          </w:tcPr>
          <w:p w14:paraId="39DAC60A" w14:textId="77777777" w:rsidR="00BC4E80" w:rsidRDefault="00BC4E80">
            <w:pPr>
              <w:jc w:val="center"/>
            </w:pPr>
            <w:r>
              <w:rPr>
                <w:rFonts w:ascii="Times New Roman" w:hAnsi="Times New Roman" w:cs="Times New Roman" w:eastAsia="Times New Roman"/>
                <w:b/>
                <w:sz w:val="20"/>
              </w:rPr>
              <w:t>Трите имена на ученика</w:t>
            </w:r>
          </w:p>
        </w:tc>
        <w:tc>
          <w:tcPr>
            <w:tcW w:w="3402" w:type="dxa"/>
          </w:tcPr>
          <w:p w14:paraId="18EC3737" w14:textId="77777777" w:rsidR="00BC4E80" w:rsidRDefault="00BC4E80">
            <w:pPr>
              <w:jc w:val="center"/>
            </w:pPr>
            <w:r>
              <w:rPr>
                <w:rFonts w:ascii="Times New Roman" w:hAnsi="Times New Roman" w:cs="Times New Roman" w:eastAsia="Times New Roman"/>
                <w:b/>
                <w:sz w:val="20"/>
              </w:rPr>
              <w:t>Клас</w:t>
            </w:r>
          </w:p>
        </w:tc>
        <w:tc>
          <w:tcPr>
            <w:tcW w:w="2154" w:type="dxa"/>
          </w:tcPr>
          <w:p w14:paraId="390EFAB1" w14:textId="77777777" w:rsidR="00BC4E80" w:rsidRDefault="00BC4E80">
            <w:pPr>
              <w:jc w:val="center"/>
            </w:pPr>
            <w:r>
              <w:rPr>
                <w:rFonts w:ascii="Times New Roman" w:hAnsi="Times New Roman" w:cs="Times New Roman" w:eastAsia="Times New Roman"/>
                <w:b/>
                <w:sz w:val="20"/>
              </w:rPr>
              <w:t>Подпис</w:t>
            </w:r>
          </w:p>
        </w:tc>
      </w:tr>
      <w:tr w:rsidR="00BC4E80" w14:paraId="4C99ACE3" w14:textId="77777777">
        <w:tc>
          <w:tcPr>
            <w:tcW w:w="567" w:type="dxa"/>
          </w:tcPr>
          <w:p w14:paraId="33AC2CF7" w14:textId="77777777" w:rsidR="00BC4E80" w:rsidRDefault="00BC4E80">
            <w:pPr>
              <w:spacing w:after="60"/>
            </w:pPr>
          </w:p>
        </w:tc>
        <w:tc>
          <w:tcPr>
            <w:tcW w:w="3969" w:type="dxa"/>
          </w:tcPr>
          <w:p w14:paraId="6F45C869" w14:textId="77777777" w:rsidR="00BC4E80" w:rsidRDefault="00BC4E80">
            <w:pPr>
              <w:spacing w:after="60"/>
            </w:pPr>
          </w:p>
        </w:tc>
        <w:tc>
          <w:tcPr>
            <w:tcW w:w="3402" w:type="dxa"/>
          </w:tcPr>
          <w:p w14:paraId="63264553" w14:textId="77777777" w:rsidR="00BC4E80" w:rsidRDefault="00BC4E80">
            <w:pPr>
              <w:spacing w:after="60"/>
            </w:pPr>
          </w:p>
        </w:tc>
        <w:tc>
          <w:tcPr>
            <w:tcW w:w="2154" w:type="dxa"/>
          </w:tcPr>
          <w:p w14:paraId="4E3E719F" w14:textId="77777777" w:rsidR="00BC4E80" w:rsidRDefault="00BC4E80">
            <w:pPr>
              <w:spacing w:after="60"/>
            </w:pPr>
          </w:p>
        </w:tc>
      </w:tr>
      <w:tr w:rsidR="00BC4E80" w14:paraId="5A48F9B2" w14:textId="77777777">
        <w:tc>
          <w:tcPr>
            <w:tcW w:w="567" w:type="dxa"/>
          </w:tcPr>
          <w:p w14:paraId="3E8A6F49" w14:textId="77777777" w:rsidR="00BC4E80" w:rsidRDefault="00BC4E80">
            <w:pPr>
              <w:spacing w:after="60"/>
            </w:pPr>
          </w:p>
        </w:tc>
        <w:tc>
          <w:tcPr>
            <w:tcW w:w="3969" w:type="dxa"/>
          </w:tcPr>
          <w:p w14:paraId="5FDC0FCB" w14:textId="77777777" w:rsidR="00BC4E80" w:rsidRDefault="00BC4E80">
            <w:pPr>
              <w:spacing w:after="60"/>
            </w:pPr>
          </w:p>
        </w:tc>
        <w:tc>
          <w:tcPr>
            <w:tcW w:w="3402" w:type="dxa"/>
          </w:tcPr>
          <w:p w14:paraId="1856DB81" w14:textId="77777777" w:rsidR="00BC4E80" w:rsidRDefault="00BC4E80">
            <w:pPr>
              <w:spacing w:after="60"/>
            </w:pPr>
          </w:p>
        </w:tc>
        <w:tc>
          <w:tcPr>
            <w:tcW w:w="2154" w:type="dxa"/>
          </w:tcPr>
          <w:p w14:paraId="572FA7E6" w14:textId="77777777" w:rsidR="00BC4E80" w:rsidRDefault="00BC4E80">
            <w:pPr>
              <w:spacing w:after="60"/>
            </w:pPr>
          </w:p>
        </w:tc>
      </w:tr>
      <w:tr w:rsidR="00BC4E80" w14:paraId="0F8C61F4" w14:textId="77777777">
        <w:tc>
          <w:tcPr>
            <w:tcW w:w="567" w:type="dxa"/>
          </w:tcPr>
          <w:p w14:paraId="3CA00505" w14:textId="77777777" w:rsidR="00BC4E80" w:rsidRDefault="00BC4E80">
            <w:pPr>
              <w:spacing w:after="60"/>
            </w:pPr>
          </w:p>
        </w:tc>
        <w:tc>
          <w:tcPr>
            <w:tcW w:w="3969" w:type="dxa"/>
          </w:tcPr>
          <w:p w14:paraId="61ED651C" w14:textId="77777777" w:rsidR="00BC4E80" w:rsidRDefault="00BC4E80">
            <w:pPr>
              <w:spacing w:after="60"/>
            </w:pPr>
          </w:p>
        </w:tc>
        <w:tc>
          <w:tcPr>
            <w:tcW w:w="3402" w:type="dxa"/>
          </w:tcPr>
          <w:p w14:paraId="6B4CCA45" w14:textId="77777777" w:rsidR="00BC4E80" w:rsidRDefault="00BC4E80">
            <w:pPr>
              <w:spacing w:after="60"/>
            </w:pPr>
          </w:p>
        </w:tc>
        <w:tc>
          <w:tcPr>
            <w:tcW w:w="2154" w:type="dxa"/>
          </w:tcPr>
          <w:p w14:paraId="7BF8B6DE" w14:textId="77777777" w:rsidR="00BC4E80" w:rsidRDefault="00BC4E80">
            <w:pPr>
              <w:spacing w:after="60"/>
            </w:pPr>
          </w:p>
        </w:tc>
      </w:tr>
      <w:tr w:rsidR="00BC4E80" w14:paraId="06ED4552" w14:textId="77777777">
        <w:tc>
          <w:tcPr>
            <w:tcW w:w="567" w:type="dxa"/>
          </w:tcPr>
          <w:p w14:paraId="1796987F" w14:textId="77777777" w:rsidR="00BC4E80" w:rsidRDefault="00BC4E80">
            <w:pPr>
              <w:spacing w:after="60"/>
            </w:pPr>
          </w:p>
        </w:tc>
        <w:tc>
          <w:tcPr>
            <w:tcW w:w="3969" w:type="dxa"/>
          </w:tcPr>
          <w:p w14:paraId="07650539" w14:textId="77777777" w:rsidR="00BC4E80" w:rsidRDefault="00BC4E80">
            <w:pPr>
              <w:spacing w:after="60"/>
            </w:pPr>
          </w:p>
        </w:tc>
        <w:tc>
          <w:tcPr>
            <w:tcW w:w="3402" w:type="dxa"/>
          </w:tcPr>
          <w:p w14:paraId="49862151" w14:textId="77777777" w:rsidR="00BC4E80" w:rsidRDefault="00BC4E80">
            <w:pPr>
              <w:spacing w:after="60"/>
            </w:pPr>
          </w:p>
        </w:tc>
        <w:tc>
          <w:tcPr>
            <w:tcW w:w="2154" w:type="dxa"/>
          </w:tcPr>
          <w:p w14:paraId="39B8F073" w14:textId="77777777" w:rsidR="00BC4E80" w:rsidRDefault="00BC4E80">
            <w:pPr>
              <w:spacing w:after="60"/>
            </w:pPr>
          </w:p>
        </w:tc>
      </w:tr>
      <w:tr w:rsidR="00BC4E80" w14:paraId="53F064A7" w14:textId="77777777">
        <w:tc>
          <w:tcPr>
            <w:tcW w:w="567" w:type="dxa"/>
          </w:tcPr>
          <w:p w14:paraId="57891096" w14:textId="77777777" w:rsidR="00BC4E80" w:rsidRDefault="00BC4E80">
            <w:pPr>
              <w:spacing w:after="60"/>
            </w:pPr>
          </w:p>
        </w:tc>
        <w:tc>
          <w:tcPr>
            <w:tcW w:w="3969" w:type="dxa"/>
          </w:tcPr>
          <w:p w14:paraId="404E345E" w14:textId="77777777" w:rsidR="00BC4E80" w:rsidRDefault="00BC4E80">
            <w:pPr>
              <w:spacing w:after="60"/>
            </w:pPr>
          </w:p>
        </w:tc>
        <w:tc>
          <w:tcPr>
            <w:tcW w:w="3402" w:type="dxa"/>
          </w:tcPr>
          <w:p w14:paraId="133BC6E1" w14:textId="77777777" w:rsidR="00BC4E80" w:rsidRDefault="00BC4E80">
            <w:pPr>
              <w:spacing w:after="60"/>
            </w:pPr>
          </w:p>
        </w:tc>
        <w:tc>
          <w:tcPr>
            <w:tcW w:w="2154" w:type="dxa"/>
          </w:tcPr>
          <w:p w14:paraId="77495936" w14:textId="77777777" w:rsidR="00BC4E80" w:rsidRDefault="00BC4E80">
            <w:pPr>
              <w:spacing w:after="60"/>
            </w:pPr>
          </w:p>
        </w:tc>
      </w:tr>
      <w:tr w:rsidR="00BC4E80" w14:paraId="254E1D5B" w14:textId="77777777">
        <w:tc>
          <w:tcPr>
            <w:tcW w:w="567" w:type="dxa"/>
          </w:tcPr>
          <w:p w14:paraId="48523435" w14:textId="77777777" w:rsidR="00BC4E80" w:rsidRDefault="00BC4E80">
            <w:pPr>
              <w:spacing w:after="60"/>
            </w:pPr>
          </w:p>
        </w:tc>
        <w:tc>
          <w:tcPr>
            <w:tcW w:w="3969" w:type="dxa"/>
          </w:tcPr>
          <w:p w14:paraId="14A9B16B" w14:textId="77777777" w:rsidR="00BC4E80" w:rsidRDefault="00BC4E80">
            <w:pPr>
              <w:spacing w:after="60"/>
            </w:pPr>
          </w:p>
        </w:tc>
        <w:tc>
          <w:tcPr>
            <w:tcW w:w="3402" w:type="dxa"/>
          </w:tcPr>
          <w:p w14:paraId="4D081962" w14:textId="77777777" w:rsidR="00BC4E80" w:rsidRDefault="00BC4E80">
            <w:pPr>
              <w:spacing w:after="60"/>
            </w:pPr>
          </w:p>
        </w:tc>
        <w:tc>
          <w:tcPr>
            <w:tcW w:w="2154" w:type="dxa"/>
          </w:tcPr>
          <w:p w14:paraId="4AC29154" w14:textId="77777777" w:rsidR="00BC4E80" w:rsidRDefault="00BC4E80">
            <w:pPr>
              <w:spacing w:after="60"/>
            </w:pPr>
          </w:p>
        </w:tc>
      </w:tr>
      <w:tr w:rsidR="00BC4E80" w14:paraId="5315F640" w14:textId="77777777">
        <w:tc>
          <w:tcPr>
            <w:tcW w:w="567" w:type="dxa"/>
          </w:tcPr>
          <w:p w14:paraId="40C8FDBB" w14:textId="77777777" w:rsidR="00BC4E80" w:rsidRDefault="00BC4E80">
            <w:pPr>
              <w:spacing w:after="60"/>
            </w:pPr>
          </w:p>
        </w:tc>
        <w:tc>
          <w:tcPr>
            <w:tcW w:w="3969" w:type="dxa"/>
          </w:tcPr>
          <w:p w14:paraId="79BAC852" w14:textId="77777777" w:rsidR="00BC4E80" w:rsidRDefault="00BC4E80">
            <w:pPr>
              <w:spacing w:after="60"/>
            </w:pPr>
          </w:p>
        </w:tc>
        <w:tc>
          <w:tcPr>
            <w:tcW w:w="3402" w:type="dxa"/>
          </w:tcPr>
          <w:p w14:paraId="0DA3E662" w14:textId="77777777" w:rsidR="00BC4E80" w:rsidRDefault="00BC4E80">
            <w:pPr>
              <w:spacing w:after="60"/>
            </w:pPr>
          </w:p>
        </w:tc>
        <w:tc>
          <w:tcPr>
            <w:tcW w:w="2154" w:type="dxa"/>
          </w:tcPr>
          <w:p w14:paraId="63C9E2FD" w14:textId="77777777" w:rsidR="00BC4E80" w:rsidRDefault="00BC4E80">
            <w:pPr>
              <w:spacing w:after="60"/>
            </w:pPr>
          </w:p>
        </w:tc>
      </w:tr>
      <w:tr w:rsidR="00BC4E80" w14:paraId="4A92B629" w14:textId="77777777">
        <w:tc>
          <w:tcPr>
            <w:tcW w:w="567" w:type="dxa"/>
          </w:tcPr>
          <w:p w14:paraId="0C94D623" w14:textId="77777777" w:rsidR="00BC4E80" w:rsidRDefault="00BC4E80">
            <w:pPr>
              <w:spacing w:after="60"/>
            </w:pPr>
          </w:p>
        </w:tc>
        <w:tc>
          <w:tcPr>
            <w:tcW w:w="3969" w:type="dxa"/>
          </w:tcPr>
          <w:p w14:paraId="44E7AADF" w14:textId="77777777" w:rsidR="00BC4E80" w:rsidRDefault="00BC4E80">
            <w:pPr>
              <w:spacing w:after="60"/>
            </w:pPr>
          </w:p>
        </w:tc>
        <w:tc>
          <w:tcPr>
            <w:tcW w:w="3402" w:type="dxa"/>
          </w:tcPr>
          <w:p w14:paraId="069302A9" w14:textId="77777777" w:rsidR="00BC4E80" w:rsidRDefault="00BC4E80">
            <w:pPr>
              <w:spacing w:after="60"/>
            </w:pPr>
          </w:p>
        </w:tc>
        <w:tc>
          <w:tcPr>
            <w:tcW w:w="2154" w:type="dxa"/>
          </w:tcPr>
          <w:p w14:paraId="50D9B21C" w14:textId="77777777" w:rsidR="00BC4E80" w:rsidRDefault="00BC4E80">
            <w:pPr>
              <w:spacing w:after="60"/>
            </w:pPr>
          </w:p>
        </w:tc>
      </w:tr>
      <w:tr w:rsidR="00BC4E80" w14:paraId="1CF8795C" w14:textId="77777777">
        <w:tc>
          <w:tcPr>
            <w:tcW w:w="567" w:type="dxa"/>
          </w:tcPr>
          <w:p w14:paraId="79632280" w14:textId="77777777" w:rsidR="00BC4E80" w:rsidRDefault="00BC4E80">
            <w:pPr>
              <w:spacing w:after="60"/>
            </w:pPr>
          </w:p>
        </w:tc>
        <w:tc>
          <w:tcPr>
            <w:tcW w:w="3969" w:type="dxa"/>
          </w:tcPr>
          <w:p w14:paraId="6B2F8002" w14:textId="77777777" w:rsidR="00BC4E80" w:rsidRDefault="00BC4E80">
            <w:pPr>
              <w:spacing w:after="60"/>
            </w:pPr>
          </w:p>
        </w:tc>
        <w:tc>
          <w:tcPr>
            <w:tcW w:w="3402" w:type="dxa"/>
          </w:tcPr>
          <w:p w14:paraId="184EC224" w14:textId="77777777" w:rsidR="00BC4E80" w:rsidRDefault="00BC4E80">
            <w:pPr>
              <w:spacing w:after="60"/>
            </w:pPr>
          </w:p>
        </w:tc>
        <w:tc>
          <w:tcPr>
            <w:tcW w:w="2154" w:type="dxa"/>
          </w:tcPr>
          <w:p w14:paraId="207AAAD5" w14:textId="77777777" w:rsidR="00BC4E80" w:rsidRDefault="00BC4E80">
            <w:pPr>
              <w:spacing w:after="60"/>
            </w:pPr>
          </w:p>
        </w:tc>
      </w:tr>
      <w:tr w:rsidR="00BC4E80" w14:paraId="045A6275" w14:textId="77777777">
        <w:tc>
          <w:tcPr>
            <w:tcW w:w="567" w:type="dxa"/>
          </w:tcPr>
          <w:p w14:paraId="035478F2" w14:textId="77777777" w:rsidR="00BC4E80" w:rsidRDefault="00BC4E80">
            <w:pPr>
              <w:spacing w:after="60"/>
            </w:pPr>
          </w:p>
        </w:tc>
        <w:tc>
          <w:tcPr>
            <w:tcW w:w="3969" w:type="dxa"/>
          </w:tcPr>
          <w:p w14:paraId="5AB08A12" w14:textId="77777777" w:rsidR="00BC4E80" w:rsidRDefault="00BC4E80">
            <w:pPr>
              <w:spacing w:after="60"/>
            </w:pPr>
          </w:p>
        </w:tc>
        <w:tc>
          <w:tcPr>
            <w:tcW w:w="3402" w:type="dxa"/>
          </w:tcPr>
          <w:p w14:paraId="41ADAA2F" w14:textId="77777777" w:rsidR="00BC4E80" w:rsidRDefault="00BC4E80">
            <w:pPr>
              <w:spacing w:after="60"/>
            </w:pPr>
          </w:p>
        </w:tc>
        <w:tc>
          <w:tcPr>
            <w:tcW w:w="2154" w:type="dxa"/>
          </w:tcPr>
          <w:p w14:paraId="3E66AF28" w14:textId="77777777" w:rsidR="00BC4E80" w:rsidRDefault="00BC4E80">
            <w:pPr>
              <w:spacing w:after="60"/>
            </w:pPr>
          </w:p>
        </w:tc>
      </w:tr>
      <w:tr w:rsidR="00BC4E80" w14:paraId="3DF40616" w14:textId="77777777">
        <w:tc>
          <w:tcPr>
            <w:tcW w:w="567" w:type="dxa"/>
          </w:tcPr>
          <w:p w14:paraId="1A7FDC93" w14:textId="77777777" w:rsidR="00BC4E80" w:rsidRDefault="00BC4E80">
            <w:pPr>
              <w:spacing w:after="60"/>
            </w:pPr>
          </w:p>
        </w:tc>
        <w:tc>
          <w:tcPr>
            <w:tcW w:w="3969" w:type="dxa"/>
          </w:tcPr>
          <w:p w14:paraId="363DC47A" w14:textId="77777777" w:rsidR="00BC4E80" w:rsidRDefault="00BC4E80">
            <w:pPr>
              <w:spacing w:after="60"/>
            </w:pPr>
          </w:p>
        </w:tc>
        <w:tc>
          <w:tcPr>
            <w:tcW w:w="3402" w:type="dxa"/>
          </w:tcPr>
          <w:p w14:paraId="7AA74453" w14:textId="77777777" w:rsidR="00BC4E80" w:rsidRDefault="00BC4E80">
            <w:pPr>
              <w:spacing w:after="60"/>
            </w:pPr>
          </w:p>
        </w:tc>
        <w:tc>
          <w:tcPr>
            <w:tcW w:w="2154" w:type="dxa"/>
          </w:tcPr>
          <w:p w14:paraId="7DF51358" w14:textId="77777777" w:rsidR="00BC4E80" w:rsidRDefault="00BC4E80">
            <w:pPr>
              <w:spacing w:after="60"/>
            </w:pPr>
          </w:p>
        </w:tc>
      </w:tr>
      <w:tr w:rsidR="00BC4E80" w14:paraId="70CEF970" w14:textId="77777777">
        <w:tc>
          <w:tcPr>
            <w:tcW w:w="567" w:type="dxa"/>
          </w:tcPr>
          <w:p w14:paraId="559A6237" w14:textId="77777777" w:rsidR="00BC4E80" w:rsidRDefault="00BC4E80">
            <w:pPr>
              <w:spacing w:after="60"/>
            </w:pPr>
          </w:p>
        </w:tc>
        <w:tc>
          <w:tcPr>
            <w:tcW w:w="3969" w:type="dxa"/>
          </w:tcPr>
          <w:p w14:paraId="1EB6CB39" w14:textId="77777777" w:rsidR="00BC4E80" w:rsidRDefault="00BC4E80">
            <w:pPr>
              <w:spacing w:after="60"/>
            </w:pPr>
          </w:p>
        </w:tc>
        <w:tc>
          <w:tcPr>
            <w:tcW w:w="3402" w:type="dxa"/>
          </w:tcPr>
          <w:p w14:paraId="659F0B1E" w14:textId="77777777" w:rsidR="00BC4E80" w:rsidRDefault="00BC4E80">
            <w:pPr>
              <w:spacing w:after="60"/>
            </w:pPr>
          </w:p>
        </w:tc>
        <w:tc>
          <w:tcPr>
            <w:tcW w:w="2154" w:type="dxa"/>
          </w:tcPr>
          <w:p w14:paraId="217A6DB2" w14:textId="77777777" w:rsidR="00BC4E80" w:rsidRDefault="00BC4E80">
            <w:pPr>
              <w:spacing w:after="60"/>
            </w:pPr>
          </w:p>
        </w:tc>
      </w:tr>
      <w:tr w:rsidR="00BC4E80" w14:paraId="6E98B75D" w14:textId="77777777">
        <w:tc>
          <w:tcPr>
            <w:tcW w:w="567" w:type="dxa"/>
          </w:tcPr>
          <w:p w14:paraId="4F442B3B" w14:textId="77777777" w:rsidR="00BC4E80" w:rsidRDefault="00BC4E80">
            <w:pPr>
              <w:spacing w:after="60"/>
            </w:pPr>
          </w:p>
        </w:tc>
        <w:tc>
          <w:tcPr>
            <w:tcW w:w="3969" w:type="dxa"/>
          </w:tcPr>
          <w:p w14:paraId="053B65DB" w14:textId="77777777" w:rsidR="00BC4E80" w:rsidRDefault="00BC4E80">
            <w:pPr>
              <w:spacing w:after="60"/>
            </w:pPr>
          </w:p>
        </w:tc>
        <w:tc>
          <w:tcPr>
            <w:tcW w:w="3402" w:type="dxa"/>
          </w:tcPr>
          <w:p w14:paraId="52BF39DB" w14:textId="77777777" w:rsidR="00BC4E80" w:rsidRDefault="00BC4E80">
            <w:pPr>
              <w:spacing w:after="60"/>
            </w:pPr>
          </w:p>
        </w:tc>
        <w:tc>
          <w:tcPr>
            <w:tcW w:w="2154" w:type="dxa"/>
          </w:tcPr>
          <w:p w14:paraId="0D1B6259" w14:textId="77777777" w:rsidR="00BC4E80" w:rsidRDefault="00BC4E80">
            <w:pPr>
              <w:spacing w:after="60"/>
            </w:pPr>
          </w:p>
        </w:tc>
      </w:tr>
      <w:tr w:rsidR="00BC4E80" w14:paraId="007E9052" w14:textId="77777777">
        <w:tc>
          <w:tcPr>
            <w:tcW w:w="567" w:type="dxa"/>
          </w:tcPr>
          <w:p w14:paraId="73BF4C1D" w14:textId="77777777" w:rsidR="00BC4E80" w:rsidRDefault="00BC4E80">
            <w:pPr>
              <w:spacing w:after="60"/>
            </w:pPr>
          </w:p>
        </w:tc>
        <w:tc>
          <w:tcPr>
            <w:tcW w:w="3969" w:type="dxa"/>
          </w:tcPr>
          <w:p w14:paraId="0CD7F2F1" w14:textId="77777777" w:rsidR="00BC4E80" w:rsidRDefault="00BC4E80">
            <w:pPr>
              <w:spacing w:after="60"/>
            </w:pPr>
          </w:p>
        </w:tc>
        <w:tc>
          <w:tcPr>
            <w:tcW w:w="3402" w:type="dxa"/>
          </w:tcPr>
          <w:p w14:paraId="538FCB83" w14:textId="77777777" w:rsidR="00BC4E80" w:rsidRDefault="00BC4E80">
            <w:pPr>
              <w:spacing w:after="60"/>
            </w:pPr>
          </w:p>
        </w:tc>
        <w:tc>
          <w:tcPr>
            <w:tcW w:w="2154" w:type="dxa"/>
          </w:tcPr>
          <w:p w14:paraId="4E7F30C3" w14:textId="77777777" w:rsidR="00BC4E80" w:rsidRDefault="00BC4E80">
            <w:pPr>
              <w:spacing w:after="60"/>
            </w:pPr>
          </w:p>
        </w:tc>
      </w:tr>
    </w:tbl>
    <w:p w14:paraId="12734759" w14:textId="77777777" w:rsidR="00BC4E80" w:rsidRDefault="00BC4E80">
      <w:pPr>
        <w:tabs>
          <w:tab w:val="left" w:pos="5386"/>
        </w:tabs>
        <w:spacing w:after="160"/>
      </w:pPr>
      <w:r>
        <w:rPr>
          <w:rFonts w:ascii="Times New Roman" w:hAnsi="Times New Roman" w:cs="Times New Roman" w:eastAsia="Times New Roman"/>
          <w:sz w:val="24"/>
        </w:rPr>
        <w:t>Провел инструктажа: ………………………………</w:t>
      </w:r>
      <w:r>
        <w:rPr>
          <w:rFonts w:ascii="Times New Roman" w:hAnsi="Times New Roman" w:cs="Times New Roman" w:eastAsia="Times New Roman"/>
          <w:sz w:val="24"/>
        </w:rPr>
        <w:tab/>
        <w:t>Дата: ………………………………………… г.</w:t>
      </w:r>
    </w:p>
    <w:p w14:paraId="6B84E597"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61 към Правилника за дейността на училището</w:t>
      </w:r>
    </w:p>
    <w:p w14:paraId="6468C96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A387A76" wp14:editId="33BEC9C6">
            <wp:extent cx="6483600" cy="117515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3035A19" w14:textId="77777777" w:rsidR="00BC4E80" w:rsidRDefault="00BC4E80">
      <w:r>
        <w:rPr>
          <w:rFonts w:ascii="Times New Roman" w:hAnsi="Times New Roman" w:cs="Times New Roman" w:eastAsia="Times New Roman"/>
          <w:b/>
          <w:sz w:val="24"/>
        </w:rPr>
        <w:t>ДО</w:t>
      </w:r>
    </w:p>
    <w:p w14:paraId="52A43737" w14:textId="77777777" w:rsidR="00BC4E80" w:rsidRDefault="00BC4E80">
      <w:r>
        <w:rPr>
          <w:rFonts w:ascii="Times New Roman" w:hAnsi="Times New Roman" w:cs="Times New Roman" w:eastAsia="Times New Roman"/>
          <w:b/>
          <w:sz w:val="24"/>
        </w:rPr>
        <w:t>ДИРЕКТОРА</w:t>
      </w:r>
    </w:p>
    <w:p w14:paraId="00E7136C" w14:textId="77777777" w:rsidR="00BC4E80" w:rsidRDefault="00BC4E80">
      <w:r>
        <w:rPr>
          <w:rFonts w:ascii="Times New Roman" w:hAnsi="Times New Roman" w:cs="Times New Roman" w:eastAsia="Times New Roman"/>
          <w:b/>
          <w:sz w:val="24"/>
        </w:rPr>
        <w:t>НА ПГМКР „СВЕТИ НИКОЛА“</w:t>
      </w:r>
    </w:p>
    <w:p w14:paraId="3BE0D2ED" w14:textId="77777777" w:rsidR="00BC4E80" w:rsidRDefault="00BC4E80">
      <w:r>
        <w:rPr>
          <w:rFonts w:ascii="Times New Roman" w:hAnsi="Times New Roman" w:cs="Times New Roman" w:eastAsia="Times New Roman"/>
          <w:b/>
          <w:sz w:val="24"/>
        </w:rPr>
        <w:t>ГР. БУРГАС</w:t>
      </w:r>
    </w:p>
    <w:p w14:paraId="3B08ACE2" w14:textId="77777777" w:rsidR="00BC4E80" w:rsidRDefault="00BC4E80">
      <w:pPr>
        <w:spacing w:after="160"/>
      </w:pPr>
    </w:p>
    <w:p w14:paraId="56DD36C9" w14:textId="77777777" w:rsidR="00BC4E80" w:rsidRDefault="00BC4E80">
      <w:pPr>
        <w:spacing w:before="80" w:after="40"/>
        <w:jc w:val="center"/>
      </w:pPr>
      <w:r>
        <w:rPr>
          <w:rFonts w:ascii="Times New Roman" w:hAnsi="Times New Roman" w:cs="Times New Roman" w:eastAsia="Times New Roman"/>
          <w:b/>
          <w:sz w:val="26"/>
        </w:rPr>
        <w:t>О Т Ч Е Т</w:t>
      </w:r>
    </w:p>
    <w:p w14:paraId="7F8BB14E" w14:textId="77777777" w:rsidR="00BC4E80" w:rsidRDefault="00BC4E80">
      <w:pPr>
        <w:spacing w:after="80"/>
        <w:jc w:val="center"/>
      </w:pPr>
      <w:r>
        <w:rPr>
          <w:rFonts w:ascii="Times New Roman" w:hAnsi="Times New Roman" w:cs="Times New Roman" w:eastAsia="Times New Roman"/>
          <w:b/>
        </w:rPr>
        <w:t>за проведено мероприятие извън училището</w:t>
      </w:r>
    </w:p>
    <w:p w14:paraId="2D1DF9F1" w14:textId="77777777" w:rsidR="00BC4E80" w:rsidRDefault="00BC4E80">
      <w:pPr>
        <w:spacing w:after="160"/>
        <w:jc w:val="center"/>
      </w:pPr>
      <w:r>
        <w:rPr>
          <w:rFonts w:ascii="Times New Roman" w:hAnsi="Times New Roman" w:cs="Times New Roman" w:eastAsia="Times New Roman"/>
          <w:i/>
          <w:sz w:val="20"/>
        </w:rPr>
        <w:t>чл. 181 и чл. 185 от ПДУ</w:t>
      </w:r>
    </w:p>
    <w:p w14:paraId="720A6F16" w14:textId="77777777" w:rsidR="00BC4E80" w:rsidRDefault="00BC4E80">
      <w:pPr>
        <w:spacing w:after="40"/>
      </w:pPr>
      <w:r>
        <w:rPr>
          <w:rFonts w:ascii="Times New Roman" w:hAnsi="Times New Roman" w:cs="Times New Roman" w:eastAsia="Times New Roman"/>
          <w:sz w:val="24"/>
        </w:rPr>
        <w:t>от …………………………………………………………………………… – ръководител на групата</w:t>
      </w:r>
    </w:p>
    <w:p w14:paraId="15548559" w14:textId="77777777" w:rsidR="00BC4E80" w:rsidRDefault="00BC4E80">
      <w:pPr>
        <w:spacing w:after="80"/>
      </w:pPr>
    </w:p>
    <w:p w14:paraId="668C5F9A"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23C8098" w14:textId="77777777" w:rsidR="00BC4E80" w:rsidRDefault="00BC4E80">
      <w:pPr>
        <w:spacing w:after="80"/>
      </w:pPr>
      <w:r>
        <w:rPr>
          <w:rFonts w:ascii="Times New Roman" w:hAnsi="Times New Roman" w:cs="Times New Roman" w:eastAsia="Times New Roman"/>
          <w:sz w:val="24"/>
        </w:rPr>
        <w:t>Мероприятие: ……………………………………………………………………………………………</w:t>
      </w:r>
    </w:p>
    <w:p w14:paraId="561E2567" w14:textId="77777777" w:rsidR="00BC4E80" w:rsidRDefault="00BC4E80">
      <w:pPr>
        <w:spacing w:after="80"/>
      </w:pPr>
      <w:r>
        <w:rPr>
          <w:rFonts w:ascii="Times New Roman" w:hAnsi="Times New Roman" w:cs="Times New Roman" w:eastAsia="Times New Roman"/>
          <w:sz w:val="24"/>
        </w:rPr>
        <w:t>Проведено в периода: от …………………………………… г. до ………………………………… г.</w:t>
      </w:r>
    </w:p>
    <w:p w14:paraId="5D8DC69E" w14:textId="77777777" w:rsidR="00BC4E80" w:rsidRDefault="00BC4E80">
      <w:pPr>
        <w:spacing w:after="80"/>
      </w:pPr>
      <w:r>
        <w:rPr>
          <w:rFonts w:ascii="Times New Roman" w:hAnsi="Times New Roman" w:cs="Times New Roman" w:eastAsia="Times New Roman"/>
          <w:sz w:val="24"/>
        </w:rPr>
        <w:t>Място: ……………………………………………………………………………………………………</w:t>
      </w:r>
    </w:p>
    <w:p w14:paraId="23099250" w14:textId="77777777" w:rsidR="00BC4E80" w:rsidRDefault="00BC4E80">
      <w:pPr>
        <w:spacing w:after="80"/>
      </w:pPr>
      <w:r>
        <w:rPr>
          <w:rFonts w:ascii="Times New Roman" w:hAnsi="Times New Roman" w:cs="Times New Roman" w:eastAsia="Times New Roman"/>
          <w:sz w:val="24"/>
        </w:rPr>
        <w:t>Брой участници: ученици ………………………………, придружители ……………………………</w:t>
      </w:r>
    </w:p>
    <w:p w14:paraId="413EC4A7" w14:textId="77777777" w:rsidR="00BC4E80" w:rsidRDefault="00BC4E80">
      <w:pPr>
        <w:spacing w:after="80"/>
      </w:pPr>
      <w:r>
        <w:rPr>
          <w:rFonts w:ascii="Times New Roman" w:hAnsi="Times New Roman" w:cs="Times New Roman" w:eastAsia="Times New Roman"/>
          <w:sz w:val="24"/>
        </w:rPr>
        <w:t>Изпълнение на програмата: ………………………………………………………………………………</w:t>
      </w:r>
    </w:p>
    <w:p w14:paraId="200B2059" w14:textId="77777777" w:rsidR="00BC4E80" w:rsidRDefault="00BC4E80">
      <w:pPr>
        <w:spacing w:after="80"/>
      </w:pPr>
      <w:r>
        <w:rPr>
          <w:rFonts w:ascii="Times New Roman" w:hAnsi="Times New Roman" w:cs="Times New Roman" w:eastAsia="Times New Roman"/>
          <w:sz w:val="24"/>
        </w:rPr>
        <w:t>………………………………………………………………………………………………………………</w:t>
      </w:r>
    </w:p>
    <w:p w14:paraId="65E4BC77" w14:textId="77777777" w:rsidR="00BC4E80" w:rsidRDefault="00BC4E80">
      <w:pPr>
        <w:spacing w:after="80"/>
      </w:pPr>
      <w:r>
        <w:rPr>
          <w:rFonts w:ascii="Times New Roman" w:hAnsi="Times New Roman" w:cs="Times New Roman" w:eastAsia="Times New Roman"/>
          <w:sz w:val="24"/>
        </w:rPr>
        <w:t>………………………………………………………………………………………………………………</w:t>
      </w:r>
    </w:p>
    <w:p w14:paraId="131EFBAC" w14:textId="77777777" w:rsidR="00BC4E80" w:rsidRDefault="00BC4E80">
      <w:pPr>
        <w:spacing w:after="80"/>
      </w:pPr>
      <w:r>
        <w:rPr>
          <w:rFonts w:ascii="Times New Roman" w:hAnsi="Times New Roman" w:cs="Times New Roman" w:eastAsia="Times New Roman"/>
          <w:sz w:val="24"/>
        </w:rPr>
        <w:t>Постигнати образователни резултати: …………………………………………………………………</w:t>
      </w:r>
    </w:p>
    <w:p w14:paraId="26A9B22E" w14:textId="77777777" w:rsidR="00BC4E80" w:rsidRDefault="00BC4E80">
      <w:pPr>
        <w:spacing w:after="80"/>
      </w:pPr>
      <w:r>
        <w:rPr>
          <w:rFonts w:ascii="Times New Roman" w:hAnsi="Times New Roman" w:cs="Times New Roman" w:eastAsia="Times New Roman"/>
          <w:sz w:val="24"/>
        </w:rPr>
        <w:t>………………………………………………………………………………………………………………</w:t>
      </w:r>
    </w:p>
    <w:p w14:paraId="57254721" w14:textId="77777777" w:rsidR="00BC4E80" w:rsidRDefault="00BC4E80">
      <w:pPr>
        <w:spacing w:after="80"/>
      </w:pPr>
      <w:r>
        <w:rPr>
          <w:rFonts w:ascii="Times New Roman" w:hAnsi="Times New Roman" w:cs="Times New Roman" w:eastAsia="Times New Roman"/>
          <w:sz w:val="24"/>
        </w:rPr>
        <w:t>Възникнали инциденти и проблеми: ☐ няма   ☐ има – ………………………………………………</w:t>
      </w:r>
    </w:p>
    <w:p w14:paraId="4C26B493" w14:textId="77777777" w:rsidR="00BC4E80" w:rsidRDefault="00BC4E80">
      <w:pPr>
        <w:spacing w:after="80"/>
      </w:pPr>
      <w:r>
        <w:rPr>
          <w:rFonts w:ascii="Times New Roman" w:hAnsi="Times New Roman" w:cs="Times New Roman" w:eastAsia="Times New Roman"/>
          <w:sz w:val="24"/>
        </w:rPr>
        <w:t>Разходи и финансова отчетност: ………………………………………………………………………</w:t>
      </w:r>
    </w:p>
    <w:p w14:paraId="03EA4159" w14:textId="77777777" w:rsidR="00BC4E80" w:rsidRDefault="00BC4E80">
      <w:pPr>
        <w:spacing w:after="80"/>
      </w:pPr>
      <w:r>
        <w:rPr>
          <w:rFonts w:ascii="Times New Roman" w:hAnsi="Times New Roman" w:cs="Times New Roman" w:eastAsia="Times New Roman"/>
          <w:sz w:val="24"/>
        </w:rPr>
        <w:t>Изводи и препоръки за следващи мероприятия: ………………………………………………………</w:t>
      </w:r>
    </w:p>
    <w:p w14:paraId="4CD9B3EB" w14:textId="77777777" w:rsidR="00BC4E80" w:rsidRDefault="00BC4E80">
      <w:pPr>
        <w:spacing w:after="80"/>
      </w:pPr>
      <w:r>
        <w:rPr>
          <w:rFonts w:ascii="Times New Roman" w:hAnsi="Times New Roman" w:cs="Times New Roman" w:eastAsia="Times New Roman"/>
          <w:sz w:val="24"/>
        </w:rPr>
        <w:t>………………………………………………………………………………………………………………</w:t>
      </w:r>
    </w:p>
    <w:p w14:paraId="56D82E3D" w14:textId="77777777" w:rsidR="00BC4E80" w:rsidRDefault="00BC4E80">
      <w:pPr>
        <w:spacing w:after="200"/>
      </w:pPr>
    </w:p>
    <w:p w14:paraId="3E72BB45"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Ръководител на групата: ………………………</w:t>
      </w:r>
    </w:p>
    <w:p w14:paraId="52870920" w14:textId="77777777" w:rsidR="00BC4E80" w:rsidRDefault="00BC4E80">
      <w:pPr>
        <w:pageBreakBefore/>
        <w:spacing w:after="2800"/>
      </w:pPr>
    </w:p>
    <w:p w14:paraId="21760045" w14:textId="77777777" w:rsidR="00BC4E80" w:rsidRDefault="00BC4E80">
      <w:pPr>
        <w:spacing w:after="200"/>
        <w:jc w:val="center"/>
      </w:pPr>
      <w:r>
        <w:rPr>
          <w:rFonts w:ascii="Times New Roman" w:hAnsi="Times New Roman" w:cs="Times New Roman" w:eastAsia="Times New Roman"/>
          <w:b/>
          <w:sz w:val="32"/>
        </w:rPr>
        <w:t>РАЗДЕЛ X</w:t>
      </w:r>
    </w:p>
    <w:p w14:paraId="46F52345" w14:textId="77777777" w:rsidR="00BC4E80" w:rsidRDefault="00BC4E80">
      <w:pPr>
        <w:jc w:val="center"/>
      </w:pPr>
      <w:r>
        <w:rPr>
          <w:rFonts w:ascii="Times New Roman" w:hAnsi="Times New Roman" w:cs="Times New Roman" w:eastAsia="Times New Roman"/>
          <w:b/>
          <w:sz w:val="28"/>
        </w:rPr>
        <w:t>ПРАКТИЧЕСКО ОБУЧЕНИЕ И ПЛАВАТЕЛНА ПРАКТИКА</w:t>
      </w:r>
    </w:p>
    <w:p w14:paraId="4556DD7E"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62 към Правилника за дейността на училището</w:t>
      </w:r>
    </w:p>
    <w:p w14:paraId="307BF2E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94F80A7" wp14:editId="3A076AB3">
            <wp:extent cx="6483600" cy="117515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E236B3B" w14:textId="77777777" w:rsidR="00BC4E80" w:rsidRDefault="00BC4E80">
      <w:r>
        <w:rPr>
          <w:rFonts w:ascii="Times New Roman" w:hAnsi="Times New Roman" w:cs="Times New Roman" w:eastAsia="Times New Roman"/>
          <w:b/>
          <w:sz w:val="24"/>
        </w:rPr>
        <w:t>ДО</w:t>
      </w:r>
    </w:p>
    <w:p w14:paraId="4FD576F2" w14:textId="77777777" w:rsidR="00BC4E80" w:rsidRDefault="00BC4E80">
      <w:r>
        <w:rPr>
          <w:rFonts w:ascii="Times New Roman" w:hAnsi="Times New Roman" w:cs="Times New Roman" w:eastAsia="Times New Roman"/>
          <w:b/>
          <w:sz w:val="24"/>
        </w:rPr>
        <w:t>ДИРЕКТОРА</w:t>
      </w:r>
    </w:p>
    <w:p w14:paraId="4B410AD0" w14:textId="77777777" w:rsidR="00BC4E80" w:rsidRDefault="00BC4E80">
      <w:r>
        <w:rPr>
          <w:rFonts w:ascii="Times New Roman" w:hAnsi="Times New Roman" w:cs="Times New Roman" w:eastAsia="Times New Roman"/>
          <w:b/>
          <w:sz w:val="24"/>
        </w:rPr>
        <w:t>НА ПГМКР „СВЕТИ НИКОЛА“</w:t>
      </w:r>
    </w:p>
    <w:p w14:paraId="1948B2CB" w14:textId="77777777" w:rsidR="00BC4E80" w:rsidRDefault="00BC4E80">
      <w:r>
        <w:rPr>
          <w:rFonts w:ascii="Times New Roman" w:hAnsi="Times New Roman" w:cs="Times New Roman" w:eastAsia="Times New Roman"/>
          <w:b/>
          <w:sz w:val="24"/>
        </w:rPr>
        <w:t>ГР. БУРГАС</w:t>
      </w:r>
    </w:p>
    <w:p w14:paraId="14FFD86F" w14:textId="77777777" w:rsidR="00BC4E80" w:rsidRDefault="00BC4E80">
      <w:pPr>
        <w:spacing w:after="160"/>
      </w:pPr>
    </w:p>
    <w:p w14:paraId="361EE720" w14:textId="77777777" w:rsidR="00BC4E80" w:rsidRDefault="00BC4E80">
      <w:pPr>
        <w:spacing w:before="80" w:after="40"/>
        <w:jc w:val="center"/>
      </w:pPr>
      <w:r>
        <w:rPr>
          <w:rFonts w:ascii="Times New Roman" w:hAnsi="Times New Roman" w:cs="Times New Roman" w:eastAsia="Times New Roman"/>
          <w:b/>
          <w:sz w:val="26"/>
        </w:rPr>
        <w:t>Ф О Р М У Л Я Р</w:t>
      </w:r>
    </w:p>
    <w:p w14:paraId="5A95976E" w14:textId="77777777" w:rsidR="00BC4E80" w:rsidRDefault="00BC4E80">
      <w:pPr>
        <w:spacing w:after="80"/>
        <w:jc w:val="center"/>
      </w:pPr>
      <w:r>
        <w:rPr>
          <w:rFonts w:ascii="Times New Roman" w:hAnsi="Times New Roman" w:cs="Times New Roman" w:eastAsia="Times New Roman"/>
          <w:b/>
        </w:rPr>
        <w:t>за определяне на ръководител и наставник по практическо обучение</w:t>
      </w:r>
    </w:p>
    <w:p w14:paraId="37DF4AE0" w14:textId="77777777" w:rsidR="00BC4E80" w:rsidRDefault="00BC4E80">
      <w:pPr>
        <w:spacing w:after="160"/>
        <w:jc w:val="center"/>
      </w:pPr>
      <w:r>
        <w:rPr>
          <w:rFonts w:ascii="Times New Roman" w:hAnsi="Times New Roman" w:cs="Times New Roman" w:eastAsia="Times New Roman"/>
          <w:i/>
          <w:sz w:val="20"/>
        </w:rPr>
        <w:t>чл. 98 – чл. 101 от ПДУ; ЗПОО; Наредба № 6 от 17.06.2021 г. за компетентност на морските лица; Конвенция STCW 78/95</w:t>
      </w:r>
    </w:p>
    <w:p w14:paraId="0C484D24" w14:textId="77777777" w:rsidR="00BC4E80" w:rsidRDefault="00BC4E80">
      <w:pPr>
        <w:spacing w:after="40"/>
      </w:pPr>
      <w:r>
        <w:rPr>
          <w:rFonts w:ascii="Times New Roman" w:hAnsi="Times New Roman" w:cs="Times New Roman" w:eastAsia="Times New Roman"/>
          <w:sz w:val="24"/>
        </w:rPr>
        <w:t>Учебна година: 20…………………… / 20…………………… г.        Клас: ……………………        Специалност: ……………………</w:t>
      </w:r>
    </w:p>
    <w:p w14:paraId="4CC428C8" w14:textId="77777777" w:rsidR="00BC4E80" w:rsidRDefault="00BC4E80">
      <w:pPr>
        <w:spacing w:after="80"/>
      </w:pPr>
    </w:p>
    <w:p w14:paraId="1C5D5E2B" w14:textId="77777777" w:rsidR="00BC4E80" w:rsidRDefault="00BC4E80">
      <w:pPr>
        <w:spacing w:after="120"/>
      </w:pPr>
      <w:r>
        <w:rPr>
          <w:rFonts w:ascii="Times New Roman" w:hAnsi="Times New Roman" w:cs="Times New Roman" w:eastAsia="Times New Roman"/>
          <w:b/>
          <w:sz w:val="24"/>
        </w:rPr>
        <w:t>УВАЖАЕМА ГОСПОЖО ДИРЕКТОР,</w:t>
      </w:r>
    </w:p>
    <w:p w14:paraId="44F26579" w14:textId="77777777" w:rsidR="00BC4E80" w:rsidRDefault="00BC4E80">
      <w:pPr>
        <w:spacing w:after="80"/>
        <w:jc w:val="both"/>
      </w:pPr>
      <w:r>
        <w:rPr>
          <w:rFonts w:ascii="Times New Roman" w:hAnsi="Times New Roman" w:cs="Times New Roman" w:eastAsia="Times New Roman"/>
          <w:sz w:val="24"/>
        </w:rPr>
        <w:t>Предлагам за провеждане на:</w:t>
      </w:r>
    </w:p>
    <w:p w14:paraId="222BA23C" w14:textId="77777777" w:rsidR="00BC4E80" w:rsidRDefault="00BC4E80">
      <w:pPr>
        <w:spacing w:after="80"/>
        <w:jc w:val="both"/>
      </w:pPr>
      <w:r>
        <w:rPr>
          <w:rFonts w:ascii="Times New Roman" w:hAnsi="Times New Roman" w:cs="Times New Roman" w:eastAsia="Times New Roman"/>
          <w:sz w:val="24"/>
        </w:rPr>
        <w:t>☐ учебна практика   ☐ производствена практика   ☐ производствена практика – плавателна</w:t>
      </w:r>
    </w:p>
    <w:p w14:paraId="7EFB9203" w14:textId="77777777" w:rsidR="00BC4E80" w:rsidRDefault="00BC4E80">
      <w:pPr>
        <w:spacing w:after="80"/>
      </w:pPr>
      <w:r>
        <w:rPr>
          <w:rFonts w:ascii="Times New Roman" w:hAnsi="Times New Roman" w:cs="Times New Roman" w:eastAsia="Times New Roman"/>
          <w:sz w:val="24"/>
        </w:rPr>
        <w:t>Място на провеждане: ……………………………………………………………………………………</w:t>
      </w:r>
    </w:p>
    <w:p w14:paraId="141D8277" w14:textId="77777777" w:rsidR="00BC4E80" w:rsidRDefault="00BC4E80">
      <w:pPr>
        <w:spacing w:after="80"/>
      </w:pPr>
      <w:r>
        <w:rPr>
          <w:rFonts w:ascii="Times New Roman" w:hAnsi="Times New Roman" w:cs="Times New Roman" w:eastAsia="Times New Roman"/>
          <w:sz w:val="24"/>
        </w:rPr>
        <w:t>Период: от ……………………………… г. до ……………………………… г., общо ………… часа.</w:t>
      </w:r>
    </w:p>
    <w:p w14:paraId="4B22CEFE" w14:textId="77777777" w:rsidR="00BC4E80" w:rsidRDefault="00BC4E80">
      <w:pPr>
        <w:spacing w:after="80"/>
      </w:pPr>
      <w:r>
        <w:rPr>
          <w:rFonts w:ascii="Times New Roman" w:hAnsi="Times New Roman" w:cs="Times New Roman" w:eastAsia="Times New Roman"/>
          <w:sz w:val="24"/>
        </w:rPr>
        <w:t>Ръководител от страна на училището: …………………………………………………………………</w:t>
      </w:r>
    </w:p>
    <w:p w14:paraId="116BD638" w14:textId="77777777" w:rsidR="00BC4E80" w:rsidRDefault="00BC4E80">
      <w:pPr>
        <w:spacing w:after="80"/>
      </w:pPr>
      <w:r>
        <w:rPr>
          <w:rFonts w:ascii="Times New Roman" w:hAnsi="Times New Roman" w:cs="Times New Roman" w:eastAsia="Times New Roman"/>
          <w:sz w:val="24"/>
        </w:rPr>
        <w:t>Наставник от страна на предприятието / кораба: ………………………………………………………</w:t>
      </w:r>
    </w:p>
    <w:p w14:paraId="7105E40E" w14:textId="77777777" w:rsidR="00BC4E80" w:rsidRDefault="00BC4E80">
      <w:pPr>
        <w:spacing w:after="80"/>
      </w:pPr>
      <w:r>
        <w:rPr>
          <w:rFonts w:ascii="Times New Roman" w:hAnsi="Times New Roman" w:cs="Times New Roman" w:eastAsia="Times New Roman"/>
          <w:sz w:val="24"/>
        </w:rPr>
        <w:t>Длъжност и правоспособност на наставника: …………………………………………………………</w:t>
      </w:r>
    </w:p>
    <w:p w14:paraId="0A0AD265" w14:textId="77777777" w:rsidR="00BC4E80" w:rsidRDefault="00BC4E80">
      <w:pPr>
        <w:spacing w:after="80"/>
      </w:pPr>
      <w:r>
        <w:rPr>
          <w:rFonts w:ascii="Times New Roman" w:hAnsi="Times New Roman" w:cs="Times New Roman" w:eastAsia="Times New Roman"/>
          <w:sz w:val="24"/>
        </w:rPr>
        <w:t>Брой ученици: ……………………………………………………………………………………………</w:t>
      </w:r>
    </w:p>
    <w:p w14:paraId="5C360FFB" w14:textId="77777777" w:rsidR="00BC4E80" w:rsidRDefault="00BC4E80">
      <w:pPr>
        <w:spacing w:after="80"/>
      </w:pPr>
      <w:r>
        <w:rPr>
          <w:rFonts w:ascii="Times New Roman" w:hAnsi="Times New Roman" w:cs="Times New Roman" w:eastAsia="Times New Roman"/>
          <w:sz w:val="24"/>
        </w:rPr>
        <w:t>Учебна програма, по която се провежда практиката: …………………………………………………</w:t>
      </w:r>
    </w:p>
    <w:p w14:paraId="210FFF3B" w14:textId="77777777" w:rsidR="00BC4E80" w:rsidRDefault="00BC4E80">
      <w:pPr>
        <w:spacing w:after="80"/>
        <w:jc w:val="both"/>
      </w:pPr>
      <w:r>
        <w:rPr>
          <w:rFonts w:ascii="Times New Roman" w:hAnsi="Times New Roman" w:cs="Times New Roman" w:eastAsia="Times New Roman"/>
          <w:sz w:val="24"/>
        </w:rPr>
        <w:t>Критерии и скала за оценяване: съгласно утвърдената учебна програма.</w:t>
      </w:r>
    </w:p>
    <w:p w14:paraId="7DBF3540" w14:textId="77777777" w:rsidR="00BC4E80" w:rsidRDefault="00BC4E80">
      <w:pPr>
        <w:spacing w:after="200"/>
      </w:pPr>
    </w:p>
    <w:p w14:paraId="2B6AC8A5" w14:textId="77777777" w:rsidR="00BC4E80" w:rsidRDefault="00BC4E80">
      <w:pPr>
        <w:tabs>
          <w:tab w:val="left" w:pos="5386"/>
        </w:tabs>
        <w:spacing w:after="160" w:before="2030"/>
      </w:pPr>
      <w:r>
        <w:rPr>
          <w:rFonts w:ascii="Times New Roman" w:hAnsi="Times New Roman" w:cs="Times New Roman" w:eastAsia="Times New Roman"/>
          <w:sz w:val="24"/>
        </w:rPr>
        <w:t>Дата: ……………………………………………… г.</w:t>
      </w:r>
      <w:r>
        <w:rPr>
          <w:rFonts w:ascii="Times New Roman" w:hAnsi="Times New Roman" w:cs="Times New Roman" w:eastAsia="Times New Roman"/>
          <w:sz w:val="24"/>
        </w:rPr>
        <w:tab/>
        <w:t>Предложил: ……………………………………</w:t>
      </w:r>
    </w:p>
    <w:p w14:paraId="3AA0271A" w14:textId="77777777" w:rsidR="00BC4E80" w:rsidRDefault="00BC4E80">
      <w:pPr>
        <w:tabs>
          <w:tab w:val="left" w:pos="5386"/>
        </w:tabs>
        <w:spacing w:after="160"/>
      </w:pPr>
      <w:r>
        <w:rPr>
          <w:rFonts w:ascii="Times New Roman" w:hAnsi="Times New Roman" w:cs="Times New Roman" w:eastAsia="Times New Roman"/>
          <w:sz w:val="24"/>
        </w:rPr>
        <w:t>Съгласувал, Наставник: ……………………………</w:t>
      </w:r>
      <w:r>
        <w:rPr>
          <w:rFonts w:ascii="Times New Roman" w:hAnsi="Times New Roman" w:cs="Times New Roman" w:eastAsia="Times New Roman"/>
          <w:sz w:val="24"/>
        </w:rPr>
        <w:tab/>
        <w:t>Утвърдил, Директор: …………………………</w:t>
      </w:r>
    </w:p>
    <w:p w14:paraId="2D08DD06"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63 към Правилника за дейността на училището</w:t>
      </w:r>
    </w:p>
    <w:p w14:paraId="4813FB15"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9951B4F" wp14:editId="78458E12">
            <wp:extent cx="6483600" cy="117515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1942E8B" w14:textId="77777777" w:rsidR="00BC4E80" w:rsidRDefault="00BC4E80">
      <w:pPr>
        <w:spacing w:before="80" w:after="40"/>
        <w:jc w:val="center"/>
      </w:pPr>
      <w:r>
        <w:rPr>
          <w:rFonts w:ascii="Times New Roman" w:hAnsi="Times New Roman" w:cs="Times New Roman" w:eastAsia="Times New Roman"/>
          <w:b/>
          <w:sz w:val="26"/>
        </w:rPr>
        <w:t>Г Р А Ф И К</w:t>
      </w:r>
    </w:p>
    <w:p w14:paraId="6CCA6322" w14:textId="77777777" w:rsidR="00BC4E80" w:rsidRDefault="00BC4E80">
      <w:pPr>
        <w:spacing w:after="80"/>
        <w:jc w:val="center"/>
      </w:pPr>
      <w:r>
        <w:rPr>
          <w:rFonts w:ascii="Times New Roman" w:hAnsi="Times New Roman" w:cs="Times New Roman" w:eastAsia="Times New Roman"/>
          <w:b/>
        </w:rPr>
        <w:t>за провеждане на практическо обучение</w:t>
      </w:r>
    </w:p>
    <w:p w14:paraId="2B4A0AFC" w14:textId="77777777" w:rsidR="00BC4E80" w:rsidRDefault="00BC4E80">
      <w:pPr>
        <w:spacing w:after="160"/>
        <w:jc w:val="center"/>
      </w:pPr>
      <w:r>
        <w:rPr>
          <w:rFonts w:ascii="Times New Roman" w:hAnsi="Times New Roman" w:cs="Times New Roman" w:eastAsia="Times New Roman"/>
          <w:i/>
          <w:sz w:val="20"/>
        </w:rPr>
        <w:t>чл. 100 и чл. 101 от ПДУ – утвърждава се със заповед на директора</w:t>
      </w:r>
    </w:p>
    <w:p w14:paraId="5294344C" w14:textId="77777777" w:rsidR="00BC4E80" w:rsidRDefault="00BC4E80">
      <w:pPr>
        <w:spacing w:after="40"/>
      </w:pPr>
      <w:r>
        <w:rPr>
          <w:rFonts w:ascii="Times New Roman" w:hAnsi="Times New Roman" w:cs="Times New Roman" w:eastAsia="Times New Roman"/>
          <w:sz w:val="24"/>
        </w:rPr>
        <w:t>Вид практика: ☐ учебна   ☐ производствена   ☐ производствена – плавателна</w:t>
      </w:r>
    </w:p>
    <w:p w14:paraId="1AA71DC8" w14:textId="77777777" w:rsidR="00BC4E80" w:rsidRDefault="00BC4E80">
      <w:pPr>
        <w:spacing w:after="40"/>
      </w:pPr>
      <w:r>
        <w:rPr>
          <w:rFonts w:ascii="Times New Roman" w:hAnsi="Times New Roman" w:cs="Times New Roman" w:eastAsia="Times New Roman"/>
          <w:sz w:val="24"/>
        </w:rPr>
        <w:t>Клас: ……………………        Специалност: ……………………………………………………………</w:t>
      </w:r>
    </w:p>
    <w:p w14:paraId="182E30CA" w14:textId="77777777" w:rsidR="00BC4E80" w:rsidRDefault="00BC4E80">
      <w:pPr>
        <w:spacing w:after="40"/>
      </w:pPr>
      <w:r>
        <w:rPr>
          <w:rFonts w:ascii="Times New Roman" w:hAnsi="Times New Roman" w:cs="Times New Roman" w:eastAsia="Times New Roman"/>
          <w:sz w:val="24"/>
        </w:rPr>
        <w:t>Ръководител: ………………………………………………………………………………………………</w:t>
      </w:r>
    </w:p>
    <w:p w14:paraId="3F127286" w14:textId="77777777" w:rsidR="00BC4E80" w:rsidRDefault="00BC4E80">
      <w:pPr>
        <w:spacing w:after="40"/>
      </w:pPr>
      <w:r>
        <w:rPr>
          <w:rFonts w:ascii="Times New Roman" w:hAnsi="Times New Roman" w:cs="Times New Roman" w:eastAsia="Times New Roman"/>
          <w:sz w:val="24"/>
        </w:rPr>
        <w:t>Продължителност на учебния час при производствена практика – 60 минути.</w:t>
      </w:r>
    </w:p>
    <w:p w14:paraId="41C060E9" w14:textId="77777777" w:rsidR="00BC4E80" w:rsidRDefault="00BC4E80">
      <w:pPr>
        <w:spacing w:after="80"/>
      </w:pPr>
    </w:p>
    <w:p w14:paraId="0C52A982" w14:textId="77777777" w:rsidR="00BC4E80" w:rsidRDefault="00BC4E80">
      <w:pPr>
        <w:spacing w:after="200"/>
      </w:pPr>
    </w:p>
    <w:tbl>
      <w:tblPr>
        <w:tblStyle w:val="aff9"/>
        <w:tblW w:w="0" w:type="auto"/>
        <w:tblLook w:val="04A0" w:firstRow="1" w:lastRow="0" w:firstColumn="1" w:lastColumn="0" w:noHBand="0" w:noVBand="1"/>
      </w:tblPr>
      <w:tblGrid>
        <w:gridCol w:w="509"/>
        <w:gridCol w:w="1133"/>
        <w:gridCol w:w="1020"/>
        <w:gridCol w:w="3284"/>
        <w:gridCol w:w="2549"/>
        <w:gridCol w:w="1700"/>
      </w:tblGrid>
      <w:tr w:rsidR="00BC4E80" w14:paraId="1C94316E" w14:textId="77777777">
        <w:tc>
          <w:tcPr>
            <w:tcW w:w="510" w:type="dxa"/>
          </w:tcPr>
          <w:p w14:paraId="5A3D920D" w14:textId="77777777" w:rsidR="00BC4E80" w:rsidRDefault="00BC4E80">
            <w:pPr>
              <w:jc w:val="center"/>
            </w:pPr>
            <w:r>
              <w:rPr>
                <w:rFonts w:ascii="Times New Roman" w:hAnsi="Times New Roman" w:cs="Times New Roman" w:eastAsia="Times New Roman"/>
                <w:b/>
                <w:sz w:val="20"/>
              </w:rPr>
              <w:t>№</w:t>
            </w:r>
          </w:p>
        </w:tc>
        <w:tc>
          <w:tcPr>
            <w:tcW w:w="1134" w:type="dxa"/>
          </w:tcPr>
          <w:p w14:paraId="0718F4E9" w14:textId="77777777" w:rsidR="00BC4E80" w:rsidRDefault="00BC4E80">
            <w:pPr>
              <w:jc w:val="center"/>
            </w:pPr>
            <w:r>
              <w:rPr>
                <w:rFonts w:ascii="Times New Roman" w:hAnsi="Times New Roman" w:cs="Times New Roman" w:eastAsia="Times New Roman"/>
                <w:b/>
                <w:sz w:val="20"/>
              </w:rPr>
              <w:t>Дата</w:t>
            </w:r>
          </w:p>
        </w:tc>
        <w:tc>
          <w:tcPr>
            <w:tcW w:w="1020" w:type="dxa"/>
          </w:tcPr>
          <w:p w14:paraId="63784F9B" w14:textId="77777777" w:rsidR="00BC4E80" w:rsidRDefault="00BC4E80">
            <w:pPr>
              <w:jc w:val="center"/>
            </w:pPr>
            <w:r>
              <w:rPr>
                <w:rFonts w:ascii="Times New Roman" w:hAnsi="Times New Roman" w:cs="Times New Roman" w:eastAsia="Times New Roman"/>
                <w:b/>
                <w:sz w:val="20"/>
              </w:rPr>
              <w:t>Часове</w:t>
            </w:r>
          </w:p>
        </w:tc>
        <w:tc>
          <w:tcPr>
            <w:tcW w:w="3288" w:type="dxa"/>
          </w:tcPr>
          <w:p w14:paraId="1992D9A8" w14:textId="77777777" w:rsidR="00BC4E80" w:rsidRDefault="00BC4E80">
            <w:pPr>
              <w:jc w:val="center"/>
            </w:pPr>
            <w:r>
              <w:rPr>
                <w:rFonts w:ascii="Times New Roman" w:hAnsi="Times New Roman" w:cs="Times New Roman" w:eastAsia="Times New Roman"/>
                <w:b/>
                <w:sz w:val="20"/>
              </w:rPr>
              <w:t>Тема по учебната програма</w:t>
            </w:r>
          </w:p>
        </w:tc>
        <w:tc>
          <w:tcPr>
            <w:tcW w:w="2551" w:type="dxa"/>
          </w:tcPr>
          <w:p w14:paraId="31B4CE89" w14:textId="77777777" w:rsidR="00BC4E80" w:rsidRDefault="00BC4E80">
            <w:pPr>
              <w:jc w:val="center"/>
            </w:pPr>
            <w:r>
              <w:rPr>
                <w:rFonts w:ascii="Times New Roman" w:hAnsi="Times New Roman" w:cs="Times New Roman" w:eastAsia="Times New Roman"/>
                <w:b/>
                <w:sz w:val="20"/>
              </w:rPr>
              <w:t>Място на провеждане</w:t>
            </w:r>
          </w:p>
        </w:tc>
        <w:tc>
          <w:tcPr>
            <w:tcW w:w="1701" w:type="dxa"/>
          </w:tcPr>
          <w:p w14:paraId="006422B5" w14:textId="77777777" w:rsidR="00BC4E80" w:rsidRDefault="00BC4E80">
            <w:pPr>
              <w:jc w:val="center"/>
            </w:pPr>
            <w:r>
              <w:rPr>
                <w:rFonts w:ascii="Times New Roman" w:hAnsi="Times New Roman" w:cs="Times New Roman" w:eastAsia="Times New Roman"/>
                <w:b/>
                <w:sz w:val="20"/>
              </w:rPr>
              <w:t>Забележка</w:t>
            </w:r>
          </w:p>
        </w:tc>
      </w:tr>
      <w:tr w:rsidR="00BC4E80" w14:paraId="3B4DF158" w14:textId="77777777">
        <w:tc>
          <w:tcPr>
            <w:tcW w:w="510" w:type="dxa"/>
          </w:tcPr>
          <w:p w14:paraId="7C38FADC" w14:textId="77777777" w:rsidR="00BC4E80" w:rsidRDefault="00BC4E80">
            <w:pPr>
              <w:spacing w:after="60"/>
            </w:pPr>
          </w:p>
        </w:tc>
        <w:tc>
          <w:tcPr>
            <w:tcW w:w="1134" w:type="dxa"/>
          </w:tcPr>
          <w:p w14:paraId="30FCD776" w14:textId="77777777" w:rsidR="00BC4E80" w:rsidRDefault="00BC4E80">
            <w:pPr>
              <w:spacing w:after="60"/>
            </w:pPr>
          </w:p>
        </w:tc>
        <w:tc>
          <w:tcPr>
            <w:tcW w:w="1020" w:type="dxa"/>
          </w:tcPr>
          <w:p w14:paraId="6EE2A859" w14:textId="77777777" w:rsidR="00BC4E80" w:rsidRDefault="00BC4E80">
            <w:pPr>
              <w:spacing w:after="60"/>
            </w:pPr>
          </w:p>
        </w:tc>
        <w:tc>
          <w:tcPr>
            <w:tcW w:w="3288" w:type="dxa"/>
          </w:tcPr>
          <w:p w14:paraId="08616069" w14:textId="77777777" w:rsidR="00BC4E80" w:rsidRDefault="00BC4E80">
            <w:pPr>
              <w:spacing w:after="60"/>
            </w:pPr>
          </w:p>
        </w:tc>
        <w:tc>
          <w:tcPr>
            <w:tcW w:w="2551" w:type="dxa"/>
          </w:tcPr>
          <w:p w14:paraId="1ABC5C36" w14:textId="77777777" w:rsidR="00BC4E80" w:rsidRDefault="00BC4E80">
            <w:pPr>
              <w:spacing w:after="60"/>
            </w:pPr>
          </w:p>
        </w:tc>
        <w:tc>
          <w:tcPr>
            <w:tcW w:w="1701" w:type="dxa"/>
          </w:tcPr>
          <w:p w14:paraId="472A42B5" w14:textId="77777777" w:rsidR="00BC4E80" w:rsidRDefault="00BC4E80">
            <w:pPr>
              <w:spacing w:after="60"/>
            </w:pPr>
          </w:p>
        </w:tc>
      </w:tr>
      <w:tr w:rsidR="00BC4E80" w14:paraId="1DAACD2F" w14:textId="77777777">
        <w:tc>
          <w:tcPr>
            <w:tcW w:w="510" w:type="dxa"/>
          </w:tcPr>
          <w:p w14:paraId="3830A3C5" w14:textId="77777777" w:rsidR="00BC4E80" w:rsidRDefault="00BC4E80">
            <w:pPr>
              <w:spacing w:after="60"/>
            </w:pPr>
          </w:p>
        </w:tc>
        <w:tc>
          <w:tcPr>
            <w:tcW w:w="1134" w:type="dxa"/>
          </w:tcPr>
          <w:p w14:paraId="3D079E80" w14:textId="77777777" w:rsidR="00BC4E80" w:rsidRDefault="00BC4E80">
            <w:pPr>
              <w:spacing w:after="60"/>
            </w:pPr>
          </w:p>
        </w:tc>
        <w:tc>
          <w:tcPr>
            <w:tcW w:w="1020" w:type="dxa"/>
          </w:tcPr>
          <w:p w14:paraId="6858577C" w14:textId="77777777" w:rsidR="00BC4E80" w:rsidRDefault="00BC4E80">
            <w:pPr>
              <w:spacing w:after="60"/>
            </w:pPr>
          </w:p>
        </w:tc>
        <w:tc>
          <w:tcPr>
            <w:tcW w:w="3288" w:type="dxa"/>
          </w:tcPr>
          <w:p w14:paraId="202118B9" w14:textId="77777777" w:rsidR="00BC4E80" w:rsidRDefault="00BC4E80">
            <w:pPr>
              <w:spacing w:after="60"/>
            </w:pPr>
          </w:p>
        </w:tc>
        <w:tc>
          <w:tcPr>
            <w:tcW w:w="2551" w:type="dxa"/>
          </w:tcPr>
          <w:p w14:paraId="30BE4188" w14:textId="77777777" w:rsidR="00BC4E80" w:rsidRDefault="00BC4E80">
            <w:pPr>
              <w:spacing w:after="60"/>
            </w:pPr>
          </w:p>
        </w:tc>
        <w:tc>
          <w:tcPr>
            <w:tcW w:w="1701" w:type="dxa"/>
          </w:tcPr>
          <w:p w14:paraId="0DE4CD75" w14:textId="77777777" w:rsidR="00BC4E80" w:rsidRDefault="00BC4E80">
            <w:pPr>
              <w:spacing w:after="60"/>
            </w:pPr>
          </w:p>
        </w:tc>
      </w:tr>
      <w:tr w:rsidR="00BC4E80" w14:paraId="5C11A928" w14:textId="77777777">
        <w:tc>
          <w:tcPr>
            <w:tcW w:w="510" w:type="dxa"/>
          </w:tcPr>
          <w:p w14:paraId="3C8E4915" w14:textId="77777777" w:rsidR="00BC4E80" w:rsidRDefault="00BC4E80">
            <w:pPr>
              <w:spacing w:after="60"/>
            </w:pPr>
          </w:p>
        </w:tc>
        <w:tc>
          <w:tcPr>
            <w:tcW w:w="1134" w:type="dxa"/>
          </w:tcPr>
          <w:p w14:paraId="39968FA2" w14:textId="77777777" w:rsidR="00BC4E80" w:rsidRDefault="00BC4E80">
            <w:pPr>
              <w:spacing w:after="60"/>
            </w:pPr>
          </w:p>
        </w:tc>
        <w:tc>
          <w:tcPr>
            <w:tcW w:w="1020" w:type="dxa"/>
          </w:tcPr>
          <w:p w14:paraId="60110DFF" w14:textId="77777777" w:rsidR="00BC4E80" w:rsidRDefault="00BC4E80">
            <w:pPr>
              <w:spacing w:after="60"/>
            </w:pPr>
          </w:p>
        </w:tc>
        <w:tc>
          <w:tcPr>
            <w:tcW w:w="3288" w:type="dxa"/>
          </w:tcPr>
          <w:p w14:paraId="0952C8CE" w14:textId="77777777" w:rsidR="00BC4E80" w:rsidRDefault="00BC4E80">
            <w:pPr>
              <w:spacing w:after="60"/>
            </w:pPr>
          </w:p>
        </w:tc>
        <w:tc>
          <w:tcPr>
            <w:tcW w:w="2551" w:type="dxa"/>
          </w:tcPr>
          <w:p w14:paraId="47EE4028" w14:textId="77777777" w:rsidR="00BC4E80" w:rsidRDefault="00BC4E80">
            <w:pPr>
              <w:spacing w:after="60"/>
            </w:pPr>
          </w:p>
        </w:tc>
        <w:tc>
          <w:tcPr>
            <w:tcW w:w="1701" w:type="dxa"/>
          </w:tcPr>
          <w:p w14:paraId="1A2016A6" w14:textId="77777777" w:rsidR="00BC4E80" w:rsidRDefault="00BC4E80">
            <w:pPr>
              <w:spacing w:after="60"/>
            </w:pPr>
          </w:p>
        </w:tc>
      </w:tr>
      <w:tr w:rsidR="00BC4E80" w14:paraId="3A789AD2" w14:textId="77777777">
        <w:tc>
          <w:tcPr>
            <w:tcW w:w="510" w:type="dxa"/>
          </w:tcPr>
          <w:p w14:paraId="2C934EFB" w14:textId="77777777" w:rsidR="00BC4E80" w:rsidRDefault="00BC4E80">
            <w:pPr>
              <w:spacing w:after="60"/>
            </w:pPr>
          </w:p>
        </w:tc>
        <w:tc>
          <w:tcPr>
            <w:tcW w:w="1134" w:type="dxa"/>
          </w:tcPr>
          <w:p w14:paraId="2A49B8CB" w14:textId="77777777" w:rsidR="00BC4E80" w:rsidRDefault="00BC4E80">
            <w:pPr>
              <w:spacing w:after="60"/>
            </w:pPr>
          </w:p>
        </w:tc>
        <w:tc>
          <w:tcPr>
            <w:tcW w:w="1020" w:type="dxa"/>
          </w:tcPr>
          <w:p w14:paraId="694313C4" w14:textId="77777777" w:rsidR="00BC4E80" w:rsidRDefault="00BC4E80">
            <w:pPr>
              <w:spacing w:after="60"/>
            </w:pPr>
          </w:p>
        </w:tc>
        <w:tc>
          <w:tcPr>
            <w:tcW w:w="3288" w:type="dxa"/>
          </w:tcPr>
          <w:p w14:paraId="4D5A461B" w14:textId="77777777" w:rsidR="00BC4E80" w:rsidRDefault="00BC4E80">
            <w:pPr>
              <w:spacing w:after="60"/>
            </w:pPr>
          </w:p>
        </w:tc>
        <w:tc>
          <w:tcPr>
            <w:tcW w:w="2551" w:type="dxa"/>
          </w:tcPr>
          <w:p w14:paraId="1B4055F9" w14:textId="77777777" w:rsidR="00BC4E80" w:rsidRDefault="00BC4E80">
            <w:pPr>
              <w:spacing w:after="60"/>
            </w:pPr>
          </w:p>
        </w:tc>
        <w:tc>
          <w:tcPr>
            <w:tcW w:w="1701" w:type="dxa"/>
          </w:tcPr>
          <w:p w14:paraId="0E2EF4F9" w14:textId="77777777" w:rsidR="00BC4E80" w:rsidRDefault="00BC4E80">
            <w:pPr>
              <w:spacing w:after="60"/>
            </w:pPr>
          </w:p>
        </w:tc>
      </w:tr>
      <w:tr w:rsidR="00BC4E80" w14:paraId="50717F9E" w14:textId="77777777">
        <w:tc>
          <w:tcPr>
            <w:tcW w:w="510" w:type="dxa"/>
          </w:tcPr>
          <w:p w14:paraId="3FD84421" w14:textId="77777777" w:rsidR="00BC4E80" w:rsidRDefault="00BC4E80">
            <w:pPr>
              <w:spacing w:after="60"/>
            </w:pPr>
          </w:p>
        </w:tc>
        <w:tc>
          <w:tcPr>
            <w:tcW w:w="1134" w:type="dxa"/>
          </w:tcPr>
          <w:p w14:paraId="66BA77A8" w14:textId="77777777" w:rsidR="00BC4E80" w:rsidRDefault="00BC4E80">
            <w:pPr>
              <w:spacing w:after="60"/>
            </w:pPr>
          </w:p>
        </w:tc>
        <w:tc>
          <w:tcPr>
            <w:tcW w:w="1020" w:type="dxa"/>
          </w:tcPr>
          <w:p w14:paraId="1A8D67C9" w14:textId="77777777" w:rsidR="00BC4E80" w:rsidRDefault="00BC4E80">
            <w:pPr>
              <w:spacing w:after="60"/>
            </w:pPr>
          </w:p>
        </w:tc>
        <w:tc>
          <w:tcPr>
            <w:tcW w:w="3288" w:type="dxa"/>
          </w:tcPr>
          <w:p w14:paraId="3DD3583F" w14:textId="77777777" w:rsidR="00BC4E80" w:rsidRDefault="00BC4E80">
            <w:pPr>
              <w:spacing w:after="60"/>
            </w:pPr>
          </w:p>
        </w:tc>
        <w:tc>
          <w:tcPr>
            <w:tcW w:w="2551" w:type="dxa"/>
          </w:tcPr>
          <w:p w14:paraId="6FED34A3" w14:textId="77777777" w:rsidR="00BC4E80" w:rsidRDefault="00BC4E80">
            <w:pPr>
              <w:spacing w:after="60"/>
            </w:pPr>
          </w:p>
        </w:tc>
        <w:tc>
          <w:tcPr>
            <w:tcW w:w="1701" w:type="dxa"/>
          </w:tcPr>
          <w:p w14:paraId="7A09438D" w14:textId="77777777" w:rsidR="00BC4E80" w:rsidRDefault="00BC4E80">
            <w:pPr>
              <w:spacing w:after="60"/>
            </w:pPr>
          </w:p>
        </w:tc>
      </w:tr>
      <w:tr w:rsidR="00BC4E80" w14:paraId="43E129FE" w14:textId="77777777">
        <w:tc>
          <w:tcPr>
            <w:tcW w:w="510" w:type="dxa"/>
          </w:tcPr>
          <w:p w14:paraId="2D39B2EE" w14:textId="77777777" w:rsidR="00BC4E80" w:rsidRDefault="00BC4E80">
            <w:pPr>
              <w:spacing w:after="60"/>
            </w:pPr>
          </w:p>
        </w:tc>
        <w:tc>
          <w:tcPr>
            <w:tcW w:w="1134" w:type="dxa"/>
          </w:tcPr>
          <w:p w14:paraId="199228D5" w14:textId="77777777" w:rsidR="00BC4E80" w:rsidRDefault="00BC4E80">
            <w:pPr>
              <w:spacing w:after="60"/>
            </w:pPr>
          </w:p>
        </w:tc>
        <w:tc>
          <w:tcPr>
            <w:tcW w:w="1020" w:type="dxa"/>
          </w:tcPr>
          <w:p w14:paraId="17353B17" w14:textId="77777777" w:rsidR="00BC4E80" w:rsidRDefault="00BC4E80">
            <w:pPr>
              <w:spacing w:after="60"/>
            </w:pPr>
          </w:p>
        </w:tc>
        <w:tc>
          <w:tcPr>
            <w:tcW w:w="3288" w:type="dxa"/>
          </w:tcPr>
          <w:p w14:paraId="70288E4F" w14:textId="77777777" w:rsidR="00BC4E80" w:rsidRDefault="00BC4E80">
            <w:pPr>
              <w:spacing w:after="60"/>
            </w:pPr>
          </w:p>
        </w:tc>
        <w:tc>
          <w:tcPr>
            <w:tcW w:w="2551" w:type="dxa"/>
          </w:tcPr>
          <w:p w14:paraId="5EE86C4D" w14:textId="77777777" w:rsidR="00BC4E80" w:rsidRDefault="00BC4E80">
            <w:pPr>
              <w:spacing w:after="60"/>
            </w:pPr>
          </w:p>
        </w:tc>
        <w:tc>
          <w:tcPr>
            <w:tcW w:w="1701" w:type="dxa"/>
          </w:tcPr>
          <w:p w14:paraId="158FACB4" w14:textId="77777777" w:rsidR="00BC4E80" w:rsidRDefault="00BC4E80">
            <w:pPr>
              <w:spacing w:after="60"/>
            </w:pPr>
          </w:p>
        </w:tc>
      </w:tr>
      <w:tr w:rsidR="00BC4E80" w14:paraId="49F02B77" w14:textId="77777777">
        <w:tc>
          <w:tcPr>
            <w:tcW w:w="510" w:type="dxa"/>
          </w:tcPr>
          <w:p w14:paraId="3014BC62" w14:textId="77777777" w:rsidR="00BC4E80" w:rsidRDefault="00BC4E80">
            <w:pPr>
              <w:spacing w:after="60"/>
            </w:pPr>
          </w:p>
        </w:tc>
        <w:tc>
          <w:tcPr>
            <w:tcW w:w="1134" w:type="dxa"/>
          </w:tcPr>
          <w:p w14:paraId="268BBD8A" w14:textId="77777777" w:rsidR="00BC4E80" w:rsidRDefault="00BC4E80">
            <w:pPr>
              <w:spacing w:after="60"/>
            </w:pPr>
          </w:p>
        </w:tc>
        <w:tc>
          <w:tcPr>
            <w:tcW w:w="1020" w:type="dxa"/>
          </w:tcPr>
          <w:p w14:paraId="59F32AFA" w14:textId="77777777" w:rsidR="00BC4E80" w:rsidRDefault="00BC4E80">
            <w:pPr>
              <w:spacing w:after="60"/>
            </w:pPr>
          </w:p>
        </w:tc>
        <w:tc>
          <w:tcPr>
            <w:tcW w:w="3288" w:type="dxa"/>
          </w:tcPr>
          <w:p w14:paraId="60C49C79" w14:textId="77777777" w:rsidR="00BC4E80" w:rsidRDefault="00BC4E80">
            <w:pPr>
              <w:spacing w:after="60"/>
            </w:pPr>
          </w:p>
        </w:tc>
        <w:tc>
          <w:tcPr>
            <w:tcW w:w="2551" w:type="dxa"/>
          </w:tcPr>
          <w:p w14:paraId="71B3BE1F" w14:textId="77777777" w:rsidR="00BC4E80" w:rsidRDefault="00BC4E80">
            <w:pPr>
              <w:spacing w:after="60"/>
            </w:pPr>
          </w:p>
        </w:tc>
        <w:tc>
          <w:tcPr>
            <w:tcW w:w="1701" w:type="dxa"/>
          </w:tcPr>
          <w:p w14:paraId="1791A83F" w14:textId="77777777" w:rsidR="00BC4E80" w:rsidRDefault="00BC4E80">
            <w:pPr>
              <w:spacing w:after="60"/>
            </w:pPr>
          </w:p>
        </w:tc>
      </w:tr>
      <w:tr w:rsidR="00BC4E80" w14:paraId="171868F6" w14:textId="77777777">
        <w:tc>
          <w:tcPr>
            <w:tcW w:w="510" w:type="dxa"/>
          </w:tcPr>
          <w:p w14:paraId="1DC03F03" w14:textId="77777777" w:rsidR="00BC4E80" w:rsidRDefault="00BC4E80">
            <w:pPr>
              <w:spacing w:after="60"/>
            </w:pPr>
          </w:p>
        </w:tc>
        <w:tc>
          <w:tcPr>
            <w:tcW w:w="1134" w:type="dxa"/>
          </w:tcPr>
          <w:p w14:paraId="733E1434" w14:textId="77777777" w:rsidR="00BC4E80" w:rsidRDefault="00BC4E80">
            <w:pPr>
              <w:spacing w:after="60"/>
            </w:pPr>
          </w:p>
        </w:tc>
        <w:tc>
          <w:tcPr>
            <w:tcW w:w="1020" w:type="dxa"/>
          </w:tcPr>
          <w:p w14:paraId="2F99FEFC" w14:textId="77777777" w:rsidR="00BC4E80" w:rsidRDefault="00BC4E80">
            <w:pPr>
              <w:spacing w:after="60"/>
            </w:pPr>
          </w:p>
        </w:tc>
        <w:tc>
          <w:tcPr>
            <w:tcW w:w="3288" w:type="dxa"/>
          </w:tcPr>
          <w:p w14:paraId="41D7D932" w14:textId="77777777" w:rsidR="00BC4E80" w:rsidRDefault="00BC4E80">
            <w:pPr>
              <w:spacing w:after="60"/>
            </w:pPr>
          </w:p>
        </w:tc>
        <w:tc>
          <w:tcPr>
            <w:tcW w:w="2551" w:type="dxa"/>
          </w:tcPr>
          <w:p w14:paraId="10B4303A" w14:textId="77777777" w:rsidR="00BC4E80" w:rsidRDefault="00BC4E80">
            <w:pPr>
              <w:spacing w:after="60"/>
            </w:pPr>
          </w:p>
        </w:tc>
        <w:tc>
          <w:tcPr>
            <w:tcW w:w="1701" w:type="dxa"/>
          </w:tcPr>
          <w:p w14:paraId="6BAAEB79" w14:textId="77777777" w:rsidR="00BC4E80" w:rsidRDefault="00BC4E80">
            <w:pPr>
              <w:spacing w:after="60"/>
            </w:pPr>
          </w:p>
        </w:tc>
      </w:tr>
      <w:tr w:rsidR="00BC4E80" w14:paraId="3F873E9B" w14:textId="77777777">
        <w:tc>
          <w:tcPr>
            <w:tcW w:w="510" w:type="dxa"/>
          </w:tcPr>
          <w:p w14:paraId="1E7F5D57" w14:textId="77777777" w:rsidR="00BC4E80" w:rsidRDefault="00BC4E80">
            <w:pPr>
              <w:spacing w:after="60"/>
            </w:pPr>
          </w:p>
        </w:tc>
        <w:tc>
          <w:tcPr>
            <w:tcW w:w="1134" w:type="dxa"/>
          </w:tcPr>
          <w:p w14:paraId="172CA062" w14:textId="77777777" w:rsidR="00BC4E80" w:rsidRDefault="00BC4E80">
            <w:pPr>
              <w:spacing w:after="60"/>
            </w:pPr>
          </w:p>
        </w:tc>
        <w:tc>
          <w:tcPr>
            <w:tcW w:w="1020" w:type="dxa"/>
          </w:tcPr>
          <w:p w14:paraId="261197E9" w14:textId="77777777" w:rsidR="00BC4E80" w:rsidRDefault="00BC4E80">
            <w:pPr>
              <w:spacing w:after="60"/>
            </w:pPr>
          </w:p>
        </w:tc>
        <w:tc>
          <w:tcPr>
            <w:tcW w:w="3288" w:type="dxa"/>
          </w:tcPr>
          <w:p w14:paraId="0BFD83FD" w14:textId="77777777" w:rsidR="00BC4E80" w:rsidRDefault="00BC4E80">
            <w:pPr>
              <w:spacing w:after="60"/>
            </w:pPr>
          </w:p>
        </w:tc>
        <w:tc>
          <w:tcPr>
            <w:tcW w:w="2551" w:type="dxa"/>
          </w:tcPr>
          <w:p w14:paraId="17BD392F" w14:textId="77777777" w:rsidR="00BC4E80" w:rsidRDefault="00BC4E80">
            <w:pPr>
              <w:spacing w:after="60"/>
            </w:pPr>
          </w:p>
        </w:tc>
        <w:tc>
          <w:tcPr>
            <w:tcW w:w="1701" w:type="dxa"/>
          </w:tcPr>
          <w:p w14:paraId="5147835C" w14:textId="77777777" w:rsidR="00BC4E80" w:rsidRDefault="00BC4E80">
            <w:pPr>
              <w:spacing w:after="60"/>
            </w:pPr>
          </w:p>
        </w:tc>
      </w:tr>
      <w:tr w:rsidR="00BC4E80" w14:paraId="290FCF72" w14:textId="77777777">
        <w:tc>
          <w:tcPr>
            <w:tcW w:w="510" w:type="dxa"/>
          </w:tcPr>
          <w:p w14:paraId="4279A683" w14:textId="77777777" w:rsidR="00BC4E80" w:rsidRDefault="00BC4E80">
            <w:pPr>
              <w:spacing w:after="60"/>
            </w:pPr>
          </w:p>
        </w:tc>
        <w:tc>
          <w:tcPr>
            <w:tcW w:w="1134" w:type="dxa"/>
          </w:tcPr>
          <w:p w14:paraId="4FF5C023" w14:textId="77777777" w:rsidR="00BC4E80" w:rsidRDefault="00BC4E80">
            <w:pPr>
              <w:spacing w:after="60"/>
            </w:pPr>
          </w:p>
        </w:tc>
        <w:tc>
          <w:tcPr>
            <w:tcW w:w="1020" w:type="dxa"/>
          </w:tcPr>
          <w:p w14:paraId="21D8E2AC" w14:textId="77777777" w:rsidR="00BC4E80" w:rsidRDefault="00BC4E80">
            <w:pPr>
              <w:spacing w:after="60"/>
            </w:pPr>
          </w:p>
        </w:tc>
        <w:tc>
          <w:tcPr>
            <w:tcW w:w="3288" w:type="dxa"/>
          </w:tcPr>
          <w:p w14:paraId="187C9FCD" w14:textId="77777777" w:rsidR="00BC4E80" w:rsidRDefault="00BC4E80">
            <w:pPr>
              <w:spacing w:after="60"/>
            </w:pPr>
          </w:p>
        </w:tc>
        <w:tc>
          <w:tcPr>
            <w:tcW w:w="2551" w:type="dxa"/>
          </w:tcPr>
          <w:p w14:paraId="000B419C" w14:textId="77777777" w:rsidR="00BC4E80" w:rsidRDefault="00BC4E80">
            <w:pPr>
              <w:spacing w:after="60"/>
            </w:pPr>
          </w:p>
        </w:tc>
        <w:tc>
          <w:tcPr>
            <w:tcW w:w="1701" w:type="dxa"/>
          </w:tcPr>
          <w:p w14:paraId="4AE0B1BF" w14:textId="77777777" w:rsidR="00BC4E80" w:rsidRDefault="00BC4E80">
            <w:pPr>
              <w:spacing w:after="60"/>
            </w:pPr>
          </w:p>
        </w:tc>
      </w:tr>
      <w:tr w:rsidR="00BC4E80" w14:paraId="0EB007F8" w14:textId="77777777">
        <w:tc>
          <w:tcPr>
            <w:tcW w:w="510" w:type="dxa"/>
          </w:tcPr>
          <w:p w14:paraId="5E960E78" w14:textId="77777777" w:rsidR="00BC4E80" w:rsidRDefault="00BC4E80">
            <w:pPr>
              <w:spacing w:after="60"/>
            </w:pPr>
          </w:p>
        </w:tc>
        <w:tc>
          <w:tcPr>
            <w:tcW w:w="1134" w:type="dxa"/>
          </w:tcPr>
          <w:p w14:paraId="3DB60B6D" w14:textId="77777777" w:rsidR="00BC4E80" w:rsidRDefault="00BC4E80">
            <w:pPr>
              <w:spacing w:after="60"/>
            </w:pPr>
          </w:p>
        </w:tc>
        <w:tc>
          <w:tcPr>
            <w:tcW w:w="1020" w:type="dxa"/>
          </w:tcPr>
          <w:p w14:paraId="0BE13BC7" w14:textId="77777777" w:rsidR="00BC4E80" w:rsidRDefault="00BC4E80">
            <w:pPr>
              <w:spacing w:after="60"/>
            </w:pPr>
          </w:p>
        </w:tc>
        <w:tc>
          <w:tcPr>
            <w:tcW w:w="3288" w:type="dxa"/>
          </w:tcPr>
          <w:p w14:paraId="5ABEF957" w14:textId="77777777" w:rsidR="00BC4E80" w:rsidRDefault="00BC4E80">
            <w:pPr>
              <w:spacing w:after="60"/>
            </w:pPr>
          </w:p>
        </w:tc>
        <w:tc>
          <w:tcPr>
            <w:tcW w:w="2551" w:type="dxa"/>
          </w:tcPr>
          <w:p w14:paraId="6B705359" w14:textId="77777777" w:rsidR="00BC4E80" w:rsidRDefault="00BC4E80">
            <w:pPr>
              <w:spacing w:after="60"/>
            </w:pPr>
          </w:p>
        </w:tc>
        <w:tc>
          <w:tcPr>
            <w:tcW w:w="1701" w:type="dxa"/>
          </w:tcPr>
          <w:p w14:paraId="4F3A67E1" w14:textId="77777777" w:rsidR="00BC4E80" w:rsidRDefault="00BC4E80">
            <w:pPr>
              <w:spacing w:after="60"/>
            </w:pPr>
          </w:p>
        </w:tc>
      </w:tr>
      <w:tr w:rsidR="00BC4E80" w14:paraId="6CA03DEE" w14:textId="77777777">
        <w:tc>
          <w:tcPr>
            <w:tcW w:w="510" w:type="dxa"/>
          </w:tcPr>
          <w:p w14:paraId="122E77C8" w14:textId="77777777" w:rsidR="00BC4E80" w:rsidRDefault="00BC4E80">
            <w:pPr>
              <w:spacing w:after="60"/>
            </w:pPr>
          </w:p>
        </w:tc>
        <w:tc>
          <w:tcPr>
            <w:tcW w:w="1134" w:type="dxa"/>
          </w:tcPr>
          <w:p w14:paraId="1BB60076" w14:textId="77777777" w:rsidR="00BC4E80" w:rsidRDefault="00BC4E80">
            <w:pPr>
              <w:spacing w:after="60"/>
            </w:pPr>
          </w:p>
        </w:tc>
        <w:tc>
          <w:tcPr>
            <w:tcW w:w="1020" w:type="dxa"/>
          </w:tcPr>
          <w:p w14:paraId="303C6950" w14:textId="77777777" w:rsidR="00BC4E80" w:rsidRDefault="00BC4E80">
            <w:pPr>
              <w:spacing w:after="60"/>
            </w:pPr>
          </w:p>
        </w:tc>
        <w:tc>
          <w:tcPr>
            <w:tcW w:w="3288" w:type="dxa"/>
          </w:tcPr>
          <w:p w14:paraId="18A0EF9E" w14:textId="77777777" w:rsidR="00BC4E80" w:rsidRDefault="00BC4E80">
            <w:pPr>
              <w:spacing w:after="60"/>
            </w:pPr>
          </w:p>
        </w:tc>
        <w:tc>
          <w:tcPr>
            <w:tcW w:w="2551" w:type="dxa"/>
          </w:tcPr>
          <w:p w14:paraId="711533CC" w14:textId="77777777" w:rsidR="00BC4E80" w:rsidRDefault="00BC4E80">
            <w:pPr>
              <w:spacing w:after="60"/>
            </w:pPr>
          </w:p>
        </w:tc>
        <w:tc>
          <w:tcPr>
            <w:tcW w:w="1701" w:type="dxa"/>
          </w:tcPr>
          <w:p w14:paraId="55710A2D" w14:textId="77777777" w:rsidR="00BC4E80" w:rsidRDefault="00BC4E80">
            <w:pPr>
              <w:spacing w:after="60"/>
            </w:pPr>
          </w:p>
        </w:tc>
      </w:tr>
    </w:tbl>
    <w:p w14:paraId="5A74CEA4" w14:textId="77777777" w:rsidR="00BC4E80" w:rsidRDefault="00BC4E80">
      <w:pPr>
        <w:tabs>
          <w:tab w:val="left" w:pos="5386"/>
        </w:tabs>
        <w:spacing w:after="160" w:before="3204"/>
      </w:pPr>
      <w:r>
        <w:rPr>
          <w:rFonts w:ascii="Times New Roman" w:hAnsi="Times New Roman" w:cs="Times New Roman" w:eastAsia="Times New Roman"/>
          <w:sz w:val="24"/>
        </w:rPr>
        <w:t>Изготвил: ……………………………………………</w:t>
      </w:r>
      <w:r>
        <w:rPr>
          <w:rFonts w:ascii="Times New Roman" w:hAnsi="Times New Roman" w:cs="Times New Roman" w:eastAsia="Times New Roman"/>
          <w:sz w:val="24"/>
        </w:rPr>
        <w:tab/>
        <w:t>Утвърдил, Директор: …………………………</w:t>
      </w:r>
    </w:p>
    <w:p w14:paraId="4E285B1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64 към Правилника за дейността на училището</w:t>
      </w:r>
    </w:p>
    <w:p w14:paraId="7D3B88A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F6849B8" wp14:editId="7EE0D103">
            <wp:extent cx="6483600" cy="1175152"/>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FF73055" w14:textId="77777777" w:rsidR="00BC4E80" w:rsidRDefault="00BC4E80">
      <w:pPr>
        <w:spacing w:before="80" w:after="40"/>
        <w:jc w:val="center"/>
      </w:pPr>
      <w:r>
        <w:rPr>
          <w:rFonts w:ascii="Times New Roman" w:hAnsi="Times New Roman" w:cs="Times New Roman" w:eastAsia="Times New Roman"/>
          <w:b/>
          <w:sz w:val="26"/>
        </w:rPr>
        <w:t>П Р О Т О К О Л</w:t>
      </w:r>
    </w:p>
    <w:p w14:paraId="790624D6" w14:textId="77777777" w:rsidR="00BC4E80" w:rsidRDefault="00BC4E80">
      <w:pPr>
        <w:spacing w:after="80"/>
        <w:jc w:val="center"/>
      </w:pPr>
      <w:r>
        <w:rPr>
          <w:rFonts w:ascii="Times New Roman" w:hAnsi="Times New Roman" w:cs="Times New Roman" w:eastAsia="Times New Roman"/>
          <w:b/>
        </w:rPr>
        <w:t>за проведен инструктаж по безопасност преди практическо обучение</w:t>
      </w:r>
    </w:p>
    <w:p w14:paraId="7BC01E99" w14:textId="77777777" w:rsidR="00BC4E80" w:rsidRDefault="00BC4E80">
      <w:pPr>
        <w:spacing w:after="160"/>
        <w:jc w:val="center"/>
      </w:pPr>
      <w:r>
        <w:rPr>
          <w:rFonts w:ascii="Times New Roman" w:hAnsi="Times New Roman" w:cs="Times New Roman" w:eastAsia="Times New Roman"/>
          <w:i/>
          <w:sz w:val="20"/>
        </w:rPr>
        <w:t>чл. 101, ал. 2 от ПДУ; Наредба № РД-07-2 от 16.12.2009 г.; Конвенция STCW</w:t>
      </w:r>
    </w:p>
    <w:p w14:paraId="1462D356" w14:textId="77777777" w:rsidR="00BC4E80" w:rsidRDefault="00BC4E80">
      <w:pPr>
        <w:spacing w:after="40"/>
      </w:pPr>
      <w:r>
        <w:rPr>
          <w:rFonts w:ascii="Times New Roman" w:hAnsi="Times New Roman" w:cs="Times New Roman" w:eastAsia="Times New Roman"/>
          <w:sz w:val="24"/>
        </w:rPr>
        <w:t>Днес, …………………… г., преди започване на …………………………………………… практика,</w:t>
      </w:r>
    </w:p>
    <w:p w14:paraId="2E52588B" w14:textId="77777777" w:rsidR="00BC4E80" w:rsidRDefault="00BC4E80">
      <w:pPr>
        <w:spacing w:after="40"/>
      </w:pPr>
      <w:r>
        <w:rPr>
          <w:rFonts w:ascii="Times New Roman" w:hAnsi="Times New Roman" w:cs="Times New Roman" w:eastAsia="Times New Roman"/>
          <w:sz w:val="24"/>
        </w:rPr>
        <w:t>на учениците от ………… клас, специалност ………………………………………, беше проведен:</w:t>
      </w:r>
    </w:p>
    <w:p w14:paraId="281B9F38" w14:textId="77777777" w:rsidR="00BC4E80" w:rsidRDefault="00BC4E80">
      <w:pPr>
        <w:spacing w:after="40"/>
      </w:pPr>
      <w:r>
        <w:rPr>
          <w:rFonts w:ascii="Times New Roman" w:hAnsi="Times New Roman" w:cs="Times New Roman" w:eastAsia="Times New Roman"/>
          <w:sz w:val="24"/>
        </w:rPr>
        <w:t>☐ начален инструктаж   ☐ инструктаж на работното място   ☐ периодичен инструктаж   ☐ извънреден инструктаж</w:t>
      </w:r>
    </w:p>
    <w:p w14:paraId="46B7EF33" w14:textId="77777777" w:rsidR="00BC4E80" w:rsidRDefault="00BC4E80">
      <w:pPr>
        <w:spacing w:after="80"/>
      </w:pPr>
    </w:p>
    <w:p w14:paraId="196058C9" w14:textId="77777777" w:rsidR="00BC4E80" w:rsidRDefault="00BC4E80">
      <w:pPr>
        <w:spacing w:after="80"/>
        <w:jc w:val="both"/>
      </w:pPr>
      <w:r>
        <w:rPr>
          <w:rFonts w:ascii="Times New Roman" w:hAnsi="Times New Roman" w:cs="Times New Roman" w:eastAsia="Times New Roman"/>
          <w:sz w:val="24"/>
        </w:rPr>
        <w:t>Съдържание на инструктажа:</w:t>
      </w:r>
    </w:p>
    <w:p w14:paraId="203AE805" w14:textId="77777777" w:rsidR="00BC4E80" w:rsidRDefault="00BC4E80">
      <w:pPr>
        <w:spacing w:after="80"/>
        <w:jc w:val="both"/>
      </w:pPr>
      <w:r>
        <w:rPr>
          <w:rFonts w:ascii="Times New Roman" w:hAnsi="Times New Roman" w:cs="Times New Roman" w:eastAsia="Times New Roman"/>
          <w:sz w:val="24"/>
        </w:rPr>
        <w:t>1. Техника на безопасност и охрана на труда на работното място / на борда на кораба;</w:t>
      </w:r>
    </w:p>
    <w:p w14:paraId="0EE3C8DC" w14:textId="77777777" w:rsidR="00BC4E80" w:rsidRDefault="00BC4E80">
      <w:pPr>
        <w:spacing w:after="80"/>
        <w:jc w:val="both"/>
      </w:pPr>
      <w:r>
        <w:rPr>
          <w:rFonts w:ascii="Times New Roman" w:hAnsi="Times New Roman" w:cs="Times New Roman" w:eastAsia="Times New Roman"/>
          <w:sz w:val="24"/>
        </w:rPr>
        <w:t>2. Хигиена на труда и лични предпазни средства, работно и предпазно облекло;</w:t>
      </w:r>
    </w:p>
    <w:p w14:paraId="539D4682" w14:textId="77777777" w:rsidR="00BC4E80" w:rsidRDefault="00BC4E80">
      <w:pPr>
        <w:spacing w:after="80"/>
        <w:jc w:val="both"/>
      </w:pPr>
      <w:r>
        <w:rPr>
          <w:rFonts w:ascii="Times New Roman" w:hAnsi="Times New Roman" w:cs="Times New Roman" w:eastAsia="Times New Roman"/>
          <w:sz w:val="24"/>
        </w:rPr>
        <w:t>3. Пожарна и аварийна безопасност; действия при тревога и при напускане на кораба;</w:t>
      </w:r>
    </w:p>
    <w:p w14:paraId="53A6D7F8" w14:textId="77777777" w:rsidR="00BC4E80" w:rsidRDefault="00BC4E80">
      <w:pPr>
        <w:spacing w:after="80"/>
        <w:jc w:val="both"/>
      </w:pPr>
      <w:r>
        <w:rPr>
          <w:rFonts w:ascii="Times New Roman" w:hAnsi="Times New Roman" w:cs="Times New Roman" w:eastAsia="Times New Roman"/>
          <w:sz w:val="24"/>
        </w:rPr>
        <w:t>4. Безопасност на движението по пътищата при придвижване до мястото на практиката;</w:t>
      </w:r>
    </w:p>
    <w:p w14:paraId="42B830C4" w14:textId="77777777" w:rsidR="00BC4E80" w:rsidRDefault="00BC4E80">
      <w:pPr>
        <w:spacing w:after="80"/>
        <w:jc w:val="both"/>
      </w:pPr>
      <w:r>
        <w:rPr>
          <w:rFonts w:ascii="Times New Roman" w:hAnsi="Times New Roman" w:cs="Times New Roman" w:eastAsia="Times New Roman"/>
          <w:sz w:val="24"/>
        </w:rPr>
        <w:t>5. Специфични изисквания по Конвенция STCW и на Изпълнителна агенция „Морска администрация“;</w:t>
      </w:r>
    </w:p>
    <w:p w14:paraId="2F33A9B8" w14:textId="77777777" w:rsidR="00BC4E80" w:rsidRDefault="00BC4E80">
      <w:pPr>
        <w:spacing w:after="80"/>
        <w:jc w:val="both"/>
      </w:pPr>
      <w:r>
        <w:rPr>
          <w:rFonts w:ascii="Times New Roman" w:hAnsi="Times New Roman" w:cs="Times New Roman" w:eastAsia="Times New Roman"/>
          <w:sz w:val="24"/>
        </w:rPr>
        <w:t>6. Правила за работа с тренажори, симулатори и специализирана морска техника;</w:t>
      </w:r>
    </w:p>
    <w:p w14:paraId="6C02BB80" w14:textId="77777777" w:rsidR="00BC4E80" w:rsidRDefault="00BC4E80">
      <w:pPr>
        <w:spacing w:after="80"/>
        <w:jc w:val="both"/>
      </w:pPr>
      <w:r>
        <w:rPr>
          <w:rFonts w:ascii="Times New Roman" w:hAnsi="Times New Roman" w:cs="Times New Roman" w:eastAsia="Times New Roman"/>
          <w:sz w:val="24"/>
        </w:rPr>
        <w:t>7. Ред за уведомяване и действие при инцидент или злополука;</w:t>
      </w:r>
    </w:p>
    <w:p w14:paraId="3FE01E87" w14:textId="77777777" w:rsidR="00BC4E80" w:rsidRDefault="00BC4E80">
      <w:pPr>
        <w:spacing w:after="80"/>
      </w:pPr>
      <w:r>
        <w:rPr>
          <w:rFonts w:ascii="Times New Roman" w:hAnsi="Times New Roman" w:cs="Times New Roman" w:eastAsia="Times New Roman"/>
          <w:sz w:val="24"/>
        </w:rPr>
        <w:t>8. Други специфични изисквания: ………………………………………………………………………</w:t>
      </w:r>
    </w:p>
    <w:p w14:paraId="13FFF2CB" w14:textId="77777777" w:rsidR="00BC4E80" w:rsidRDefault="00BC4E80">
      <w:pPr>
        <w:spacing w:after="80"/>
      </w:pPr>
      <w:r>
        <w:rPr>
          <w:rFonts w:ascii="Times New Roman" w:hAnsi="Times New Roman" w:cs="Times New Roman" w:eastAsia="Times New Roman"/>
          <w:sz w:val="24"/>
        </w:rPr>
        <w:t>Инструктажът е вписан в книгата за инструктаж под № …………………………………………….</w:t>
      </w:r>
    </w:p>
    <w:p w14:paraId="5D120FBD" w14:textId="77777777" w:rsidR="00BC4E80" w:rsidRDefault="00BC4E80">
      <w:pPr>
        <w:spacing w:after="200"/>
      </w:pPr>
    </w:p>
    <w:tbl>
      <w:tblPr>
        <w:tblStyle w:val="aff9"/>
        <w:tblW w:w="0" w:type="auto"/>
        <w:tblLook w:val="04A0" w:firstRow="1" w:lastRow="0" w:firstColumn="1" w:lastColumn="0" w:noHBand="0" w:noVBand="1"/>
      </w:tblPr>
      <w:tblGrid>
        <w:gridCol w:w="567"/>
        <w:gridCol w:w="3969"/>
        <w:gridCol w:w="3402"/>
        <w:gridCol w:w="2154"/>
      </w:tblGrid>
      <w:tr w:rsidR="00BC4E80" w14:paraId="1E5317A3" w14:textId="77777777">
        <w:tc>
          <w:tcPr>
            <w:tcW w:w="567" w:type="dxa"/>
          </w:tcPr>
          <w:p w14:paraId="18F2B621" w14:textId="77777777" w:rsidR="00BC4E80" w:rsidRDefault="00BC4E80">
            <w:pPr>
              <w:jc w:val="center"/>
            </w:pPr>
            <w:r>
              <w:rPr>
                <w:rFonts w:ascii="Times New Roman" w:hAnsi="Times New Roman" w:cs="Times New Roman" w:eastAsia="Times New Roman"/>
                <w:b/>
                <w:sz w:val="20"/>
              </w:rPr>
              <w:t>№</w:t>
            </w:r>
          </w:p>
        </w:tc>
        <w:tc>
          <w:tcPr>
            <w:tcW w:w="3969" w:type="dxa"/>
          </w:tcPr>
          <w:p w14:paraId="3241DC1E" w14:textId="77777777" w:rsidR="00BC4E80" w:rsidRDefault="00BC4E80">
            <w:pPr>
              <w:jc w:val="center"/>
            </w:pPr>
            <w:r>
              <w:rPr>
                <w:rFonts w:ascii="Times New Roman" w:hAnsi="Times New Roman" w:cs="Times New Roman" w:eastAsia="Times New Roman"/>
                <w:b/>
                <w:sz w:val="20"/>
              </w:rPr>
              <w:t>Трите имена на ученика</w:t>
            </w:r>
          </w:p>
        </w:tc>
        <w:tc>
          <w:tcPr>
            <w:tcW w:w="3402" w:type="dxa"/>
          </w:tcPr>
          <w:p w14:paraId="23A6335B" w14:textId="77777777" w:rsidR="00BC4E80" w:rsidRDefault="00BC4E80">
            <w:pPr>
              <w:jc w:val="center"/>
            </w:pPr>
            <w:r>
              <w:rPr>
                <w:rFonts w:ascii="Times New Roman" w:hAnsi="Times New Roman" w:cs="Times New Roman" w:eastAsia="Times New Roman"/>
                <w:b/>
                <w:sz w:val="20"/>
              </w:rPr>
              <w:t>Клас</w:t>
            </w:r>
          </w:p>
        </w:tc>
        <w:tc>
          <w:tcPr>
            <w:tcW w:w="2154" w:type="dxa"/>
          </w:tcPr>
          <w:p w14:paraId="3A0CF656" w14:textId="77777777" w:rsidR="00BC4E80" w:rsidRDefault="00BC4E80">
            <w:pPr>
              <w:jc w:val="center"/>
            </w:pPr>
            <w:r>
              <w:rPr>
                <w:rFonts w:ascii="Times New Roman" w:hAnsi="Times New Roman" w:cs="Times New Roman" w:eastAsia="Times New Roman"/>
                <w:b/>
                <w:sz w:val="20"/>
              </w:rPr>
              <w:t>Подпис</w:t>
            </w:r>
          </w:p>
        </w:tc>
      </w:tr>
      <w:tr w:rsidR="00BC4E80" w14:paraId="215BD7A5" w14:textId="77777777">
        <w:tc>
          <w:tcPr>
            <w:tcW w:w="567" w:type="dxa"/>
          </w:tcPr>
          <w:p w14:paraId="74BE8C3F" w14:textId="77777777" w:rsidR="00BC4E80" w:rsidRDefault="00BC4E80">
            <w:pPr>
              <w:spacing w:after="60"/>
            </w:pPr>
          </w:p>
        </w:tc>
        <w:tc>
          <w:tcPr>
            <w:tcW w:w="3969" w:type="dxa"/>
          </w:tcPr>
          <w:p w14:paraId="4D174A64" w14:textId="77777777" w:rsidR="00BC4E80" w:rsidRDefault="00BC4E80">
            <w:pPr>
              <w:spacing w:after="60"/>
            </w:pPr>
          </w:p>
        </w:tc>
        <w:tc>
          <w:tcPr>
            <w:tcW w:w="3402" w:type="dxa"/>
          </w:tcPr>
          <w:p w14:paraId="118DC1C3" w14:textId="77777777" w:rsidR="00BC4E80" w:rsidRDefault="00BC4E80">
            <w:pPr>
              <w:spacing w:after="60"/>
            </w:pPr>
          </w:p>
        </w:tc>
        <w:tc>
          <w:tcPr>
            <w:tcW w:w="2154" w:type="dxa"/>
          </w:tcPr>
          <w:p w14:paraId="064F0ABE" w14:textId="77777777" w:rsidR="00BC4E80" w:rsidRDefault="00BC4E80">
            <w:pPr>
              <w:spacing w:after="60"/>
            </w:pPr>
          </w:p>
        </w:tc>
      </w:tr>
      <w:tr w:rsidR="00BC4E80" w14:paraId="06C1C3E9" w14:textId="77777777">
        <w:tc>
          <w:tcPr>
            <w:tcW w:w="567" w:type="dxa"/>
          </w:tcPr>
          <w:p w14:paraId="5B6C8665" w14:textId="77777777" w:rsidR="00BC4E80" w:rsidRDefault="00BC4E80">
            <w:pPr>
              <w:spacing w:after="60"/>
            </w:pPr>
          </w:p>
        </w:tc>
        <w:tc>
          <w:tcPr>
            <w:tcW w:w="3969" w:type="dxa"/>
          </w:tcPr>
          <w:p w14:paraId="6D6CA608" w14:textId="77777777" w:rsidR="00BC4E80" w:rsidRDefault="00BC4E80">
            <w:pPr>
              <w:spacing w:after="60"/>
            </w:pPr>
          </w:p>
        </w:tc>
        <w:tc>
          <w:tcPr>
            <w:tcW w:w="3402" w:type="dxa"/>
          </w:tcPr>
          <w:p w14:paraId="7C2A7CD6" w14:textId="77777777" w:rsidR="00BC4E80" w:rsidRDefault="00BC4E80">
            <w:pPr>
              <w:spacing w:after="60"/>
            </w:pPr>
          </w:p>
        </w:tc>
        <w:tc>
          <w:tcPr>
            <w:tcW w:w="2154" w:type="dxa"/>
          </w:tcPr>
          <w:p w14:paraId="0504085E" w14:textId="77777777" w:rsidR="00BC4E80" w:rsidRDefault="00BC4E80">
            <w:pPr>
              <w:spacing w:after="60"/>
            </w:pPr>
          </w:p>
        </w:tc>
      </w:tr>
      <w:tr w:rsidR="00BC4E80" w14:paraId="3956AB4D" w14:textId="77777777">
        <w:tc>
          <w:tcPr>
            <w:tcW w:w="567" w:type="dxa"/>
          </w:tcPr>
          <w:p w14:paraId="5285793E" w14:textId="77777777" w:rsidR="00BC4E80" w:rsidRDefault="00BC4E80">
            <w:pPr>
              <w:spacing w:after="60"/>
            </w:pPr>
          </w:p>
        </w:tc>
        <w:tc>
          <w:tcPr>
            <w:tcW w:w="3969" w:type="dxa"/>
          </w:tcPr>
          <w:p w14:paraId="658910D2" w14:textId="77777777" w:rsidR="00BC4E80" w:rsidRDefault="00BC4E80">
            <w:pPr>
              <w:spacing w:after="60"/>
            </w:pPr>
          </w:p>
        </w:tc>
        <w:tc>
          <w:tcPr>
            <w:tcW w:w="3402" w:type="dxa"/>
          </w:tcPr>
          <w:p w14:paraId="56572533" w14:textId="77777777" w:rsidR="00BC4E80" w:rsidRDefault="00BC4E80">
            <w:pPr>
              <w:spacing w:after="60"/>
            </w:pPr>
          </w:p>
        </w:tc>
        <w:tc>
          <w:tcPr>
            <w:tcW w:w="2154" w:type="dxa"/>
          </w:tcPr>
          <w:p w14:paraId="683AF85B" w14:textId="77777777" w:rsidR="00BC4E80" w:rsidRDefault="00BC4E80">
            <w:pPr>
              <w:spacing w:after="60"/>
            </w:pPr>
          </w:p>
        </w:tc>
      </w:tr>
      <w:tr w:rsidR="00BC4E80" w14:paraId="31A0DB1C" w14:textId="77777777">
        <w:tc>
          <w:tcPr>
            <w:tcW w:w="567" w:type="dxa"/>
          </w:tcPr>
          <w:p w14:paraId="4CF6868F" w14:textId="77777777" w:rsidR="00BC4E80" w:rsidRDefault="00BC4E80">
            <w:pPr>
              <w:spacing w:after="60"/>
            </w:pPr>
          </w:p>
        </w:tc>
        <w:tc>
          <w:tcPr>
            <w:tcW w:w="3969" w:type="dxa"/>
          </w:tcPr>
          <w:p w14:paraId="2894F0C5" w14:textId="77777777" w:rsidR="00BC4E80" w:rsidRDefault="00BC4E80">
            <w:pPr>
              <w:spacing w:after="60"/>
            </w:pPr>
          </w:p>
        </w:tc>
        <w:tc>
          <w:tcPr>
            <w:tcW w:w="3402" w:type="dxa"/>
          </w:tcPr>
          <w:p w14:paraId="74E580B7" w14:textId="77777777" w:rsidR="00BC4E80" w:rsidRDefault="00BC4E80">
            <w:pPr>
              <w:spacing w:after="60"/>
            </w:pPr>
          </w:p>
        </w:tc>
        <w:tc>
          <w:tcPr>
            <w:tcW w:w="2154" w:type="dxa"/>
          </w:tcPr>
          <w:p w14:paraId="2387F3CE" w14:textId="77777777" w:rsidR="00BC4E80" w:rsidRDefault="00BC4E80">
            <w:pPr>
              <w:spacing w:after="60"/>
            </w:pPr>
          </w:p>
        </w:tc>
      </w:tr>
      <w:tr w:rsidR="00BC4E80" w14:paraId="4044A21E" w14:textId="77777777">
        <w:tc>
          <w:tcPr>
            <w:tcW w:w="567" w:type="dxa"/>
          </w:tcPr>
          <w:p w14:paraId="0302A0A2" w14:textId="77777777" w:rsidR="00BC4E80" w:rsidRDefault="00BC4E80">
            <w:pPr>
              <w:spacing w:after="60"/>
            </w:pPr>
          </w:p>
        </w:tc>
        <w:tc>
          <w:tcPr>
            <w:tcW w:w="3969" w:type="dxa"/>
          </w:tcPr>
          <w:p w14:paraId="16D92A11" w14:textId="77777777" w:rsidR="00BC4E80" w:rsidRDefault="00BC4E80">
            <w:pPr>
              <w:spacing w:after="60"/>
            </w:pPr>
          </w:p>
        </w:tc>
        <w:tc>
          <w:tcPr>
            <w:tcW w:w="3402" w:type="dxa"/>
          </w:tcPr>
          <w:p w14:paraId="242F7F09" w14:textId="77777777" w:rsidR="00BC4E80" w:rsidRDefault="00BC4E80">
            <w:pPr>
              <w:spacing w:after="60"/>
            </w:pPr>
          </w:p>
        </w:tc>
        <w:tc>
          <w:tcPr>
            <w:tcW w:w="2154" w:type="dxa"/>
          </w:tcPr>
          <w:p w14:paraId="4D2930DE" w14:textId="77777777" w:rsidR="00BC4E80" w:rsidRDefault="00BC4E80">
            <w:pPr>
              <w:spacing w:after="60"/>
            </w:pPr>
          </w:p>
        </w:tc>
      </w:tr>
      <w:tr w:rsidR="00BC4E80" w14:paraId="64162436" w14:textId="77777777">
        <w:tc>
          <w:tcPr>
            <w:tcW w:w="567" w:type="dxa"/>
          </w:tcPr>
          <w:p w14:paraId="240C4133" w14:textId="77777777" w:rsidR="00BC4E80" w:rsidRDefault="00BC4E80">
            <w:pPr>
              <w:spacing w:after="60"/>
            </w:pPr>
          </w:p>
        </w:tc>
        <w:tc>
          <w:tcPr>
            <w:tcW w:w="3969" w:type="dxa"/>
          </w:tcPr>
          <w:p w14:paraId="052E1560" w14:textId="77777777" w:rsidR="00BC4E80" w:rsidRDefault="00BC4E80">
            <w:pPr>
              <w:spacing w:after="60"/>
            </w:pPr>
          </w:p>
        </w:tc>
        <w:tc>
          <w:tcPr>
            <w:tcW w:w="3402" w:type="dxa"/>
          </w:tcPr>
          <w:p w14:paraId="53F6C12A" w14:textId="77777777" w:rsidR="00BC4E80" w:rsidRDefault="00BC4E80">
            <w:pPr>
              <w:spacing w:after="60"/>
            </w:pPr>
          </w:p>
        </w:tc>
        <w:tc>
          <w:tcPr>
            <w:tcW w:w="2154" w:type="dxa"/>
          </w:tcPr>
          <w:p w14:paraId="3C5D586D" w14:textId="77777777" w:rsidR="00BC4E80" w:rsidRDefault="00BC4E80">
            <w:pPr>
              <w:spacing w:after="60"/>
            </w:pPr>
          </w:p>
        </w:tc>
      </w:tr>
      <w:tr w:rsidR="00BC4E80" w14:paraId="5FC77AB7" w14:textId="77777777">
        <w:tc>
          <w:tcPr>
            <w:tcW w:w="567" w:type="dxa"/>
          </w:tcPr>
          <w:p w14:paraId="40782AEC" w14:textId="77777777" w:rsidR="00BC4E80" w:rsidRDefault="00BC4E80">
            <w:pPr>
              <w:spacing w:after="60"/>
            </w:pPr>
          </w:p>
        </w:tc>
        <w:tc>
          <w:tcPr>
            <w:tcW w:w="3969" w:type="dxa"/>
          </w:tcPr>
          <w:p w14:paraId="5D136A83" w14:textId="77777777" w:rsidR="00BC4E80" w:rsidRDefault="00BC4E80">
            <w:pPr>
              <w:spacing w:after="60"/>
            </w:pPr>
          </w:p>
        </w:tc>
        <w:tc>
          <w:tcPr>
            <w:tcW w:w="3402" w:type="dxa"/>
          </w:tcPr>
          <w:p w14:paraId="4CEA0811" w14:textId="77777777" w:rsidR="00BC4E80" w:rsidRDefault="00BC4E80">
            <w:pPr>
              <w:spacing w:after="60"/>
            </w:pPr>
          </w:p>
        </w:tc>
        <w:tc>
          <w:tcPr>
            <w:tcW w:w="2154" w:type="dxa"/>
          </w:tcPr>
          <w:p w14:paraId="49446445" w14:textId="77777777" w:rsidR="00BC4E80" w:rsidRDefault="00BC4E80">
            <w:pPr>
              <w:spacing w:after="60"/>
            </w:pPr>
          </w:p>
        </w:tc>
      </w:tr>
      <w:tr w:rsidR="00BC4E80" w14:paraId="597E2CAD" w14:textId="77777777">
        <w:tc>
          <w:tcPr>
            <w:tcW w:w="567" w:type="dxa"/>
          </w:tcPr>
          <w:p w14:paraId="02BB9B8C" w14:textId="77777777" w:rsidR="00BC4E80" w:rsidRDefault="00BC4E80">
            <w:pPr>
              <w:spacing w:after="60"/>
            </w:pPr>
          </w:p>
        </w:tc>
        <w:tc>
          <w:tcPr>
            <w:tcW w:w="3969" w:type="dxa"/>
          </w:tcPr>
          <w:p w14:paraId="724AEDE6" w14:textId="77777777" w:rsidR="00BC4E80" w:rsidRDefault="00BC4E80">
            <w:pPr>
              <w:spacing w:after="60"/>
            </w:pPr>
          </w:p>
        </w:tc>
        <w:tc>
          <w:tcPr>
            <w:tcW w:w="3402" w:type="dxa"/>
          </w:tcPr>
          <w:p w14:paraId="3F95788F" w14:textId="77777777" w:rsidR="00BC4E80" w:rsidRDefault="00BC4E80">
            <w:pPr>
              <w:spacing w:after="60"/>
            </w:pPr>
          </w:p>
        </w:tc>
        <w:tc>
          <w:tcPr>
            <w:tcW w:w="2154" w:type="dxa"/>
          </w:tcPr>
          <w:p w14:paraId="643ED4FF" w14:textId="77777777" w:rsidR="00BC4E80" w:rsidRDefault="00BC4E80">
            <w:pPr>
              <w:spacing w:after="60"/>
            </w:pPr>
          </w:p>
        </w:tc>
      </w:tr>
      <w:tr w:rsidR="00BC4E80" w14:paraId="0C13CC9B" w14:textId="77777777">
        <w:tc>
          <w:tcPr>
            <w:tcW w:w="567" w:type="dxa"/>
          </w:tcPr>
          <w:p w14:paraId="5884D438" w14:textId="77777777" w:rsidR="00BC4E80" w:rsidRDefault="00BC4E80">
            <w:pPr>
              <w:spacing w:after="60"/>
            </w:pPr>
          </w:p>
        </w:tc>
        <w:tc>
          <w:tcPr>
            <w:tcW w:w="3969" w:type="dxa"/>
          </w:tcPr>
          <w:p w14:paraId="7ACE4D58" w14:textId="77777777" w:rsidR="00BC4E80" w:rsidRDefault="00BC4E80">
            <w:pPr>
              <w:spacing w:after="60"/>
            </w:pPr>
          </w:p>
        </w:tc>
        <w:tc>
          <w:tcPr>
            <w:tcW w:w="3402" w:type="dxa"/>
          </w:tcPr>
          <w:p w14:paraId="577A237A" w14:textId="77777777" w:rsidR="00BC4E80" w:rsidRDefault="00BC4E80">
            <w:pPr>
              <w:spacing w:after="60"/>
            </w:pPr>
          </w:p>
        </w:tc>
        <w:tc>
          <w:tcPr>
            <w:tcW w:w="2154" w:type="dxa"/>
          </w:tcPr>
          <w:p w14:paraId="03AFD890" w14:textId="77777777" w:rsidR="00BC4E80" w:rsidRDefault="00BC4E80">
            <w:pPr>
              <w:spacing w:after="60"/>
            </w:pPr>
          </w:p>
        </w:tc>
      </w:tr>
      <w:tr w:rsidR="00BC4E80" w14:paraId="0E178C04" w14:textId="77777777">
        <w:tc>
          <w:tcPr>
            <w:tcW w:w="567" w:type="dxa"/>
          </w:tcPr>
          <w:p w14:paraId="6E9D03F0" w14:textId="77777777" w:rsidR="00BC4E80" w:rsidRDefault="00BC4E80">
            <w:pPr>
              <w:spacing w:after="60"/>
            </w:pPr>
          </w:p>
        </w:tc>
        <w:tc>
          <w:tcPr>
            <w:tcW w:w="3969" w:type="dxa"/>
          </w:tcPr>
          <w:p w14:paraId="18ACFFC8" w14:textId="77777777" w:rsidR="00BC4E80" w:rsidRDefault="00BC4E80">
            <w:pPr>
              <w:spacing w:after="60"/>
            </w:pPr>
          </w:p>
        </w:tc>
        <w:tc>
          <w:tcPr>
            <w:tcW w:w="3402" w:type="dxa"/>
          </w:tcPr>
          <w:p w14:paraId="3FDD5D38" w14:textId="77777777" w:rsidR="00BC4E80" w:rsidRDefault="00BC4E80">
            <w:pPr>
              <w:spacing w:after="60"/>
            </w:pPr>
          </w:p>
        </w:tc>
        <w:tc>
          <w:tcPr>
            <w:tcW w:w="2154" w:type="dxa"/>
          </w:tcPr>
          <w:p w14:paraId="2A4E04B6" w14:textId="77777777" w:rsidR="00BC4E80" w:rsidRDefault="00BC4E80">
            <w:pPr>
              <w:spacing w:after="60"/>
            </w:pPr>
          </w:p>
        </w:tc>
      </w:tr>
      <w:tr w:rsidR="00BC4E80" w14:paraId="050626BE" w14:textId="77777777">
        <w:tc>
          <w:tcPr>
            <w:tcW w:w="567" w:type="dxa"/>
          </w:tcPr>
          <w:p w14:paraId="38633D63" w14:textId="77777777" w:rsidR="00BC4E80" w:rsidRDefault="00BC4E80">
            <w:pPr>
              <w:spacing w:after="60"/>
            </w:pPr>
          </w:p>
        </w:tc>
        <w:tc>
          <w:tcPr>
            <w:tcW w:w="3969" w:type="dxa"/>
          </w:tcPr>
          <w:p w14:paraId="5236C0D3" w14:textId="77777777" w:rsidR="00BC4E80" w:rsidRDefault="00BC4E80">
            <w:pPr>
              <w:spacing w:after="60"/>
            </w:pPr>
          </w:p>
        </w:tc>
        <w:tc>
          <w:tcPr>
            <w:tcW w:w="3402" w:type="dxa"/>
          </w:tcPr>
          <w:p w14:paraId="199051E5" w14:textId="77777777" w:rsidR="00BC4E80" w:rsidRDefault="00BC4E80">
            <w:pPr>
              <w:spacing w:after="60"/>
            </w:pPr>
          </w:p>
        </w:tc>
        <w:tc>
          <w:tcPr>
            <w:tcW w:w="2154" w:type="dxa"/>
          </w:tcPr>
          <w:p w14:paraId="50A27F9A" w14:textId="77777777" w:rsidR="00BC4E80" w:rsidRDefault="00BC4E80">
            <w:pPr>
              <w:spacing w:after="60"/>
            </w:pPr>
          </w:p>
        </w:tc>
      </w:tr>
    </w:tbl>
    <w:p w14:paraId="5808FACC" w14:textId="77777777" w:rsidR="00BC4E80" w:rsidRDefault="00BC4E80">
      <w:pPr>
        <w:tabs>
          <w:tab w:val="left" w:pos="5386"/>
        </w:tabs>
        <w:spacing w:after="160"/>
      </w:pPr>
      <w:r>
        <w:rPr>
          <w:rFonts w:ascii="Times New Roman" w:hAnsi="Times New Roman" w:cs="Times New Roman" w:eastAsia="Times New Roman"/>
          <w:sz w:val="24"/>
        </w:rPr>
        <w:t>Провел инструктажа: ………………………………</w:t>
      </w:r>
      <w:r>
        <w:rPr>
          <w:rFonts w:ascii="Times New Roman" w:hAnsi="Times New Roman" w:cs="Times New Roman" w:eastAsia="Times New Roman"/>
          <w:sz w:val="24"/>
        </w:rPr>
        <w:tab/>
        <w:t>Ръководител на практиката: ……………………</w:t>
      </w:r>
    </w:p>
    <w:p w14:paraId="6B8A51A7"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65 към Правилника за дейността на училището</w:t>
      </w:r>
    </w:p>
    <w:p w14:paraId="346B62F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1BF50A3" wp14:editId="73852A18">
            <wp:extent cx="6483600" cy="1175152"/>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6BF60FD" w14:textId="77777777" w:rsidR="00BC4E80" w:rsidRDefault="00BC4E80">
      <w:pPr>
        <w:spacing w:before="80" w:after="40"/>
        <w:jc w:val="center"/>
      </w:pPr>
      <w:r>
        <w:rPr>
          <w:rFonts w:ascii="Times New Roman" w:hAnsi="Times New Roman" w:cs="Times New Roman" w:eastAsia="Times New Roman"/>
          <w:b/>
          <w:sz w:val="26"/>
        </w:rPr>
        <w:t>Ф О Р М У Л Я Р   З А   О Ц Е Н К А</w:t>
      </w:r>
    </w:p>
    <w:p w14:paraId="46F88E8B" w14:textId="77777777" w:rsidR="00BC4E80" w:rsidRDefault="00BC4E80">
      <w:pPr>
        <w:spacing w:after="80"/>
        <w:jc w:val="center"/>
      </w:pPr>
      <w:r>
        <w:rPr>
          <w:rFonts w:ascii="Times New Roman" w:hAnsi="Times New Roman" w:cs="Times New Roman" w:eastAsia="Times New Roman"/>
          <w:b/>
        </w:rPr>
        <w:t>на практическите умения на ученика</w:t>
      </w:r>
    </w:p>
    <w:p w14:paraId="48815305" w14:textId="77777777" w:rsidR="00BC4E80" w:rsidRDefault="00BC4E80">
      <w:pPr>
        <w:spacing w:after="160"/>
        <w:jc w:val="center"/>
      </w:pPr>
      <w:r>
        <w:rPr>
          <w:rFonts w:ascii="Times New Roman" w:hAnsi="Times New Roman" w:cs="Times New Roman" w:eastAsia="Times New Roman"/>
          <w:i/>
          <w:sz w:val="20"/>
        </w:rPr>
        <w:t>чл. 101 от ПДУ; ДОС за придобиване на квалификация по професията</w:t>
      </w:r>
    </w:p>
    <w:p w14:paraId="245ACF91" w14:textId="77777777" w:rsidR="00BC4E80" w:rsidRDefault="00BC4E80">
      <w:pPr>
        <w:spacing w:after="40"/>
      </w:pPr>
      <w:r>
        <w:rPr>
          <w:rFonts w:ascii="Times New Roman" w:hAnsi="Times New Roman" w:cs="Times New Roman" w:eastAsia="Times New Roman"/>
          <w:sz w:val="24"/>
        </w:rPr>
        <w:t>Ученик/ученичка: …………………………………………………………………………………………</w:t>
      </w:r>
    </w:p>
    <w:p w14:paraId="4AD9C4F8" w14:textId="77777777" w:rsidR="00BC4E80" w:rsidRDefault="00BC4E80">
      <w:pPr>
        <w:spacing w:after="40"/>
      </w:pPr>
      <w:r>
        <w:rPr>
          <w:rFonts w:ascii="Times New Roman" w:hAnsi="Times New Roman" w:cs="Times New Roman" w:eastAsia="Times New Roman"/>
          <w:sz w:val="24"/>
        </w:rPr>
        <w:t>Клас: …………………        Специалност: ………………………………………………………………</w:t>
      </w:r>
    </w:p>
    <w:p w14:paraId="1F662906" w14:textId="77777777" w:rsidR="00BC4E80" w:rsidRDefault="00BC4E80">
      <w:pPr>
        <w:spacing w:after="40"/>
      </w:pPr>
      <w:r>
        <w:rPr>
          <w:rFonts w:ascii="Times New Roman" w:hAnsi="Times New Roman" w:cs="Times New Roman" w:eastAsia="Times New Roman"/>
          <w:sz w:val="24"/>
        </w:rPr>
        <w:t>Вид практика: ……………………………………………………………………………………………</w:t>
      </w:r>
    </w:p>
    <w:p w14:paraId="2D40973C" w14:textId="77777777" w:rsidR="00BC4E80" w:rsidRDefault="00BC4E80">
      <w:pPr>
        <w:spacing w:after="40"/>
      </w:pPr>
      <w:r>
        <w:rPr>
          <w:rFonts w:ascii="Times New Roman" w:hAnsi="Times New Roman" w:cs="Times New Roman" w:eastAsia="Times New Roman"/>
          <w:sz w:val="24"/>
        </w:rPr>
        <w:t>Място на провеждане: ……………………………………………………………………………………</w:t>
      </w:r>
    </w:p>
    <w:p w14:paraId="21F69A49" w14:textId="77777777" w:rsidR="00BC4E80" w:rsidRDefault="00BC4E80">
      <w:pPr>
        <w:spacing w:after="40"/>
      </w:pPr>
      <w:r>
        <w:rPr>
          <w:rFonts w:ascii="Times New Roman" w:hAnsi="Times New Roman" w:cs="Times New Roman" w:eastAsia="Times New Roman"/>
          <w:sz w:val="24"/>
        </w:rPr>
        <w:t>Период: от ……………………………………………… до ……………………………………………</w:t>
      </w:r>
    </w:p>
    <w:p w14:paraId="0C89B2EC" w14:textId="77777777" w:rsidR="00BC4E80" w:rsidRDefault="00BC4E80">
      <w:pPr>
        <w:spacing w:after="80"/>
      </w:pPr>
    </w:p>
    <w:p w14:paraId="19A1B764" w14:textId="77777777" w:rsidR="00BC4E80" w:rsidRDefault="00BC4E80">
      <w:pPr>
        <w:spacing w:after="200"/>
      </w:pPr>
    </w:p>
    <w:tbl>
      <w:tblPr>
        <w:tblStyle w:val="aff9"/>
        <w:tblW w:w="0" w:type="auto"/>
        <w:tblLook w:val="04A0" w:firstRow="1" w:lastRow="0" w:firstColumn="1" w:lastColumn="0" w:noHBand="0" w:noVBand="1"/>
      </w:tblPr>
      <w:tblGrid>
        <w:gridCol w:w="567"/>
        <w:gridCol w:w="5669"/>
        <w:gridCol w:w="1701"/>
        <w:gridCol w:w="2154"/>
      </w:tblGrid>
      <w:tr w:rsidR="00BC4E80" w14:paraId="42736D8D" w14:textId="77777777">
        <w:tc>
          <w:tcPr>
            <w:tcW w:w="567" w:type="dxa"/>
          </w:tcPr>
          <w:p w14:paraId="6C053EE2" w14:textId="77777777" w:rsidR="00BC4E80" w:rsidRDefault="00BC4E80">
            <w:pPr>
              <w:jc w:val="center"/>
            </w:pPr>
            <w:r>
              <w:rPr>
                <w:rFonts w:ascii="Times New Roman" w:hAnsi="Times New Roman" w:cs="Times New Roman" w:eastAsia="Times New Roman"/>
                <w:b/>
                <w:sz w:val="20"/>
              </w:rPr>
              <w:t>№</w:t>
            </w:r>
          </w:p>
        </w:tc>
        <w:tc>
          <w:tcPr>
            <w:tcW w:w="5669" w:type="dxa"/>
          </w:tcPr>
          <w:p w14:paraId="204A4FDA" w14:textId="77777777" w:rsidR="00BC4E80" w:rsidRDefault="00BC4E80">
            <w:pPr>
              <w:jc w:val="center"/>
            </w:pPr>
            <w:r>
              <w:rPr>
                <w:rFonts w:ascii="Times New Roman" w:hAnsi="Times New Roman" w:cs="Times New Roman" w:eastAsia="Times New Roman"/>
                <w:b/>
                <w:sz w:val="20"/>
              </w:rPr>
              <w:t>Критерий за оценяване</w:t>
            </w:r>
          </w:p>
        </w:tc>
        <w:tc>
          <w:tcPr>
            <w:tcW w:w="1701" w:type="dxa"/>
          </w:tcPr>
          <w:p w14:paraId="5DE61976" w14:textId="77777777" w:rsidR="00BC4E80" w:rsidRDefault="00BC4E80">
            <w:pPr>
              <w:jc w:val="center"/>
            </w:pPr>
            <w:r>
              <w:rPr>
                <w:rFonts w:ascii="Times New Roman" w:hAnsi="Times New Roman" w:cs="Times New Roman" w:eastAsia="Times New Roman"/>
                <w:b/>
                <w:sz w:val="20"/>
              </w:rPr>
              <w:t>Макс. точки</w:t>
            </w:r>
          </w:p>
        </w:tc>
        <w:tc>
          <w:tcPr>
            <w:tcW w:w="2154" w:type="dxa"/>
          </w:tcPr>
          <w:p w14:paraId="5F6BB7B4" w14:textId="77777777" w:rsidR="00BC4E80" w:rsidRDefault="00BC4E80">
            <w:pPr>
              <w:jc w:val="center"/>
            </w:pPr>
            <w:r>
              <w:rPr>
                <w:rFonts w:ascii="Times New Roman" w:hAnsi="Times New Roman" w:cs="Times New Roman" w:eastAsia="Times New Roman"/>
                <w:b/>
                <w:sz w:val="20"/>
              </w:rPr>
              <w:t>Получени точки</w:t>
            </w:r>
          </w:p>
        </w:tc>
      </w:tr>
      <w:tr w:rsidR="00BC4E80" w14:paraId="6DA1F484" w14:textId="77777777">
        <w:tc>
          <w:tcPr>
            <w:tcW w:w="567" w:type="dxa"/>
          </w:tcPr>
          <w:p w14:paraId="613E890C" w14:textId="77777777" w:rsidR="00BC4E80" w:rsidRDefault="00BC4E80">
            <w:pPr>
              <w:spacing w:after="60"/>
            </w:pPr>
          </w:p>
        </w:tc>
        <w:tc>
          <w:tcPr>
            <w:tcW w:w="5669" w:type="dxa"/>
          </w:tcPr>
          <w:p w14:paraId="371C6E7F" w14:textId="77777777" w:rsidR="00BC4E80" w:rsidRDefault="00BC4E80">
            <w:pPr>
              <w:spacing w:after="60"/>
            </w:pPr>
          </w:p>
        </w:tc>
        <w:tc>
          <w:tcPr>
            <w:tcW w:w="1701" w:type="dxa"/>
          </w:tcPr>
          <w:p w14:paraId="58C7CF82" w14:textId="77777777" w:rsidR="00BC4E80" w:rsidRDefault="00BC4E80">
            <w:pPr>
              <w:spacing w:after="60"/>
            </w:pPr>
          </w:p>
        </w:tc>
        <w:tc>
          <w:tcPr>
            <w:tcW w:w="2154" w:type="dxa"/>
          </w:tcPr>
          <w:p w14:paraId="0470921C" w14:textId="77777777" w:rsidR="00BC4E80" w:rsidRDefault="00BC4E80">
            <w:pPr>
              <w:spacing w:after="60"/>
            </w:pPr>
          </w:p>
        </w:tc>
      </w:tr>
      <w:tr w:rsidR="00BC4E80" w14:paraId="24A287B4" w14:textId="77777777">
        <w:tc>
          <w:tcPr>
            <w:tcW w:w="567" w:type="dxa"/>
          </w:tcPr>
          <w:p w14:paraId="792E5C91" w14:textId="77777777" w:rsidR="00BC4E80" w:rsidRDefault="00BC4E80">
            <w:pPr>
              <w:spacing w:after="60"/>
            </w:pPr>
          </w:p>
        </w:tc>
        <w:tc>
          <w:tcPr>
            <w:tcW w:w="5669" w:type="dxa"/>
          </w:tcPr>
          <w:p w14:paraId="02A2272F" w14:textId="77777777" w:rsidR="00BC4E80" w:rsidRDefault="00BC4E80">
            <w:pPr>
              <w:spacing w:after="60"/>
            </w:pPr>
          </w:p>
        </w:tc>
        <w:tc>
          <w:tcPr>
            <w:tcW w:w="1701" w:type="dxa"/>
          </w:tcPr>
          <w:p w14:paraId="21C5D6F8" w14:textId="77777777" w:rsidR="00BC4E80" w:rsidRDefault="00BC4E80">
            <w:pPr>
              <w:spacing w:after="60"/>
            </w:pPr>
          </w:p>
        </w:tc>
        <w:tc>
          <w:tcPr>
            <w:tcW w:w="2154" w:type="dxa"/>
          </w:tcPr>
          <w:p w14:paraId="3DD4B7F8" w14:textId="77777777" w:rsidR="00BC4E80" w:rsidRDefault="00BC4E80">
            <w:pPr>
              <w:spacing w:after="60"/>
            </w:pPr>
          </w:p>
        </w:tc>
      </w:tr>
      <w:tr w:rsidR="00BC4E80" w14:paraId="29319052" w14:textId="77777777">
        <w:tc>
          <w:tcPr>
            <w:tcW w:w="567" w:type="dxa"/>
          </w:tcPr>
          <w:p w14:paraId="0A3CB95E" w14:textId="77777777" w:rsidR="00BC4E80" w:rsidRDefault="00BC4E80">
            <w:pPr>
              <w:spacing w:after="60"/>
            </w:pPr>
          </w:p>
        </w:tc>
        <w:tc>
          <w:tcPr>
            <w:tcW w:w="5669" w:type="dxa"/>
          </w:tcPr>
          <w:p w14:paraId="56A00EBC" w14:textId="77777777" w:rsidR="00BC4E80" w:rsidRDefault="00BC4E80">
            <w:pPr>
              <w:spacing w:after="60"/>
            </w:pPr>
          </w:p>
        </w:tc>
        <w:tc>
          <w:tcPr>
            <w:tcW w:w="1701" w:type="dxa"/>
          </w:tcPr>
          <w:p w14:paraId="556215FE" w14:textId="77777777" w:rsidR="00BC4E80" w:rsidRDefault="00BC4E80">
            <w:pPr>
              <w:spacing w:after="60"/>
            </w:pPr>
          </w:p>
        </w:tc>
        <w:tc>
          <w:tcPr>
            <w:tcW w:w="2154" w:type="dxa"/>
          </w:tcPr>
          <w:p w14:paraId="2EF286FE" w14:textId="77777777" w:rsidR="00BC4E80" w:rsidRDefault="00BC4E80">
            <w:pPr>
              <w:spacing w:after="60"/>
            </w:pPr>
          </w:p>
        </w:tc>
      </w:tr>
      <w:tr w:rsidR="00BC4E80" w14:paraId="316C4F79" w14:textId="77777777">
        <w:tc>
          <w:tcPr>
            <w:tcW w:w="567" w:type="dxa"/>
          </w:tcPr>
          <w:p w14:paraId="6D7A6FA8" w14:textId="77777777" w:rsidR="00BC4E80" w:rsidRDefault="00BC4E80">
            <w:pPr>
              <w:spacing w:after="60"/>
            </w:pPr>
          </w:p>
        </w:tc>
        <w:tc>
          <w:tcPr>
            <w:tcW w:w="5669" w:type="dxa"/>
          </w:tcPr>
          <w:p w14:paraId="0D1A6005" w14:textId="77777777" w:rsidR="00BC4E80" w:rsidRDefault="00BC4E80">
            <w:pPr>
              <w:spacing w:after="60"/>
            </w:pPr>
          </w:p>
        </w:tc>
        <w:tc>
          <w:tcPr>
            <w:tcW w:w="1701" w:type="dxa"/>
          </w:tcPr>
          <w:p w14:paraId="47E24727" w14:textId="77777777" w:rsidR="00BC4E80" w:rsidRDefault="00BC4E80">
            <w:pPr>
              <w:spacing w:after="60"/>
            </w:pPr>
          </w:p>
        </w:tc>
        <w:tc>
          <w:tcPr>
            <w:tcW w:w="2154" w:type="dxa"/>
          </w:tcPr>
          <w:p w14:paraId="4ED08ADE" w14:textId="77777777" w:rsidR="00BC4E80" w:rsidRDefault="00BC4E80">
            <w:pPr>
              <w:spacing w:after="60"/>
            </w:pPr>
          </w:p>
        </w:tc>
      </w:tr>
      <w:tr w:rsidR="00BC4E80" w14:paraId="3FC9BA17" w14:textId="77777777">
        <w:tc>
          <w:tcPr>
            <w:tcW w:w="567" w:type="dxa"/>
          </w:tcPr>
          <w:p w14:paraId="2331B338" w14:textId="77777777" w:rsidR="00BC4E80" w:rsidRDefault="00BC4E80">
            <w:pPr>
              <w:spacing w:after="60"/>
            </w:pPr>
          </w:p>
        </w:tc>
        <w:tc>
          <w:tcPr>
            <w:tcW w:w="5669" w:type="dxa"/>
          </w:tcPr>
          <w:p w14:paraId="44B53227" w14:textId="77777777" w:rsidR="00BC4E80" w:rsidRDefault="00BC4E80">
            <w:pPr>
              <w:spacing w:after="60"/>
            </w:pPr>
          </w:p>
        </w:tc>
        <w:tc>
          <w:tcPr>
            <w:tcW w:w="1701" w:type="dxa"/>
          </w:tcPr>
          <w:p w14:paraId="7651CE98" w14:textId="77777777" w:rsidR="00BC4E80" w:rsidRDefault="00BC4E80">
            <w:pPr>
              <w:spacing w:after="60"/>
            </w:pPr>
          </w:p>
        </w:tc>
        <w:tc>
          <w:tcPr>
            <w:tcW w:w="2154" w:type="dxa"/>
          </w:tcPr>
          <w:p w14:paraId="3B6F818C" w14:textId="77777777" w:rsidR="00BC4E80" w:rsidRDefault="00BC4E80">
            <w:pPr>
              <w:spacing w:after="60"/>
            </w:pPr>
          </w:p>
        </w:tc>
      </w:tr>
      <w:tr w:rsidR="00BC4E80" w14:paraId="70FC3150" w14:textId="77777777">
        <w:tc>
          <w:tcPr>
            <w:tcW w:w="567" w:type="dxa"/>
          </w:tcPr>
          <w:p w14:paraId="38F4E337" w14:textId="77777777" w:rsidR="00BC4E80" w:rsidRDefault="00BC4E80">
            <w:pPr>
              <w:spacing w:after="60"/>
            </w:pPr>
          </w:p>
        </w:tc>
        <w:tc>
          <w:tcPr>
            <w:tcW w:w="5669" w:type="dxa"/>
          </w:tcPr>
          <w:p w14:paraId="25BD8D2C" w14:textId="77777777" w:rsidR="00BC4E80" w:rsidRDefault="00BC4E80">
            <w:pPr>
              <w:spacing w:after="60"/>
            </w:pPr>
          </w:p>
        </w:tc>
        <w:tc>
          <w:tcPr>
            <w:tcW w:w="1701" w:type="dxa"/>
          </w:tcPr>
          <w:p w14:paraId="73DDA2CE" w14:textId="77777777" w:rsidR="00BC4E80" w:rsidRDefault="00BC4E80">
            <w:pPr>
              <w:spacing w:after="60"/>
            </w:pPr>
          </w:p>
        </w:tc>
        <w:tc>
          <w:tcPr>
            <w:tcW w:w="2154" w:type="dxa"/>
          </w:tcPr>
          <w:p w14:paraId="18BBA02A" w14:textId="77777777" w:rsidR="00BC4E80" w:rsidRDefault="00BC4E80">
            <w:pPr>
              <w:spacing w:after="60"/>
            </w:pPr>
          </w:p>
        </w:tc>
      </w:tr>
      <w:tr w:rsidR="00BC4E80" w14:paraId="66C7EA41" w14:textId="77777777">
        <w:tc>
          <w:tcPr>
            <w:tcW w:w="567" w:type="dxa"/>
          </w:tcPr>
          <w:p w14:paraId="15FCC3E6" w14:textId="77777777" w:rsidR="00BC4E80" w:rsidRDefault="00BC4E80">
            <w:pPr>
              <w:spacing w:after="60"/>
            </w:pPr>
          </w:p>
        </w:tc>
        <w:tc>
          <w:tcPr>
            <w:tcW w:w="5669" w:type="dxa"/>
          </w:tcPr>
          <w:p w14:paraId="1CF40F85" w14:textId="77777777" w:rsidR="00BC4E80" w:rsidRDefault="00BC4E80">
            <w:pPr>
              <w:spacing w:after="60"/>
            </w:pPr>
          </w:p>
        </w:tc>
        <w:tc>
          <w:tcPr>
            <w:tcW w:w="1701" w:type="dxa"/>
          </w:tcPr>
          <w:p w14:paraId="5A04274C" w14:textId="77777777" w:rsidR="00BC4E80" w:rsidRDefault="00BC4E80">
            <w:pPr>
              <w:spacing w:after="60"/>
            </w:pPr>
          </w:p>
        </w:tc>
        <w:tc>
          <w:tcPr>
            <w:tcW w:w="2154" w:type="dxa"/>
          </w:tcPr>
          <w:p w14:paraId="6C648179" w14:textId="77777777" w:rsidR="00BC4E80" w:rsidRDefault="00BC4E80">
            <w:pPr>
              <w:spacing w:after="60"/>
            </w:pPr>
          </w:p>
        </w:tc>
      </w:tr>
      <w:tr w:rsidR="00BC4E80" w14:paraId="53505F10" w14:textId="77777777">
        <w:tc>
          <w:tcPr>
            <w:tcW w:w="567" w:type="dxa"/>
          </w:tcPr>
          <w:p w14:paraId="1E729DA7" w14:textId="77777777" w:rsidR="00BC4E80" w:rsidRDefault="00BC4E80">
            <w:pPr>
              <w:spacing w:after="60"/>
            </w:pPr>
          </w:p>
        </w:tc>
        <w:tc>
          <w:tcPr>
            <w:tcW w:w="5669" w:type="dxa"/>
          </w:tcPr>
          <w:p w14:paraId="2E16C192" w14:textId="77777777" w:rsidR="00BC4E80" w:rsidRDefault="00BC4E80">
            <w:pPr>
              <w:spacing w:after="60"/>
            </w:pPr>
          </w:p>
        </w:tc>
        <w:tc>
          <w:tcPr>
            <w:tcW w:w="1701" w:type="dxa"/>
          </w:tcPr>
          <w:p w14:paraId="3A0CD6D4" w14:textId="77777777" w:rsidR="00BC4E80" w:rsidRDefault="00BC4E80">
            <w:pPr>
              <w:spacing w:after="60"/>
            </w:pPr>
          </w:p>
        </w:tc>
        <w:tc>
          <w:tcPr>
            <w:tcW w:w="2154" w:type="dxa"/>
          </w:tcPr>
          <w:p w14:paraId="199A6639" w14:textId="77777777" w:rsidR="00BC4E80" w:rsidRDefault="00BC4E80">
            <w:pPr>
              <w:spacing w:after="60"/>
            </w:pPr>
          </w:p>
        </w:tc>
      </w:tr>
      <w:tr w:rsidR="00BC4E80" w14:paraId="7240DD03" w14:textId="77777777">
        <w:tc>
          <w:tcPr>
            <w:tcW w:w="567" w:type="dxa"/>
          </w:tcPr>
          <w:p w14:paraId="4D5BD828" w14:textId="77777777" w:rsidR="00BC4E80" w:rsidRDefault="00BC4E80">
            <w:pPr>
              <w:spacing w:after="60"/>
            </w:pPr>
          </w:p>
        </w:tc>
        <w:tc>
          <w:tcPr>
            <w:tcW w:w="5669" w:type="dxa"/>
          </w:tcPr>
          <w:p w14:paraId="57804D39" w14:textId="77777777" w:rsidR="00BC4E80" w:rsidRDefault="00BC4E80">
            <w:pPr>
              <w:spacing w:after="60"/>
            </w:pPr>
          </w:p>
        </w:tc>
        <w:tc>
          <w:tcPr>
            <w:tcW w:w="1701" w:type="dxa"/>
          </w:tcPr>
          <w:p w14:paraId="701F639D" w14:textId="77777777" w:rsidR="00BC4E80" w:rsidRDefault="00BC4E80">
            <w:pPr>
              <w:spacing w:after="60"/>
            </w:pPr>
          </w:p>
        </w:tc>
        <w:tc>
          <w:tcPr>
            <w:tcW w:w="2154" w:type="dxa"/>
          </w:tcPr>
          <w:p w14:paraId="7F3D6B0D" w14:textId="77777777" w:rsidR="00BC4E80" w:rsidRDefault="00BC4E80">
            <w:pPr>
              <w:spacing w:after="60"/>
            </w:pPr>
          </w:p>
        </w:tc>
      </w:tr>
      <w:tr w:rsidR="00BC4E80" w14:paraId="7EAA2F23" w14:textId="77777777">
        <w:tc>
          <w:tcPr>
            <w:tcW w:w="567" w:type="dxa"/>
          </w:tcPr>
          <w:p w14:paraId="3D6BAFB4" w14:textId="77777777" w:rsidR="00BC4E80" w:rsidRDefault="00BC4E80">
            <w:pPr>
              <w:spacing w:after="60"/>
            </w:pPr>
          </w:p>
        </w:tc>
        <w:tc>
          <w:tcPr>
            <w:tcW w:w="5669" w:type="dxa"/>
          </w:tcPr>
          <w:p w14:paraId="674070B8" w14:textId="77777777" w:rsidR="00BC4E80" w:rsidRDefault="00BC4E80">
            <w:pPr>
              <w:spacing w:after="60"/>
            </w:pPr>
          </w:p>
        </w:tc>
        <w:tc>
          <w:tcPr>
            <w:tcW w:w="1701" w:type="dxa"/>
          </w:tcPr>
          <w:p w14:paraId="2E312500" w14:textId="77777777" w:rsidR="00BC4E80" w:rsidRDefault="00BC4E80">
            <w:pPr>
              <w:spacing w:after="60"/>
            </w:pPr>
          </w:p>
        </w:tc>
        <w:tc>
          <w:tcPr>
            <w:tcW w:w="2154" w:type="dxa"/>
          </w:tcPr>
          <w:p w14:paraId="2E6548E4" w14:textId="77777777" w:rsidR="00BC4E80" w:rsidRDefault="00BC4E80">
            <w:pPr>
              <w:spacing w:after="60"/>
            </w:pPr>
          </w:p>
        </w:tc>
      </w:tr>
    </w:tbl>
    <w:p w14:paraId="61DF4986" w14:textId="77777777" w:rsidR="00BC4E80" w:rsidRDefault="00BC4E80">
      <w:pPr>
        <w:tabs>
          <w:tab w:val="left" w:pos="5386"/>
        </w:tabs>
        <w:spacing w:after="160"/>
      </w:pPr>
      <w:r>
        <w:rPr>
          <w:rFonts w:ascii="Times New Roman" w:hAnsi="Times New Roman" w:cs="Times New Roman" w:eastAsia="Times New Roman"/>
          <w:sz w:val="24"/>
        </w:rPr>
        <w:t>Наставник / длъжностно лице: ……………………</w:t>
      </w:r>
      <w:r>
        <w:rPr>
          <w:rFonts w:ascii="Times New Roman" w:hAnsi="Times New Roman" w:cs="Times New Roman" w:eastAsia="Times New Roman"/>
          <w:sz w:val="24"/>
        </w:rPr>
        <w:tab/>
        <w:t>Печат на предприятието:</w:t>
      </w:r>
    </w:p>
    <w:p w14:paraId="4E14849A" w14:textId="77777777" w:rsidR="00BC4E80" w:rsidRDefault="00BC4E80">
      <w:pPr>
        <w:tabs>
          <w:tab w:val="left" w:pos="5386"/>
        </w:tabs>
        <w:spacing w:after="160"/>
      </w:pPr>
      <w:r>
        <w:rPr>
          <w:rFonts w:ascii="Times New Roman" w:hAnsi="Times New Roman" w:cs="Times New Roman" w:eastAsia="Times New Roman"/>
          <w:sz w:val="24"/>
        </w:rPr>
        <w:t>Ръководител на практиката: ………………………</w:t>
      </w:r>
      <w:r>
        <w:rPr>
          <w:rFonts w:ascii="Times New Roman" w:hAnsi="Times New Roman" w:cs="Times New Roman" w:eastAsia="Times New Roman"/>
          <w:sz w:val="24"/>
        </w:rPr>
        <w:tab/>
        <w:t>Оценка с думи и цифри: ………………………</w:t>
      </w:r>
    </w:p>
    <w:p w14:paraId="042FE982" w14:textId="77777777" w:rsidR="00BC4E80" w:rsidRDefault="00BC4E80">
      <w:pPr>
        <w:spacing w:after="120"/>
        <w:jc w:val="both"/>
      </w:pPr>
      <w:r>
        <w:rPr>
          <w:rFonts w:ascii="Times New Roman" w:hAnsi="Times New Roman" w:cs="Times New Roman" w:eastAsia="Times New Roman"/>
          <w:i/>
          <w:sz w:val="20"/>
        </w:rPr>
        <w:t>Критерии: спазване на правилата за безопасност; организация на работното място; владеене на инструменти и техника; качество и точност на изпълнението; самостоятелност; работа в екип; трудова дисциплина; водене на дневника.</w:t>
      </w:r>
    </w:p>
    <w:p w14:paraId="3D1DC05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66 към Правилника за дейността на училището</w:t>
      </w:r>
    </w:p>
    <w:p w14:paraId="3969D36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6ACD35A" wp14:editId="3F350E9E">
            <wp:extent cx="6483600" cy="1175152"/>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BE0F16A" w14:textId="77777777" w:rsidR="00BC4E80" w:rsidRDefault="00BC4E80">
      <w:pPr>
        <w:spacing w:before="80" w:after="40"/>
        <w:jc w:val="center"/>
      </w:pPr>
      <w:r>
        <w:rPr>
          <w:rFonts w:ascii="Times New Roman" w:hAnsi="Times New Roman" w:cs="Times New Roman" w:eastAsia="Times New Roman"/>
          <w:b/>
          <w:sz w:val="26"/>
        </w:rPr>
        <w:t>П Р О Т О К О Л - З А Я В К А</w:t>
      </w:r>
    </w:p>
    <w:p w14:paraId="6F9A29CD" w14:textId="77777777" w:rsidR="00BC4E80" w:rsidRDefault="00BC4E80">
      <w:pPr>
        <w:spacing w:after="80"/>
        <w:jc w:val="center"/>
      </w:pPr>
      <w:r>
        <w:rPr>
          <w:rFonts w:ascii="Times New Roman" w:hAnsi="Times New Roman" w:cs="Times New Roman" w:eastAsia="Times New Roman"/>
          <w:b/>
        </w:rPr>
        <w:t>за взаимодействие с фирма-работодател за провеждане на практическо обучение</w:t>
      </w:r>
    </w:p>
    <w:p w14:paraId="08428374" w14:textId="77777777" w:rsidR="00BC4E80" w:rsidRDefault="00BC4E80">
      <w:pPr>
        <w:spacing w:after="160"/>
        <w:jc w:val="center"/>
      </w:pPr>
      <w:r>
        <w:rPr>
          <w:rFonts w:ascii="Times New Roman" w:hAnsi="Times New Roman" w:cs="Times New Roman" w:eastAsia="Times New Roman"/>
          <w:i/>
          <w:sz w:val="20"/>
        </w:rPr>
        <w:t>чл. 99 и чл. 100, ал. 2 от ПДУ; ЗПОО</w:t>
      </w:r>
    </w:p>
    <w:p w14:paraId="7AB9B4DB" w14:textId="77777777" w:rsidR="00BC4E80" w:rsidRDefault="00BC4E80">
      <w:pPr>
        <w:spacing w:after="40"/>
      </w:pPr>
      <w:r>
        <w:rPr>
          <w:rFonts w:ascii="Times New Roman" w:hAnsi="Times New Roman" w:cs="Times New Roman" w:eastAsia="Times New Roman"/>
          <w:sz w:val="24"/>
        </w:rPr>
        <w:t>Дата: …………………………………………………………………………………………………… г.</w:t>
      </w:r>
    </w:p>
    <w:p w14:paraId="415C2CD8" w14:textId="77777777" w:rsidR="00BC4E80" w:rsidRDefault="00BC4E80">
      <w:pPr>
        <w:spacing w:after="80"/>
      </w:pPr>
    </w:p>
    <w:p w14:paraId="08313AE8" w14:textId="77777777" w:rsidR="00BC4E80" w:rsidRDefault="00BC4E80">
      <w:pPr>
        <w:spacing w:after="80"/>
        <w:jc w:val="both"/>
      </w:pPr>
      <w:r>
        <w:rPr>
          <w:rFonts w:ascii="Times New Roman" w:hAnsi="Times New Roman" w:cs="Times New Roman" w:eastAsia="Times New Roman"/>
          <w:sz w:val="24"/>
        </w:rPr>
        <w:t>Между ПГМКР „Свети Никола“ – гр. Бургас, представлявано от директора, и:</w:t>
      </w:r>
    </w:p>
    <w:p w14:paraId="63AD80FD" w14:textId="77777777" w:rsidR="00BC4E80" w:rsidRDefault="00BC4E80">
      <w:pPr>
        <w:spacing w:after="80"/>
      </w:pPr>
      <w:r>
        <w:rPr>
          <w:rFonts w:ascii="Times New Roman" w:hAnsi="Times New Roman" w:cs="Times New Roman" w:eastAsia="Times New Roman"/>
          <w:sz w:val="24"/>
        </w:rPr>
        <w:t>Предприятие / корабопритежател: ………………………………………………………………………</w:t>
      </w:r>
    </w:p>
    <w:p w14:paraId="123A5848" w14:textId="77777777" w:rsidR="00BC4E80" w:rsidRDefault="00BC4E80">
      <w:pPr>
        <w:spacing w:after="80"/>
      </w:pPr>
      <w:r>
        <w:rPr>
          <w:rFonts w:ascii="Times New Roman" w:hAnsi="Times New Roman" w:cs="Times New Roman" w:eastAsia="Times New Roman"/>
          <w:sz w:val="24"/>
        </w:rPr>
        <w:t>ЕИК / БУЛСТАТ: ……………………………        Адрес: ……………………………………………</w:t>
      </w:r>
    </w:p>
    <w:p w14:paraId="63598AFC" w14:textId="77777777" w:rsidR="00BC4E80" w:rsidRDefault="00BC4E80">
      <w:pPr>
        <w:spacing w:after="80"/>
      </w:pPr>
      <w:r>
        <w:rPr>
          <w:rFonts w:ascii="Times New Roman" w:hAnsi="Times New Roman" w:cs="Times New Roman" w:eastAsia="Times New Roman"/>
          <w:sz w:val="24"/>
        </w:rPr>
        <w:t>Представлявано от: …………………………………………… – длъжност ……………………………</w:t>
      </w:r>
    </w:p>
    <w:p w14:paraId="7D35D4AA" w14:textId="77777777" w:rsidR="00BC4E80" w:rsidRDefault="00BC4E80">
      <w:pPr>
        <w:spacing w:after="80"/>
      </w:pPr>
      <w:r>
        <w:rPr>
          <w:rFonts w:ascii="Times New Roman" w:hAnsi="Times New Roman" w:cs="Times New Roman" w:eastAsia="Times New Roman"/>
          <w:sz w:val="24"/>
        </w:rPr>
        <w:t>Лице за контакт и телефон: ………………………………………………………………………………</w:t>
      </w:r>
    </w:p>
    <w:p w14:paraId="152C65E9" w14:textId="77777777" w:rsidR="00BC4E80" w:rsidRDefault="00BC4E80">
      <w:pPr>
        <w:spacing w:after="80"/>
        <w:jc w:val="both"/>
      </w:pPr>
      <w:r>
        <w:rPr>
          <w:rFonts w:ascii="Times New Roman" w:hAnsi="Times New Roman" w:cs="Times New Roman" w:eastAsia="Times New Roman"/>
          <w:sz w:val="24"/>
        </w:rPr>
        <w:t>се постигна съгласие за провеждане на практическо обучение при следните условия:</w:t>
      </w:r>
    </w:p>
    <w:p w14:paraId="634E61B3" w14:textId="77777777" w:rsidR="00BC4E80" w:rsidRDefault="00BC4E80">
      <w:pPr>
        <w:spacing w:after="80"/>
      </w:pPr>
      <w:r>
        <w:rPr>
          <w:rFonts w:ascii="Times New Roman" w:hAnsi="Times New Roman" w:cs="Times New Roman" w:eastAsia="Times New Roman"/>
          <w:sz w:val="24"/>
        </w:rPr>
        <w:t>Вид практика: ……………………………………………………………………………………………</w:t>
      </w:r>
    </w:p>
    <w:p w14:paraId="510709DC" w14:textId="77777777" w:rsidR="00BC4E80" w:rsidRDefault="00BC4E80">
      <w:pPr>
        <w:spacing w:after="80"/>
      </w:pPr>
      <w:r>
        <w:rPr>
          <w:rFonts w:ascii="Times New Roman" w:hAnsi="Times New Roman" w:cs="Times New Roman" w:eastAsia="Times New Roman"/>
          <w:sz w:val="24"/>
        </w:rPr>
        <w:t>Специалност и клас: ………………………………………………………………………………………</w:t>
      </w:r>
    </w:p>
    <w:p w14:paraId="1612241A" w14:textId="77777777" w:rsidR="00BC4E80" w:rsidRDefault="00BC4E80">
      <w:pPr>
        <w:spacing w:after="80"/>
      </w:pPr>
      <w:r>
        <w:rPr>
          <w:rFonts w:ascii="Times New Roman" w:hAnsi="Times New Roman" w:cs="Times New Roman" w:eastAsia="Times New Roman"/>
          <w:sz w:val="24"/>
        </w:rPr>
        <w:t>Брой ученици: ……………        Период: от …………………………… до ……………………………</w:t>
      </w:r>
    </w:p>
    <w:p w14:paraId="50FFB17E" w14:textId="77777777" w:rsidR="00BC4E80" w:rsidRDefault="00BC4E80">
      <w:pPr>
        <w:spacing w:after="80"/>
      </w:pPr>
      <w:r>
        <w:rPr>
          <w:rFonts w:ascii="Times New Roman" w:hAnsi="Times New Roman" w:cs="Times New Roman" w:eastAsia="Times New Roman"/>
          <w:sz w:val="24"/>
        </w:rPr>
        <w:t>Работно място / кораб (име, флаг, IMO номер): ………………………………………………………</w:t>
      </w:r>
    </w:p>
    <w:p w14:paraId="7C490384" w14:textId="77777777" w:rsidR="00BC4E80" w:rsidRDefault="00BC4E80">
      <w:pPr>
        <w:spacing w:after="80"/>
        <w:jc w:val="both"/>
      </w:pPr>
      <w:r>
        <w:rPr>
          <w:rFonts w:ascii="Times New Roman" w:hAnsi="Times New Roman" w:cs="Times New Roman" w:eastAsia="Times New Roman"/>
          <w:sz w:val="24"/>
        </w:rPr>
        <w:t>Задължения на предприятието: осигурява работно място, наставник, лични предпазни средства, инструктаж по безопасност и заверка на дневниците на учениците.</w:t>
      </w:r>
    </w:p>
    <w:p w14:paraId="1818C981" w14:textId="77777777" w:rsidR="00BC4E80" w:rsidRDefault="00BC4E80">
      <w:pPr>
        <w:spacing w:after="80"/>
        <w:jc w:val="both"/>
      </w:pPr>
      <w:r>
        <w:rPr>
          <w:rFonts w:ascii="Times New Roman" w:hAnsi="Times New Roman" w:cs="Times New Roman" w:eastAsia="Times New Roman"/>
          <w:sz w:val="24"/>
        </w:rPr>
        <w:t>Задължения на училището: осигурява ръководител на практиката, учебна програма и график, контрол върху провеждането и оценяването.</w:t>
      </w:r>
    </w:p>
    <w:p w14:paraId="09F718BB" w14:textId="77777777" w:rsidR="00BC4E80" w:rsidRDefault="00BC4E80">
      <w:pPr>
        <w:spacing w:after="80"/>
      </w:pPr>
      <w:r>
        <w:rPr>
          <w:rFonts w:ascii="Times New Roman" w:hAnsi="Times New Roman" w:cs="Times New Roman" w:eastAsia="Times New Roman"/>
          <w:sz w:val="24"/>
        </w:rPr>
        <w:t>Особени условия: …………………………………………………………………………………………</w:t>
      </w:r>
    </w:p>
    <w:p w14:paraId="677C809E" w14:textId="77777777" w:rsidR="00BC4E80" w:rsidRDefault="00BC4E80">
      <w:pPr>
        <w:spacing w:after="200"/>
      </w:pPr>
    </w:p>
    <w:p w14:paraId="2E5F2091" w14:textId="77777777" w:rsidR="00BC4E80" w:rsidRDefault="00BC4E80">
      <w:pPr>
        <w:tabs>
          <w:tab w:val="left" w:pos="5386"/>
        </w:tabs>
        <w:spacing w:after="160" w:before="3328"/>
      </w:pPr>
      <w:r>
        <w:rPr>
          <w:rFonts w:ascii="Times New Roman" w:hAnsi="Times New Roman" w:cs="Times New Roman" w:eastAsia="Times New Roman"/>
          <w:sz w:val="24"/>
        </w:rPr>
        <w:t>За училището, Директор: …………………………</w:t>
      </w:r>
      <w:r>
        <w:rPr>
          <w:rFonts w:ascii="Times New Roman" w:hAnsi="Times New Roman" w:cs="Times New Roman" w:eastAsia="Times New Roman"/>
          <w:sz w:val="24"/>
        </w:rPr>
        <w:tab/>
        <w:t>За предприятието: ……………………………</w:t>
      </w:r>
    </w:p>
    <w:p w14:paraId="1271151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67 към Правилника за дейността на училището</w:t>
      </w:r>
    </w:p>
    <w:p w14:paraId="174413D1"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17EA4F4" wp14:editId="228B1183">
            <wp:extent cx="6483600" cy="1175152"/>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9B8EC54" w14:textId="77777777" w:rsidR="00BC4E80" w:rsidRDefault="00BC4E80">
      <w:r>
        <w:rPr>
          <w:rFonts w:ascii="Times New Roman" w:hAnsi="Times New Roman" w:cs="Times New Roman" w:eastAsia="Times New Roman"/>
          <w:b/>
          <w:sz w:val="24"/>
        </w:rPr>
        <w:t>ДО</w:t>
      </w:r>
    </w:p>
    <w:p w14:paraId="364F1D38" w14:textId="77777777" w:rsidR="00BC4E80" w:rsidRDefault="00BC4E80">
      <w:r>
        <w:rPr>
          <w:rFonts w:ascii="Times New Roman" w:hAnsi="Times New Roman" w:cs="Times New Roman" w:eastAsia="Times New Roman"/>
          <w:b/>
          <w:sz w:val="24"/>
        </w:rPr>
        <w:t>ДИРЕКТОРА</w:t>
      </w:r>
    </w:p>
    <w:p w14:paraId="1420CADB" w14:textId="77777777" w:rsidR="00BC4E80" w:rsidRDefault="00BC4E80">
      <w:r>
        <w:rPr>
          <w:rFonts w:ascii="Times New Roman" w:hAnsi="Times New Roman" w:cs="Times New Roman" w:eastAsia="Times New Roman"/>
          <w:b/>
          <w:sz w:val="24"/>
        </w:rPr>
        <w:t>НА ПГМКР „СВЕТИ НИКОЛА“</w:t>
      </w:r>
    </w:p>
    <w:p w14:paraId="49130169" w14:textId="77777777" w:rsidR="00BC4E80" w:rsidRDefault="00BC4E80">
      <w:r>
        <w:rPr>
          <w:rFonts w:ascii="Times New Roman" w:hAnsi="Times New Roman" w:cs="Times New Roman" w:eastAsia="Times New Roman"/>
          <w:b/>
          <w:sz w:val="24"/>
        </w:rPr>
        <w:t>ГР. БУРГАС</w:t>
      </w:r>
    </w:p>
    <w:p w14:paraId="7929E86A" w14:textId="77777777" w:rsidR="00BC4E80" w:rsidRDefault="00BC4E80">
      <w:pPr>
        <w:spacing w:after="160"/>
      </w:pPr>
    </w:p>
    <w:p w14:paraId="57C63174" w14:textId="77777777" w:rsidR="00BC4E80" w:rsidRDefault="00BC4E80">
      <w:pPr>
        <w:spacing w:before="80" w:after="40"/>
        <w:jc w:val="center"/>
      </w:pPr>
      <w:r>
        <w:rPr>
          <w:rFonts w:ascii="Times New Roman" w:hAnsi="Times New Roman" w:cs="Times New Roman" w:eastAsia="Times New Roman"/>
          <w:b/>
          <w:sz w:val="26"/>
        </w:rPr>
        <w:t>Д О К Л А Д</w:t>
      </w:r>
    </w:p>
    <w:p w14:paraId="69640E39" w14:textId="77777777" w:rsidR="00BC4E80" w:rsidRDefault="00BC4E80">
      <w:pPr>
        <w:spacing w:after="80"/>
        <w:jc w:val="center"/>
      </w:pPr>
      <w:r>
        <w:rPr>
          <w:rFonts w:ascii="Times New Roman" w:hAnsi="Times New Roman" w:cs="Times New Roman" w:eastAsia="Times New Roman"/>
          <w:b/>
        </w:rPr>
        <w:t>за проведено практическо обучение</w:t>
      </w:r>
    </w:p>
    <w:p w14:paraId="3E828DCE" w14:textId="77777777" w:rsidR="00BC4E80" w:rsidRDefault="00BC4E80">
      <w:pPr>
        <w:spacing w:after="160"/>
        <w:jc w:val="center"/>
      </w:pPr>
      <w:r>
        <w:rPr>
          <w:rFonts w:ascii="Times New Roman" w:hAnsi="Times New Roman" w:cs="Times New Roman" w:eastAsia="Times New Roman"/>
          <w:i/>
          <w:sz w:val="20"/>
        </w:rPr>
        <w:t>чл. 98, ал. 9 и чл. 101, ал. 7 от ПДУ</w:t>
      </w:r>
    </w:p>
    <w:p w14:paraId="3186DD4C" w14:textId="77777777" w:rsidR="00BC4E80" w:rsidRDefault="00BC4E80">
      <w:pPr>
        <w:spacing w:after="40"/>
      </w:pPr>
      <w:r>
        <w:rPr>
          <w:rFonts w:ascii="Times New Roman" w:hAnsi="Times New Roman" w:cs="Times New Roman" w:eastAsia="Times New Roman"/>
          <w:sz w:val="24"/>
        </w:rPr>
        <w:t>от ………………………………………………………………………… – ръководител на практиката</w:t>
      </w:r>
    </w:p>
    <w:p w14:paraId="1DE46EB3" w14:textId="77777777" w:rsidR="00BC4E80" w:rsidRDefault="00BC4E80">
      <w:pPr>
        <w:spacing w:after="80"/>
      </w:pPr>
    </w:p>
    <w:p w14:paraId="5F778472"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720E4D5" w14:textId="77777777" w:rsidR="00BC4E80" w:rsidRDefault="00BC4E80">
      <w:pPr>
        <w:spacing w:after="80"/>
      </w:pPr>
      <w:r>
        <w:rPr>
          <w:rFonts w:ascii="Times New Roman" w:hAnsi="Times New Roman" w:cs="Times New Roman" w:eastAsia="Times New Roman"/>
          <w:sz w:val="24"/>
        </w:rPr>
        <w:t>Вид практика: ……………………………………………………………………………………………</w:t>
      </w:r>
    </w:p>
    <w:p w14:paraId="13F76393" w14:textId="77777777" w:rsidR="00BC4E80" w:rsidRDefault="00BC4E80">
      <w:pPr>
        <w:spacing w:after="80"/>
      </w:pPr>
      <w:r>
        <w:rPr>
          <w:rFonts w:ascii="Times New Roman" w:hAnsi="Times New Roman" w:cs="Times New Roman" w:eastAsia="Times New Roman"/>
          <w:sz w:val="24"/>
        </w:rPr>
        <w:t>Клас и специалност: ………………………………………………………………………………………</w:t>
      </w:r>
    </w:p>
    <w:p w14:paraId="14B3A79E" w14:textId="77777777" w:rsidR="00BC4E80" w:rsidRDefault="00BC4E80">
      <w:pPr>
        <w:spacing w:after="80"/>
      </w:pPr>
      <w:r>
        <w:rPr>
          <w:rFonts w:ascii="Times New Roman" w:hAnsi="Times New Roman" w:cs="Times New Roman" w:eastAsia="Times New Roman"/>
          <w:sz w:val="24"/>
        </w:rPr>
        <w:t>Период: от ………………………………………… г. до …………………………………………… г.</w:t>
      </w:r>
    </w:p>
    <w:p w14:paraId="4B320821" w14:textId="77777777" w:rsidR="00BC4E80" w:rsidRDefault="00BC4E80">
      <w:pPr>
        <w:spacing w:after="80"/>
      </w:pPr>
      <w:r>
        <w:rPr>
          <w:rFonts w:ascii="Times New Roman" w:hAnsi="Times New Roman" w:cs="Times New Roman" w:eastAsia="Times New Roman"/>
          <w:sz w:val="24"/>
        </w:rPr>
        <w:t>Място на провеждане: ……………………………………………………………………………………</w:t>
      </w:r>
    </w:p>
    <w:p w14:paraId="596EA883" w14:textId="77777777" w:rsidR="00BC4E80" w:rsidRDefault="00BC4E80">
      <w:pPr>
        <w:spacing w:after="80"/>
      </w:pPr>
      <w:r>
        <w:rPr>
          <w:rFonts w:ascii="Times New Roman" w:hAnsi="Times New Roman" w:cs="Times New Roman" w:eastAsia="Times New Roman"/>
          <w:sz w:val="24"/>
        </w:rPr>
        <w:t>Брой ученици по списък: ……………………; провели практиката: ……………………; непровели: ……………………</w:t>
      </w:r>
    </w:p>
    <w:p w14:paraId="05439138" w14:textId="77777777" w:rsidR="00BC4E80" w:rsidRDefault="00BC4E80">
      <w:pPr>
        <w:spacing w:after="80"/>
      </w:pPr>
      <w:r>
        <w:rPr>
          <w:rFonts w:ascii="Times New Roman" w:hAnsi="Times New Roman" w:cs="Times New Roman" w:eastAsia="Times New Roman"/>
          <w:sz w:val="24"/>
        </w:rPr>
        <w:t>Причини за непровеждане: ………………………………………………………………………………</w:t>
      </w:r>
    </w:p>
    <w:p w14:paraId="0C26CCD7" w14:textId="77777777" w:rsidR="00BC4E80" w:rsidRDefault="00BC4E80">
      <w:pPr>
        <w:spacing w:after="80"/>
      </w:pPr>
      <w:r>
        <w:rPr>
          <w:rFonts w:ascii="Times New Roman" w:hAnsi="Times New Roman" w:cs="Times New Roman" w:eastAsia="Times New Roman"/>
          <w:sz w:val="24"/>
        </w:rPr>
        <w:t>Изпълнение на учебната програма: ……………………………………………………………………</w:t>
      </w:r>
    </w:p>
    <w:p w14:paraId="478D101F" w14:textId="77777777" w:rsidR="00BC4E80" w:rsidRDefault="00BC4E80">
      <w:pPr>
        <w:spacing w:after="80"/>
      </w:pPr>
      <w:r>
        <w:rPr>
          <w:rFonts w:ascii="Times New Roman" w:hAnsi="Times New Roman" w:cs="Times New Roman" w:eastAsia="Times New Roman"/>
          <w:sz w:val="24"/>
        </w:rPr>
        <w:t>………………………………………………………………………………………………………………</w:t>
      </w:r>
    </w:p>
    <w:p w14:paraId="09B06210" w14:textId="77777777" w:rsidR="00BC4E80" w:rsidRDefault="00BC4E80">
      <w:pPr>
        <w:spacing w:after="80"/>
      </w:pPr>
      <w:r>
        <w:rPr>
          <w:rFonts w:ascii="Times New Roman" w:hAnsi="Times New Roman" w:cs="Times New Roman" w:eastAsia="Times New Roman"/>
          <w:sz w:val="24"/>
        </w:rPr>
        <w:t>Проведени инструктажи: …………………………………………………………………………………</w:t>
      </w:r>
    </w:p>
    <w:p w14:paraId="4EAEA966" w14:textId="77777777" w:rsidR="00BC4E80" w:rsidRDefault="00BC4E80">
      <w:pPr>
        <w:spacing w:after="80"/>
      </w:pPr>
      <w:r>
        <w:rPr>
          <w:rFonts w:ascii="Times New Roman" w:hAnsi="Times New Roman" w:cs="Times New Roman" w:eastAsia="Times New Roman"/>
          <w:sz w:val="24"/>
        </w:rPr>
        <w:t>Постигнати резултати и формирани компетентности: …………………………………………………</w:t>
      </w:r>
    </w:p>
    <w:p w14:paraId="1DA580A1" w14:textId="77777777" w:rsidR="00BC4E80" w:rsidRDefault="00BC4E80">
      <w:pPr>
        <w:spacing w:after="80"/>
      </w:pPr>
      <w:r>
        <w:rPr>
          <w:rFonts w:ascii="Times New Roman" w:hAnsi="Times New Roman" w:cs="Times New Roman" w:eastAsia="Times New Roman"/>
          <w:sz w:val="24"/>
        </w:rPr>
        <w:t>………………………………………………………………………………………………………………</w:t>
      </w:r>
    </w:p>
    <w:p w14:paraId="71445A68" w14:textId="77777777" w:rsidR="00BC4E80" w:rsidRDefault="00BC4E80">
      <w:pPr>
        <w:spacing w:after="80"/>
      </w:pPr>
      <w:r>
        <w:rPr>
          <w:rFonts w:ascii="Times New Roman" w:hAnsi="Times New Roman" w:cs="Times New Roman" w:eastAsia="Times New Roman"/>
          <w:sz w:val="24"/>
        </w:rPr>
        <w:t>Оценки: отличен ……………………, мн. добър ……………………, добър ……………………, среден ……………………, слаб ……………………</w:t>
      </w:r>
    </w:p>
    <w:p w14:paraId="664D3147" w14:textId="77777777" w:rsidR="00BC4E80" w:rsidRDefault="00BC4E80">
      <w:pPr>
        <w:spacing w:after="80"/>
      </w:pPr>
      <w:r>
        <w:rPr>
          <w:rFonts w:ascii="Times New Roman" w:hAnsi="Times New Roman" w:cs="Times New Roman" w:eastAsia="Times New Roman"/>
          <w:sz w:val="24"/>
        </w:rPr>
        <w:t>Възникнали проблеми и инциденти: ☐ няма   ☐ има – ………………………………………………</w:t>
      </w:r>
    </w:p>
    <w:p w14:paraId="3A686768" w14:textId="77777777" w:rsidR="00BC4E80" w:rsidRDefault="00BC4E80">
      <w:pPr>
        <w:spacing w:after="80"/>
      </w:pPr>
      <w:r>
        <w:rPr>
          <w:rFonts w:ascii="Times New Roman" w:hAnsi="Times New Roman" w:cs="Times New Roman" w:eastAsia="Times New Roman"/>
          <w:sz w:val="24"/>
        </w:rPr>
        <w:t>Предложения за подобряване на организацията: ………………………………………………………</w:t>
      </w:r>
    </w:p>
    <w:p w14:paraId="5253C8DD" w14:textId="77777777" w:rsidR="00BC4E80" w:rsidRDefault="00BC4E80">
      <w:pPr>
        <w:spacing w:after="80"/>
      </w:pPr>
      <w:r>
        <w:rPr>
          <w:rFonts w:ascii="Times New Roman" w:hAnsi="Times New Roman" w:cs="Times New Roman" w:eastAsia="Times New Roman"/>
          <w:sz w:val="24"/>
        </w:rPr>
        <w:t>………………………………………………………………………………………………………………</w:t>
      </w:r>
    </w:p>
    <w:p w14:paraId="734D9615" w14:textId="77777777" w:rsidR="00BC4E80" w:rsidRDefault="00BC4E80">
      <w:pPr>
        <w:spacing w:after="80"/>
      </w:pPr>
    </w:p>
    <w:p w14:paraId="02838EA1" w14:textId="77777777" w:rsidR="00BC4E80" w:rsidRDefault="00BC4E80">
      <w:pPr>
        <w:spacing w:after="80"/>
        <w:jc w:val="both"/>
      </w:pPr>
      <w:r>
        <w:rPr>
          <w:rFonts w:ascii="Times New Roman" w:hAnsi="Times New Roman" w:cs="Times New Roman" w:eastAsia="Times New Roman"/>
          <w:i/>
          <w:sz w:val="20"/>
        </w:rPr>
        <w:t>Прилагам: индивидуалните дневници на учениците, заверени от длъжностното лице в предприятието; формуляри за оценка (Приложение № 65).</w:t>
      </w:r>
    </w:p>
    <w:p w14:paraId="0C0378A7" w14:textId="77777777" w:rsidR="00BC4E80" w:rsidRDefault="00BC4E80">
      <w:pPr>
        <w:spacing w:after="200"/>
      </w:pPr>
    </w:p>
    <w:p w14:paraId="7C38610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Ръководител на практиката: ……………………</w:t>
      </w:r>
    </w:p>
    <w:p w14:paraId="19F04460" w14:textId="77777777" w:rsidR="00BC4E80" w:rsidRDefault="00BC4E80">
      <w:pPr>
        <w:pageBreakBefore/>
        <w:spacing w:after="2800"/>
      </w:pPr>
    </w:p>
    <w:p w14:paraId="317BC99A" w14:textId="77777777" w:rsidR="00BC4E80" w:rsidRDefault="00BC4E80">
      <w:pPr>
        <w:spacing w:after="200"/>
        <w:jc w:val="center"/>
      </w:pPr>
      <w:r>
        <w:rPr>
          <w:rFonts w:ascii="Times New Roman" w:hAnsi="Times New Roman" w:cs="Times New Roman" w:eastAsia="Times New Roman"/>
          <w:b/>
          <w:sz w:val="32"/>
        </w:rPr>
        <w:t>РАЗДЕЛ XI</w:t>
      </w:r>
    </w:p>
    <w:p w14:paraId="74F1F1A8" w14:textId="77777777" w:rsidR="00BC4E80" w:rsidRDefault="00BC4E80">
      <w:pPr>
        <w:jc w:val="center"/>
      </w:pPr>
      <w:r>
        <w:rPr>
          <w:rFonts w:ascii="Times New Roman" w:hAnsi="Times New Roman" w:cs="Times New Roman" w:eastAsia="Times New Roman"/>
          <w:b/>
          <w:sz w:val="28"/>
        </w:rPr>
        <w:t>ОРГАНИЗАЦИЯ НА УЧЕБНИЯ ПРОЦЕС</w:t>
      </w:r>
    </w:p>
    <w:p w14:paraId="00D0BCA3"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68 към Правилника за дейността на училището</w:t>
      </w:r>
    </w:p>
    <w:p w14:paraId="62E15D6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C2BA595" wp14:editId="417C1A8C">
            <wp:extent cx="6483600" cy="117515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AC92E5A" w14:textId="77777777" w:rsidR="00BC4E80" w:rsidRDefault="00BC4E80">
      <w:r>
        <w:rPr>
          <w:rFonts w:ascii="Times New Roman" w:hAnsi="Times New Roman" w:cs="Times New Roman" w:eastAsia="Times New Roman"/>
          <w:b/>
          <w:sz w:val="24"/>
        </w:rPr>
        <w:t>ДО</w:t>
      </w:r>
    </w:p>
    <w:p w14:paraId="13043A9E" w14:textId="77777777" w:rsidR="00BC4E80" w:rsidRDefault="00BC4E80">
      <w:r>
        <w:rPr>
          <w:rFonts w:ascii="Times New Roman" w:hAnsi="Times New Roman" w:cs="Times New Roman" w:eastAsia="Times New Roman"/>
          <w:b/>
          <w:sz w:val="24"/>
        </w:rPr>
        <w:t>ДИРЕКТОРА</w:t>
      </w:r>
    </w:p>
    <w:p w14:paraId="2449860F" w14:textId="77777777" w:rsidR="00BC4E80" w:rsidRDefault="00BC4E80">
      <w:r>
        <w:rPr>
          <w:rFonts w:ascii="Times New Roman" w:hAnsi="Times New Roman" w:cs="Times New Roman" w:eastAsia="Times New Roman"/>
          <w:b/>
          <w:sz w:val="24"/>
        </w:rPr>
        <w:t>НА ПГМКР „СВЕТИ НИКОЛА“</w:t>
      </w:r>
    </w:p>
    <w:p w14:paraId="33A8ABF1" w14:textId="77777777" w:rsidR="00BC4E80" w:rsidRDefault="00BC4E80">
      <w:r>
        <w:rPr>
          <w:rFonts w:ascii="Times New Roman" w:hAnsi="Times New Roman" w:cs="Times New Roman" w:eastAsia="Times New Roman"/>
          <w:b/>
          <w:sz w:val="24"/>
        </w:rPr>
        <w:t>ГР. БУРГАС</w:t>
      </w:r>
    </w:p>
    <w:p w14:paraId="68D902C2" w14:textId="77777777" w:rsidR="00BC4E80" w:rsidRDefault="00BC4E80">
      <w:pPr>
        <w:spacing w:after="160"/>
      </w:pPr>
    </w:p>
    <w:p w14:paraId="684BADE2" w14:textId="77777777" w:rsidR="00BC4E80" w:rsidRDefault="00BC4E80">
      <w:pPr>
        <w:spacing w:before="80" w:after="40"/>
        <w:jc w:val="center"/>
      </w:pPr>
      <w:r>
        <w:rPr>
          <w:rFonts w:ascii="Times New Roman" w:hAnsi="Times New Roman" w:cs="Times New Roman" w:eastAsia="Times New Roman"/>
          <w:b/>
          <w:sz w:val="26"/>
        </w:rPr>
        <w:t>Ф О Р М У Л Я Р</w:t>
      </w:r>
    </w:p>
    <w:p w14:paraId="3A5A9609" w14:textId="77777777" w:rsidR="00BC4E80" w:rsidRDefault="00BC4E80">
      <w:pPr>
        <w:spacing w:after="80"/>
        <w:jc w:val="center"/>
      </w:pPr>
      <w:r>
        <w:rPr>
          <w:rFonts w:ascii="Times New Roman" w:hAnsi="Times New Roman" w:cs="Times New Roman" w:eastAsia="Times New Roman"/>
          <w:b/>
        </w:rPr>
        <w:t>за заместване на отсъстващ учител</w:t>
      </w:r>
    </w:p>
    <w:p w14:paraId="403AB66E" w14:textId="77777777" w:rsidR="00BC4E80" w:rsidRDefault="00BC4E80">
      <w:pPr>
        <w:spacing w:after="160"/>
        <w:jc w:val="center"/>
      </w:pPr>
      <w:r>
        <w:rPr>
          <w:rFonts w:ascii="Times New Roman" w:hAnsi="Times New Roman" w:cs="Times New Roman" w:eastAsia="Times New Roman"/>
          <w:i/>
          <w:sz w:val="20"/>
        </w:rPr>
        <w:t>чл. 70, т. 2 от ПДУ – разместване на часове за осигуряване на заместване</w:t>
      </w:r>
    </w:p>
    <w:p w14:paraId="277567AA" w14:textId="77777777" w:rsidR="00BC4E80" w:rsidRDefault="00BC4E80">
      <w:pPr>
        <w:spacing w:after="40"/>
      </w:pPr>
      <w:r>
        <w:rPr>
          <w:rFonts w:ascii="Times New Roman" w:hAnsi="Times New Roman" w:cs="Times New Roman" w:eastAsia="Times New Roman"/>
          <w:sz w:val="24"/>
        </w:rPr>
        <w:t>Дата: …………………………………………………………………………………………………… г.</w:t>
      </w:r>
    </w:p>
    <w:p w14:paraId="5E16A618" w14:textId="77777777" w:rsidR="00BC4E80" w:rsidRDefault="00BC4E80">
      <w:pPr>
        <w:spacing w:after="40"/>
      </w:pPr>
      <w:r>
        <w:rPr>
          <w:rFonts w:ascii="Times New Roman" w:hAnsi="Times New Roman" w:cs="Times New Roman" w:eastAsia="Times New Roman"/>
          <w:sz w:val="24"/>
        </w:rPr>
        <w:t>Отсъстващ учител: ………………………………………………………………………………………</w:t>
      </w:r>
    </w:p>
    <w:p w14:paraId="25EECF8C" w14:textId="77777777" w:rsidR="00BC4E80" w:rsidRDefault="00BC4E80">
      <w:pPr>
        <w:spacing w:after="40"/>
      </w:pPr>
      <w:r>
        <w:rPr>
          <w:rFonts w:ascii="Times New Roman" w:hAnsi="Times New Roman" w:cs="Times New Roman" w:eastAsia="Times New Roman"/>
          <w:sz w:val="24"/>
        </w:rPr>
        <w:t>Причина: …………………………………………………………………………………………………</w:t>
      </w:r>
    </w:p>
    <w:p w14:paraId="559CE5C1" w14:textId="77777777" w:rsidR="00BC4E80" w:rsidRDefault="00BC4E80">
      <w:pPr>
        <w:spacing w:after="80"/>
      </w:pPr>
    </w:p>
    <w:p w14:paraId="7F270A48" w14:textId="77777777" w:rsidR="00BC4E80" w:rsidRDefault="00BC4E80">
      <w:pPr>
        <w:spacing w:after="120"/>
      </w:pPr>
      <w:r>
        <w:rPr>
          <w:rFonts w:ascii="Times New Roman" w:hAnsi="Times New Roman" w:cs="Times New Roman" w:eastAsia="Times New Roman"/>
          <w:b/>
          <w:sz w:val="24"/>
        </w:rPr>
        <w:t>УВАЖАЕМА ГОСПОЖО ДИРЕКТОР,</w:t>
      </w:r>
    </w:p>
    <w:p w14:paraId="17C25EF3" w14:textId="77777777" w:rsidR="00BC4E80" w:rsidRDefault="00BC4E80">
      <w:pPr>
        <w:spacing w:after="200"/>
      </w:pPr>
    </w:p>
    <w:tbl>
      <w:tblPr>
        <w:tblStyle w:val="aff9"/>
        <w:tblW w:w="0" w:type="auto"/>
        <w:tblLook w:val="04A0" w:firstRow="1" w:lastRow="0" w:firstColumn="1" w:lastColumn="0" w:noHBand="0" w:noVBand="1"/>
      </w:tblPr>
      <w:tblGrid>
        <w:gridCol w:w="510"/>
        <w:gridCol w:w="850"/>
        <w:gridCol w:w="1019"/>
        <w:gridCol w:w="2832"/>
        <w:gridCol w:w="2832"/>
        <w:gridCol w:w="2152"/>
      </w:tblGrid>
      <w:tr w:rsidR="00BC4E80" w14:paraId="3DD00404" w14:textId="77777777">
        <w:tc>
          <w:tcPr>
            <w:tcW w:w="510" w:type="dxa"/>
          </w:tcPr>
          <w:p w14:paraId="16C14E3F" w14:textId="77777777" w:rsidR="00BC4E80" w:rsidRDefault="00BC4E80">
            <w:pPr>
              <w:jc w:val="center"/>
            </w:pPr>
            <w:r>
              <w:rPr>
                <w:rFonts w:ascii="Times New Roman" w:hAnsi="Times New Roman" w:cs="Times New Roman" w:eastAsia="Times New Roman"/>
                <w:b/>
                <w:sz w:val="20"/>
              </w:rPr>
              <w:t>№</w:t>
            </w:r>
          </w:p>
        </w:tc>
        <w:tc>
          <w:tcPr>
            <w:tcW w:w="850" w:type="dxa"/>
          </w:tcPr>
          <w:p w14:paraId="10E382AF" w14:textId="77777777" w:rsidR="00BC4E80" w:rsidRDefault="00BC4E80">
            <w:pPr>
              <w:jc w:val="center"/>
            </w:pPr>
            <w:r>
              <w:rPr>
                <w:rFonts w:ascii="Times New Roman" w:hAnsi="Times New Roman" w:cs="Times New Roman" w:eastAsia="Times New Roman"/>
                <w:b/>
                <w:sz w:val="20"/>
              </w:rPr>
              <w:t>Час</w:t>
            </w:r>
          </w:p>
        </w:tc>
        <w:tc>
          <w:tcPr>
            <w:tcW w:w="1020" w:type="dxa"/>
          </w:tcPr>
          <w:p w14:paraId="0319251B" w14:textId="77777777" w:rsidR="00BC4E80" w:rsidRDefault="00BC4E80">
            <w:pPr>
              <w:jc w:val="center"/>
            </w:pPr>
            <w:r>
              <w:rPr>
                <w:rFonts w:ascii="Times New Roman" w:hAnsi="Times New Roman" w:cs="Times New Roman" w:eastAsia="Times New Roman"/>
                <w:b/>
                <w:sz w:val="20"/>
              </w:rPr>
              <w:t>Клас</w:t>
            </w:r>
          </w:p>
        </w:tc>
        <w:tc>
          <w:tcPr>
            <w:tcW w:w="2835" w:type="dxa"/>
          </w:tcPr>
          <w:p w14:paraId="76B132C1" w14:textId="77777777" w:rsidR="00BC4E80" w:rsidRDefault="00BC4E80">
            <w:pPr>
              <w:jc w:val="center"/>
            </w:pPr>
            <w:r>
              <w:rPr>
                <w:rFonts w:ascii="Times New Roman" w:hAnsi="Times New Roman" w:cs="Times New Roman" w:eastAsia="Times New Roman"/>
                <w:b/>
                <w:sz w:val="20"/>
              </w:rPr>
              <w:t>Учебен предмет</w:t>
            </w:r>
          </w:p>
        </w:tc>
        <w:tc>
          <w:tcPr>
            <w:tcW w:w="2835" w:type="dxa"/>
          </w:tcPr>
          <w:p w14:paraId="06F50DEE" w14:textId="77777777" w:rsidR="00BC4E80" w:rsidRDefault="00BC4E80">
            <w:pPr>
              <w:jc w:val="center"/>
            </w:pPr>
            <w:r>
              <w:rPr>
                <w:rFonts w:ascii="Times New Roman" w:hAnsi="Times New Roman" w:cs="Times New Roman" w:eastAsia="Times New Roman"/>
                <w:b/>
                <w:sz w:val="20"/>
              </w:rPr>
              <w:t>Заместващ учител</w:t>
            </w:r>
          </w:p>
        </w:tc>
        <w:tc>
          <w:tcPr>
            <w:tcW w:w="2154" w:type="dxa"/>
          </w:tcPr>
          <w:p w14:paraId="02241897" w14:textId="77777777" w:rsidR="00BC4E80" w:rsidRDefault="00BC4E80">
            <w:pPr>
              <w:jc w:val="center"/>
            </w:pPr>
            <w:r>
              <w:rPr>
                <w:rFonts w:ascii="Times New Roman" w:hAnsi="Times New Roman" w:cs="Times New Roman" w:eastAsia="Times New Roman"/>
                <w:b/>
                <w:sz w:val="20"/>
              </w:rPr>
              <w:t>Подпис</w:t>
            </w:r>
          </w:p>
        </w:tc>
      </w:tr>
      <w:tr w:rsidR="00BC4E80" w14:paraId="733780FE" w14:textId="77777777">
        <w:tc>
          <w:tcPr>
            <w:tcW w:w="510" w:type="dxa"/>
          </w:tcPr>
          <w:p w14:paraId="7036D8E8" w14:textId="77777777" w:rsidR="00BC4E80" w:rsidRDefault="00BC4E80">
            <w:pPr>
              <w:spacing w:after="60"/>
            </w:pPr>
          </w:p>
        </w:tc>
        <w:tc>
          <w:tcPr>
            <w:tcW w:w="850" w:type="dxa"/>
          </w:tcPr>
          <w:p w14:paraId="032C29C1" w14:textId="77777777" w:rsidR="00BC4E80" w:rsidRDefault="00BC4E80">
            <w:pPr>
              <w:spacing w:after="60"/>
            </w:pPr>
          </w:p>
        </w:tc>
        <w:tc>
          <w:tcPr>
            <w:tcW w:w="1020" w:type="dxa"/>
          </w:tcPr>
          <w:p w14:paraId="504A9320" w14:textId="77777777" w:rsidR="00BC4E80" w:rsidRDefault="00BC4E80">
            <w:pPr>
              <w:spacing w:after="60"/>
            </w:pPr>
          </w:p>
        </w:tc>
        <w:tc>
          <w:tcPr>
            <w:tcW w:w="2835" w:type="dxa"/>
          </w:tcPr>
          <w:p w14:paraId="57FB0D70" w14:textId="77777777" w:rsidR="00BC4E80" w:rsidRDefault="00BC4E80">
            <w:pPr>
              <w:spacing w:after="60"/>
            </w:pPr>
          </w:p>
        </w:tc>
        <w:tc>
          <w:tcPr>
            <w:tcW w:w="2835" w:type="dxa"/>
          </w:tcPr>
          <w:p w14:paraId="553F7839" w14:textId="77777777" w:rsidR="00BC4E80" w:rsidRDefault="00BC4E80">
            <w:pPr>
              <w:spacing w:after="60"/>
            </w:pPr>
          </w:p>
        </w:tc>
        <w:tc>
          <w:tcPr>
            <w:tcW w:w="2154" w:type="dxa"/>
          </w:tcPr>
          <w:p w14:paraId="7EF40A2E" w14:textId="77777777" w:rsidR="00BC4E80" w:rsidRDefault="00BC4E80">
            <w:pPr>
              <w:spacing w:after="60"/>
            </w:pPr>
          </w:p>
        </w:tc>
      </w:tr>
      <w:tr w:rsidR="00BC4E80" w14:paraId="0448FAFE" w14:textId="77777777">
        <w:tc>
          <w:tcPr>
            <w:tcW w:w="510" w:type="dxa"/>
          </w:tcPr>
          <w:p w14:paraId="335C7AE6" w14:textId="77777777" w:rsidR="00BC4E80" w:rsidRDefault="00BC4E80">
            <w:pPr>
              <w:spacing w:after="60"/>
            </w:pPr>
          </w:p>
        </w:tc>
        <w:tc>
          <w:tcPr>
            <w:tcW w:w="850" w:type="dxa"/>
          </w:tcPr>
          <w:p w14:paraId="7DE38F4F" w14:textId="77777777" w:rsidR="00BC4E80" w:rsidRDefault="00BC4E80">
            <w:pPr>
              <w:spacing w:after="60"/>
            </w:pPr>
          </w:p>
        </w:tc>
        <w:tc>
          <w:tcPr>
            <w:tcW w:w="1020" w:type="dxa"/>
          </w:tcPr>
          <w:p w14:paraId="1DFDCE06" w14:textId="77777777" w:rsidR="00BC4E80" w:rsidRDefault="00BC4E80">
            <w:pPr>
              <w:spacing w:after="60"/>
            </w:pPr>
          </w:p>
        </w:tc>
        <w:tc>
          <w:tcPr>
            <w:tcW w:w="2835" w:type="dxa"/>
          </w:tcPr>
          <w:p w14:paraId="2CD58DA1" w14:textId="77777777" w:rsidR="00BC4E80" w:rsidRDefault="00BC4E80">
            <w:pPr>
              <w:spacing w:after="60"/>
            </w:pPr>
          </w:p>
        </w:tc>
        <w:tc>
          <w:tcPr>
            <w:tcW w:w="2835" w:type="dxa"/>
          </w:tcPr>
          <w:p w14:paraId="17A71DFA" w14:textId="77777777" w:rsidR="00BC4E80" w:rsidRDefault="00BC4E80">
            <w:pPr>
              <w:spacing w:after="60"/>
            </w:pPr>
          </w:p>
        </w:tc>
        <w:tc>
          <w:tcPr>
            <w:tcW w:w="2154" w:type="dxa"/>
          </w:tcPr>
          <w:p w14:paraId="0135B40D" w14:textId="77777777" w:rsidR="00BC4E80" w:rsidRDefault="00BC4E80">
            <w:pPr>
              <w:spacing w:after="60"/>
            </w:pPr>
          </w:p>
        </w:tc>
      </w:tr>
      <w:tr w:rsidR="00BC4E80" w14:paraId="0402B577" w14:textId="77777777">
        <w:tc>
          <w:tcPr>
            <w:tcW w:w="510" w:type="dxa"/>
          </w:tcPr>
          <w:p w14:paraId="7ED19273" w14:textId="77777777" w:rsidR="00BC4E80" w:rsidRDefault="00BC4E80">
            <w:pPr>
              <w:spacing w:after="60"/>
            </w:pPr>
          </w:p>
        </w:tc>
        <w:tc>
          <w:tcPr>
            <w:tcW w:w="850" w:type="dxa"/>
          </w:tcPr>
          <w:p w14:paraId="48EC499C" w14:textId="77777777" w:rsidR="00BC4E80" w:rsidRDefault="00BC4E80">
            <w:pPr>
              <w:spacing w:after="60"/>
            </w:pPr>
          </w:p>
        </w:tc>
        <w:tc>
          <w:tcPr>
            <w:tcW w:w="1020" w:type="dxa"/>
          </w:tcPr>
          <w:p w14:paraId="2BD0BB9E" w14:textId="77777777" w:rsidR="00BC4E80" w:rsidRDefault="00BC4E80">
            <w:pPr>
              <w:spacing w:after="60"/>
            </w:pPr>
          </w:p>
        </w:tc>
        <w:tc>
          <w:tcPr>
            <w:tcW w:w="2835" w:type="dxa"/>
          </w:tcPr>
          <w:p w14:paraId="01BA5CFE" w14:textId="77777777" w:rsidR="00BC4E80" w:rsidRDefault="00BC4E80">
            <w:pPr>
              <w:spacing w:after="60"/>
            </w:pPr>
          </w:p>
        </w:tc>
        <w:tc>
          <w:tcPr>
            <w:tcW w:w="2835" w:type="dxa"/>
          </w:tcPr>
          <w:p w14:paraId="658E1F6A" w14:textId="77777777" w:rsidR="00BC4E80" w:rsidRDefault="00BC4E80">
            <w:pPr>
              <w:spacing w:after="60"/>
            </w:pPr>
          </w:p>
        </w:tc>
        <w:tc>
          <w:tcPr>
            <w:tcW w:w="2154" w:type="dxa"/>
          </w:tcPr>
          <w:p w14:paraId="1858069F" w14:textId="77777777" w:rsidR="00BC4E80" w:rsidRDefault="00BC4E80">
            <w:pPr>
              <w:spacing w:after="60"/>
            </w:pPr>
          </w:p>
        </w:tc>
      </w:tr>
      <w:tr w:rsidR="00BC4E80" w14:paraId="48C5E52E" w14:textId="77777777">
        <w:tc>
          <w:tcPr>
            <w:tcW w:w="510" w:type="dxa"/>
          </w:tcPr>
          <w:p w14:paraId="76F85671" w14:textId="77777777" w:rsidR="00BC4E80" w:rsidRDefault="00BC4E80">
            <w:pPr>
              <w:spacing w:after="60"/>
            </w:pPr>
          </w:p>
        </w:tc>
        <w:tc>
          <w:tcPr>
            <w:tcW w:w="850" w:type="dxa"/>
          </w:tcPr>
          <w:p w14:paraId="30192071" w14:textId="77777777" w:rsidR="00BC4E80" w:rsidRDefault="00BC4E80">
            <w:pPr>
              <w:spacing w:after="60"/>
            </w:pPr>
          </w:p>
        </w:tc>
        <w:tc>
          <w:tcPr>
            <w:tcW w:w="1020" w:type="dxa"/>
          </w:tcPr>
          <w:p w14:paraId="4EFE5E66" w14:textId="77777777" w:rsidR="00BC4E80" w:rsidRDefault="00BC4E80">
            <w:pPr>
              <w:spacing w:after="60"/>
            </w:pPr>
          </w:p>
        </w:tc>
        <w:tc>
          <w:tcPr>
            <w:tcW w:w="2835" w:type="dxa"/>
          </w:tcPr>
          <w:p w14:paraId="0F78569C" w14:textId="77777777" w:rsidR="00BC4E80" w:rsidRDefault="00BC4E80">
            <w:pPr>
              <w:spacing w:after="60"/>
            </w:pPr>
          </w:p>
        </w:tc>
        <w:tc>
          <w:tcPr>
            <w:tcW w:w="2835" w:type="dxa"/>
          </w:tcPr>
          <w:p w14:paraId="169F5333" w14:textId="77777777" w:rsidR="00BC4E80" w:rsidRDefault="00BC4E80">
            <w:pPr>
              <w:spacing w:after="60"/>
            </w:pPr>
          </w:p>
        </w:tc>
        <w:tc>
          <w:tcPr>
            <w:tcW w:w="2154" w:type="dxa"/>
          </w:tcPr>
          <w:p w14:paraId="79478BAA" w14:textId="77777777" w:rsidR="00BC4E80" w:rsidRDefault="00BC4E80">
            <w:pPr>
              <w:spacing w:after="60"/>
            </w:pPr>
          </w:p>
        </w:tc>
      </w:tr>
      <w:tr w:rsidR="00BC4E80" w14:paraId="6E79EEFB" w14:textId="77777777">
        <w:tc>
          <w:tcPr>
            <w:tcW w:w="510" w:type="dxa"/>
          </w:tcPr>
          <w:p w14:paraId="6AF5E941" w14:textId="77777777" w:rsidR="00BC4E80" w:rsidRDefault="00BC4E80">
            <w:pPr>
              <w:spacing w:after="60"/>
            </w:pPr>
          </w:p>
        </w:tc>
        <w:tc>
          <w:tcPr>
            <w:tcW w:w="850" w:type="dxa"/>
          </w:tcPr>
          <w:p w14:paraId="770250C1" w14:textId="77777777" w:rsidR="00BC4E80" w:rsidRDefault="00BC4E80">
            <w:pPr>
              <w:spacing w:after="60"/>
            </w:pPr>
          </w:p>
        </w:tc>
        <w:tc>
          <w:tcPr>
            <w:tcW w:w="1020" w:type="dxa"/>
          </w:tcPr>
          <w:p w14:paraId="2EE0FCEB" w14:textId="77777777" w:rsidR="00BC4E80" w:rsidRDefault="00BC4E80">
            <w:pPr>
              <w:spacing w:after="60"/>
            </w:pPr>
          </w:p>
        </w:tc>
        <w:tc>
          <w:tcPr>
            <w:tcW w:w="2835" w:type="dxa"/>
          </w:tcPr>
          <w:p w14:paraId="08538024" w14:textId="77777777" w:rsidR="00BC4E80" w:rsidRDefault="00BC4E80">
            <w:pPr>
              <w:spacing w:after="60"/>
            </w:pPr>
          </w:p>
        </w:tc>
        <w:tc>
          <w:tcPr>
            <w:tcW w:w="2835" w:type="dxa"/>
          </w:tcPr>
          <w:p w14:paraId="0667A479" w14:textId="77777777" w:rsidR="00BC4E80" w:rsidRDefault="00BC4E80">
            <w:pPr>
              <w:spacing w:after="60"/>
            </w:pPr>
          </w:p>
        </w:tc>
        <w:tc>
          <w:tcPr>
            <w:tcW w:w="2154" w:type="dxa"/>
          </w:tcPr>
          <w:p w14:paraId="511D5CB2" w14:textId="77777777" w:rsidR="00BC4E80" w:rsidRDefault="00BC4E80">
            <w:pPr>
              <w:spacing w:after="60"/>
            </w:pPr>
          </w:p>
        </w:tc>
      </w:tr>
      <w:tr w:rsidR="00BC4E80" w14:paraId="75CC6495" w14:textId="77777777">
        <w:tc>
          <w:tcPr>
            <w:tcW w:w="510" w:type="dxa"/>
          </w:tcPr>
          <w:p w14:paraId="56D1F69D" w14:textId="77777777" w:rsidR="00BC4E80" w:rsidRDefault="00BC4E80">
            <w:pPr>
              <w:spacing w:after="60"/>
            </w:pPr>
          </w:p>
        </w:tc>
        <w:tc>
          <w:tcPr>
            <w:tcW w:w="850" w:type="dxa"/>
          </w:tcPr>
          <w:p w14:paraId="4FEEC05F" w14:textId="77777777" w:rsidR="00BC4E80" w:rsidRDefault="00BC4E80">
            <w:pPr>
              <w:spacing w:after="60"/>
            </w:pPr>
          </w:p>
        </w:tc>
        <w:tc>
          <w:tcPr>
            <w:tcW w:w="1020" w:type="dxa"/>
          </w:tcPr>
          <w:p w14:paraId="1556E677" w14:textId="77777777" w:rsidR="00BC4E80" w:rsidRDefault="00BC4E80">
            <w:pPr>
              <w:spacing w:after="60"/>
            </w:pPr>
          </w:p>
        </w:tc>
        <w:tc>
          <w:tcPr>
            <w:tcW w:w="2835" w:type="dxa"/>
          </w:tcPr>
          <w:p w14:paraId="41D41090" w14:textId="77777777" w:rsidR="00BC4E80" w:rsidRDefault="00BC4E80">
            <w:pPr>
              <w:spacing w:after="60"/>
            </w:pPr>
          </w:p>
        </w:tc>
        <w:tc>
          <w:tcPr>
            <w:tcW w:w="2835" w:type="dxa"/>
          </w:tcPr>
          <w:p w14:paraId="7F8C3A07" w14:textId="77777777" w:rsidR="00BC4E80" w:rsidRDefault="00BC4E80">
            <w:pPr>
              <w:spacing w:after="60"/>
            </w:pPr>
          </w:p>
        </w:tc>
        <w:tc>
          <w:tcPr>
            <w:tcW w:w="2154" w:type="dxa"/>
          </w:tcPr>
          <w:p w14:paraId="419B16F4" w14:textId="77777777" w:rsidR="00BC4E80" w:rsidRDefault="00BC4E80">
            <w:pPr>
              <w:spacing w:after="60"/>
            </w:pPr>
          </w:p>
        </w:tc>
      </w:tr>
      <w:tr w:rsidR="00BC4E80" w14:paraId="5A101A4E" w14:textId="77777777">
        <w:tc>
          <w:tcPr>
            <w:tcW w:w="510" w:type="dxa"/>
          </w:tcPr>
          <w:p w14:paraId="3D3B8F15" w14:textId="77777777" w:rsidR="00BC4E80" w:rsidRDefault="00BC4E80">
            <w:pPr>
              <w:spacing w:after="60"/>
            </w:pPr>
          </w:p>
        </w:tc>
        <w:tc>
          <w:tcPr>
            <w:tcW w:w="850" w:type="dxa"/>
          </w:tcPr>
          <w:p w14:paraId="30ECE249" w14:textId="77777777" w:rsidR="00BC4E80" w:rsidRDefault="00BC4E80">
            <w:pPr>
              <w:spacing w:after="60"/>
            </w:pPr>
          </w:p>
        </w:tc>
        <w:tc>
          <w:tcPr>
            <w:tcW w:w="1020" w:type="dxa"/>
          </w:tcPr>
          <w:p w14:paraId="0AB1D334" w14:textId="77777777" w:rsidR="00BC4E80" w:rsidRDefault="00BC4E80">
            <w:pPr>
              <w:spacing w:after="60"/>
            </w:pPr>
          </w:p>
        </w:tc>
        <w:tc>
          <w:tcPr>
            <w:tcW w:w="2835" w:type="dxa"/>
          </w:tcPr>
          <w:p w14:paraId="63002CB5" w14:textId="77777777" w:rsidR="00BC4E80" w:rsidRDefault="00BC4E80">
            <w:pPr>
              <w:spacing w:after="60"/>
            </w:pPr>
          </w:p>
        </w:tc>
        <w:tc>
          <w:tcPr>
            <w:tcW w:w="2835" w:type="dxa"/>
          </w:tcPr>
          <w:p w14:paraId="18C00C26" w14:textId="77777777" w:rsidR="00BC4E80" w:rsidRDefault="00BC4E80">
            <w:pPr>
              <w:spacing w:after="60"/>
            </w:pPr>
          </w:p>
        </w:tc>
        <w:tc>
          <w:tcPr>
            <w:tcW w:w="2154" w:type="dxa"/>
          </w:tcPr>
          <w:p w14:paraId="1A9ED2F7" w14:textId="77777777" w:rsidR="00BC4E80" w:rsidRDefault="00BC4E80">
            <w:pPr>
              <w:spacing w:after="60"/>
            </w:pPr>
          </w:p>
        </w:tc>
      </w:tr>
      <w:tr w:rsidR="00BC4E80" w14:paraId="7EA5CADC" w14:textId="77777777">
        <w:tc>
          <w:tcPr>
            <w:tcW w:w="510" w:type="dxa"/>
          </w:tcPr>
          <w:p w14:paraId="36CE149A" w14:textId="77777777" w:rsidR="00BC4E80" w:rsidRDefault="00BC4E80">
            <w:pPr>
              <w:spacing w:after="60"/>
            </w:pPr>
          </w:p>
        </w:tc>
        <w:tc>
          <w:tcPr>
            <w:tcW w:w="850" w:type="dxa"/>
          </w:tcPr>
          <w:p w14:paraId="1AF931DD" w14:textId="77777777" w:rsidR="00BC4E80" w:rsidRDefault="00BC4E80">
            <w:pPr>
              <w:spacing w:after="60"/>
            </w:pPr>
          </w:p>
        </w:tc>
        <w:tc>
          <w:tcPr>
            <w:tcW w:w="1020" w:type="dxa"/>
          </w:tcPr>
          <w:p w14:paraId="64FA9D8F" w14:textId="77777777" w:rsidR="00BC4E80" w:rsidRDefault="00BC4E80">
            <w:pPr>
              <w:spacing w:after="60"/>
            </w:pPr>
          </w:p>
        </w:tc>
        <w:tc>
          <w:tcPr>
            <w:tcW w:w="2835" w:type="dxa"/>
          </w:tcPr>
          <w:p w14:paraId="7D7B7294" w14:textId="77777777" w:rsidR="00BC4E80" w:rsidRDefault="00BC4E80">
            <w:pPr>
              <w:spacing w:after="60"/>
            </w:pPr>
          </w:p>
        </w:tc>
        <w:tc>
          <w:tcPr>
            <w:tcW w:w="2835" w:type="dxa"/>
          </w:tcPr>
          <w:p w14:paraId="03E78CBC" w14:textId="77777777" w:rsidR="00BC4E80" w:rsidRDefault="00BC4E80">
            <w:pPr>
              <w:spacing w:after="60"/>
            </w:pPr>
          </w:p>
        </w:tc>
        <w:tc>
          <w:tcPr>
            <w:tcW w:w="2154" w:type="dxa"/>
          </w:tcPr>
          <w:p w14:paraId="650EAA3D" w14:textId="77777777" w:rsidR="00BC4E80" w:rsidRDefault="00BC4E80">
            <w:pPr>
              <w:spacing w:after="60"/>
            </w:pPr>
          </w:p>
        </w:tc>
      </w:tr>
      <w:tr w:rsidR="00BC4E80" w14:paraId="1E568C0E" w14:textId="77777777">
        <w:tc>
          <w:tcPr>
            <w:tcW w:w="510" w:type="dxa"/>
          </w:tcPr>
          <w:p w14:paraId="39645EEC" w14:textId="77777777" w:rsidR="00BC4E80" w:rsidRDefault="00BC4E80">
            <w:pPr>
              <w:spacing w:after="60"/>
            </w:pPr>
          </w:p>
        </w:tc>
        <w:tc>
          <w:tcPr>
            <w:tcW w:w="850" w:type="dxa"/>
          </w:tcPr>
          <w:p w14:paraId="5A9A4718" w14:textId="77777777" w:rsidR="00BC4E80" w:rsidRDefault="00BC4E80">
            <w:pPr>
              <w:spacing w:after="60"/>
            </w:pPr>
          </w:p>
        </w:tc>
        <w:tc>
          <w:tcPr>
            <w:tcW w:w="1020" w:type="dxa"/>
          </w:tcPr>
          <w:p w14:paraId="6BA648DF" w14:textId="77777777" w:rsidR="00BC4E80" w:rsidRDefault="00BC4E80">
            <w:pPr>
              <w:spacing w:after="60"/>
            </w:pPr>
          </w:p>
        </w:tc>
        <w:tc>
          <w:tcPr>
            <w:tcW w:w="2835" w:type="dxa"/>
          </w:tcPr>
          <w:p w14:paraId="65467517" w14:textId="77777777" w:rsidR="00BC4E80" w:rsidRDefault="00BC4E80">
            <w:pPr>
              <w:spacing w:after="60"/>
            </w:pPr>
          </w:p>
        </w:tc>
        <w:tc>
          <w:tcPr>
            <w:tcW w:w="2835" w:type="dxa"/>
          </w:tcPr>
          <w:p w14:paraId="5B06EAB7" w14:textId="77777777" w:rsidR="00BC4E80" w:rsidRDefault="00BC4E80">
            <w:pPr>
              <w:spacing w:after="60"/>
            </w:pPr>
          </w:p>
        </w:tc>
        <w:tc>
          <w:tcPr>
            <w:tcW w:w="2154" w:type="dxa"/>
          </w:tcPr>
          <w:p w14:paraId="336755E2" w14:textId="77777777" w:rsidR="00BC4E80" w:rsidRDefault="00BC4E80">
            <w:pPr>
              <w:spacing w:after="60"/>
            </w:pPr>
          </w:p>
        </w:tc>
      </w:tr>
      <w:tr w:rsidR="00BC4E80" w14:paraId="39D8A0B8" w14:textId="77777777">
        <w:tc>
          <w:tcPr>
            <w:tcW w:w="510" w:type="dxa"/>
          </w:tcPr>
          <w:p w14:paraId="7947BD77" w14:textId="77777777" w:rsidR="00BC4E80" w:rsidRDefault="00BC4E80">
            <w:pPr>
              <w:spacing w:after="60"/>
            </w:pPr>
          </w:p>
        </w:tc>
        <w:tc>
          <w:tcPr>
            <w:tcW w:w="850" w:type="dxa"/>
          </w:tcPr>
          <w:p w14:paraId="503C69E7" w14:textId="77777777" w:rsidR="00BC4E80" w:rsidRDefault="00BC4E80">
            <w:pPr>
              <w:spacing w:after="60"/>
            </w:pPr>
          </w:p>
        </w:tc>
        <w:tc>
          <w:tcPr>
            <w:tcW w:w="1020" w:type="dxa"/>
          </w:tcPr>
          <w:p w14:paraId="38B79D82" w14:textId="77777777" w:rsidR="00BC4E80" w:rsidRDefault="00BC4E80">
            <w:pPr>
              <w:spacing w:after="60"/>
            </w:pPr>
          </w:p>
        </w:tc>
        <w:tc>
          <w:tcPr>
            <w:tcW w:w="2835" w:type="dxa"/>
          </w:tcPr>
          <w:p w14:paraId="77224EDA" w14:textId="77777777" w:rsidR="00BC4E80" w:rsidRDefault="00BC4E80">
            <w:pPr>
              <w:spacing w:after="60"/>
            </w:pPr>
          </w:p>
        </w:tc>
        <w:tc>
          <w:tcPr>
            <w:tcW w:w="2835" w:type="dxa"/>
          </w:tcPr>
          <w:p w14:paraId="7A37FE19" w14:textId="77777777" w:rsidR="00BC4E80" w:rsidRDefault="00BC4E80">
            <w:pPr>
              <w:spacing w:after="60"/>
            </w:pPr>
          </w:p>
        </w:tc>
        <w:tc>
          <w:tcPr>
            <w:tcW w:w="2154" w:type="dxa"/>
          </w:tcPr>
          <w:p w14:paraId="511BFD7E" w14:textId="77777777" w:rsidR="00BC4E80" w:rsidRDefault="00BC4E80">
            <w:pPr>
              <w:spacing w:after="60"/>
            </w:pPr>
          </w:p>
        </w:tc>
      </w:tr>
    </w:tbl>
    <w:p w14:paraId="469A736F" w14:textId="77777777" w:rsidR="00BC4E80" w:rsidRDefault="00BC4E80">
      <w:pPr>
        <w:tabs>
          <w:tab w:val="left" w:pos="5386"/>
        </w:tabs>
        <w:spacing w:after="160" w:before="2308"/>
      </w:pPr>
      <w:r>
        <w:rPr>
          <w:rFonts w:ascii="Times New Roman" w:hAnsi="Times New Roman" w:cs="Times New Roman" w:eastAsia="Times New Roman"/>
          <w:sz w:val="24"/>
        </w:rPr>
        <w:t>Изготвил: ……………………………………………</w:t>
      </w:r>
      <w:r>
        <w:rPr>
          <w:rFonts w:ascii="Times New Roman" w:hAnsi="Times New Roman" w:cs="Times New Roman" w:eastAsia="Times New Roman"/>
          <w:sz w:val="24"/>
        </w:rPr>
        <w:tab/>
        <w:t>Утвърдил, Директор: …………………………</w:t>
      </w:r>
    </w:p>
    <w:p w14:paraId="2E4B32D5"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69 към Правилника за дейността на училището</w:t>
      </w:r>
    </w:p>
    <w:p w14:paraId="15E9D02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1134965" wp14:editId="6BF38E0B">
            <wp:extent cx="6483600" cy="117515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5E21EB0" w14:textId="77777777" w:rsidR="00BC4E80" w:rsidRDefault="00BC4E80">
      <w:pPr>
        <w:spacing w:before="80" w:after="40"/>
        <w:jc w:val="center"/>
      </w:pPr>
      <w:r>
        <w:rPr>
          <w:rFonts w:ascii="Times New Roman" w:hAnsi="Times New Roman" w:cs="Times New Roman" w:eastAsia="Times New Roman"/>
          <w:b/>
          <w:sz w:val="26"/>
        </w:rPr>
        <w:t>Г Р А Ф И К</w:t>
      </w:r>
    </w:p>
    <w:p w14:paraId="0EC00F38" w14:textId="77777777" w:rsidR="00BC4E80" w:rsidRDefault="00BC4E80">
      <w:pPr>
        <w:spacing w:after="80"/>
        <w:jc w:val="center"/>
      </w:pPr>
      <w:r>
        <w:rPr>
          <w:rFonts w:ascii="Times New Roman" w:hAnsi="Times New Roman" w:cs="Times New Roman" w:eastAsia="Times New Roman"/>
          <w:b/>
        </w:rPr>
        <w:t>за дежурство на педагогическите специалисти</w:t>
      </w:r>
    </w:p>
    <w:p w14:paraId="7914A38B" w14:textId="77777777" w:rsidR="00BC4E80" w:rsidRDefault="00BC4E80">
      <w:pPr>
        <w:spacing w:after="160"/>
        <w:jc w:val="center"/>
      </w:pPr>
      <w:r>
        <w:rPr>
          <w:rFonts w:ascii="Times New Roman" w:hAnsi="Times New Roman" w:cs="Times New Roman" w:eastAsia="Times New Roman"/>
          <w:i/>
          <w:sz w:val="20"/>
        </w:rPr>
        <w:t>чл. 67 от ПДУ – утвърждава се със заповед на директора</w:t>
      </w:r>
    </w:p>
    <w:p w14:paraId="27D30149" w14:textId="77777777" w:rsidR="00BC4E80" w:rsidRDefault="00BC4E80">
      <w:pPr>
        <w:spacing w:after="40"/>
      </w:pPr>
      <w:r>
        <w:rPr>
          <w:rFonts w:ascii="Times New Roman" w:hAnsi="Times New Roman" w:cs="Times New Roman" w:eastAsia="Times New Roman"/>
          <w:sz w:val="24"/>
        </w:rPr>
        <w:t>Учебна година: 20…………………… / 20…………………… г.        Учебен срок: ……………………</w:t>
      </w:r>
    </w:p>
    <w:p w14:paraId="64E515AC" w14:textId="77777777" w:rsidR="00BC4E80" w:rsidRDefault="00BC4E80">
      <w:pPr>
        <w:spacing w:after="40"/>
      </w:pPr>
      <w:r>
        <w:rPr>
          <w:rFonts w:ascii="Times New Roman" w:hAnsi="Times New Roman" w:cs="Times New Roman" w:eastAsia="Times New Roman"/>
          <w:sz w:val="24"/>
        </w:rPr>
        <w:t>В сила от ……………………………………………………………………………………………… г.</w:t>
      </w:r>
    </w:p>
    <w:p w14:paraId="437D649D" w14:textId="77777777" w:rsidR="00BC4E80" w:rsidRDefault="00BC4E80">
      <w:pPr>
        <w:spacing w:after="80"/>
      </w:pPr>
    </w:p>
    <w:p w14:paraId="3C89C1EA" w14:textId="77777777" w:rsidR="00BC4E80" w:rsidRDefault="00BC4E80">
      <w:pPr>
        <w:spacing w:after="200"/>
      </w:pPr>
    </w:p>
    <w:tbl>
      <w:tblPr>
        <w:tblStyle w:val="aff9"/>
        <w:tblW w:w="0" w:type="auto"/>
        <w:tblLook w:val="04A0" w:firstRow="1" w:lastRow="0" w:firstColumn="1" w:lastColumn="0" w:noHBand="0" w:noVBand="1"/>
      </w:tblPr>
      <w:tblGrid>
        <w:gridCol w:w="1246"/>
        <w:gridCol w:w="1982"/>
        <w:gridCol w:w="2832"/>
        <w:gridCol w:w="1586"/>
        <w:gridCol w:w="2549"/>
      </w:tblGrid>
      <w:tr w:rsidR="00BC4E80" w14:paraId="18B92CDF" w14:textId="77777777">
        <w:tc>
          <w:tcPr>
            <w:tcW w:w="1247" w:type="dxa"/>
          </w:tcPr>
          <w:p w14:paraId="0BE0F08C" w14:textId="77777777" w:rsidR="00BC4E80" w:rsidRDefault="00BC4E80">
            <w:pPr>
              <w:jc w:val="center"/>
            </w:pPr>
            <w:r>
              <w:rPr>
                <w:rFonts w:ascii="Times New Roman" w:hAnsi="Times New Roman" w:cs="Times New Roman" w:eastAsia="Times New Roman"/>
                <w:b/>
                <w:sz w:val="20"/>
              </w:rPr>
              <w:t>Ден</w:t>
            </w:r>
          </w:p>
        </w:tc>
        <w:tc>
          <w:tcPr>
            <w:tcW w:w="1984" w:type="dxa"/>
          </w:tcPr>
          <w:p w14:paraId="4F78E9B9" w14:textId="77777777" w:rsidR="00BC4E80" w:rsidRDefault="00BC4E80">
            <w:pPr>
              <w:jc w:val="center"/>
            </w:pPr>
            <w:r>
              <w:rPr>
                <w:rFonts w:ascii="Times New Roman" w:hAnsi="Times New Roman" w:cs="Times New Roman" w:eastAsia="Times New Roman"/>
                <w:b/>
                <w:sz w:val="20"/>
              </w:rPr>
              <w:t>Етаж / зона</w:t>
            </w:r>
          </w:p>
        </w:tc>
        <w:tc>
          <w:tcPr>
            <w:tcW w:w="2835" w:type="dxa"/>
          </w:tcPr>
          <w:p w14:paraId="6CAB4741" w14:textId="77777777" w:rsidR="00BC4E80" w:rsidRDefault="00BC4E80">
            <w:pPr>
              <w:jc w:val="center"/>
            </w:pPr>
            <w:r>
              <w:rPr>
                <w:rFonts w:ascii="Times New Roman" w:hAnsi="Times New Roman" w:cs="Times New Roman" w:eastAsia="Times New Roman"/>
                <w:b/>
                <w:sz w:val="20"/>
              </w:rPr>
              <w:t>Дежурен учител</w:t>
            </w:r>
          </w:p>
        </w:tc>
        <w:tc>
          <w:tcPr>
            <w:tcW w:w="1587" w:type="dxa"/>
          </w:tcPr>
          <w:p w14:paraId="01D97BC8" w14:textId="77777777" w:rsidR="00BC4E80" w:rsidRDefault="00BC4E80">
            <w:pPr>
              <w:jc w:val="center"/>
            </w:pPr>
            <w:r>
              <w:rPr>
                <w:rFonts w:ascii="Times New Roman" w:hAnsi="Times New Roman" w:cs="Times New Roman" w:eastAsia="Times New Roman"/>
                <w:b/>
                <w:sz w:val="20"/>
              </w:rPr>
              <w:t>Време</w:t>
            </w:r>
          </w:p>
        </w:tc>
        <w:tc>
          <w:tcPr>
            <w:tcW w:w="2551" w:type="dxa"/>
          </w:tcPr>
          <w:p w14:paraId="0F6E622E" w14:textId="77777777" w:rsidR="00BC4E80" w:rsidRDefault="00BC4E80">
            <w:pPr>
              <w:jc w:val="center"/>
            </w:pPr>
            <w:r>
              <w:rPr>
                <w:rFonts w:ascii="Times New Roman" w:hAnsi="Times New Roman" w:cs="Times New Roman" w:eastAsia="Times New Roman"/>
                <w:b/>
                <w:sz w:val="20"/>
              </w:rPr>
              <w:t>Резервен дежурен</w:t>
            </w:r>
          </w:p>
        </w:tc>
      </w:tr>
      <w:tr w:rsidR="00BC4E80" w14:paraId="1183C01E" w14:textId="77777777">
        <w:tc>
          <w:tcPr>
            <w:tcW w:w="1247" w:type="dxa"/>
          </w:tcPr>
          <w:p w14:paraId="12FB2D4C" w14:textId="77777777" w:rsidR="00BC4E80" w:rsidRDefault="00BC4E80">
            <w:pPr>
              <w:spacing w:after="60"/>
            </w:pPr>
          </w:p>
        </w:tc>
        <w:tc>
          <w:tcPr>
            <w:tcW w:w="1984" w:type="dxa"/>
          </w:tcPr>
          <w:p w14:paraId="49057E9F" w14:textId="77777777" w:rsidR="00BC4E80" w:rsidRDefault="00BC4E80">
            <w:pPr>
              <w:spacing w:after="60"/>
            </w:pPr>
          </w:p>
        </w:tc>
        <w:tc>
          <w:tcPr>
            <w:tcW w:w="2835" w:type="dxa"/>
          </w:tcPr>
          <w:p w14:paraId="72D77492" w14:textId="77777777" w:rsidR="00BC4E80" w:rsidRDefault="00BC4E80">
            <w:pPr>
              <w:spacing w:after="60"/>
            </w:pPr>
          </w:p>
        </w:tc>
        <w:tc>
          <w:tcPr>
            <w:tcW w:w="1587" w:type="dxa"/>
          </w:tcPr>
          <w:p w14:paraId="4EA00AEF" w14:textId="77777777" w:rsidR="00BC4E80" w:rsidRDefault="00BC4E80">
            <w:pPr>
              <w:spacing w:after="60"/>
            </w:pPr>
          </w:p>
        </w:tc>
        <w:tc>
          <w:tcPr>
            <w:tcW w:w="2551" w:type="dxa"/>
          </w:tcPr>
          <w:p w14:paraId="6CD06370" w14:textId="77777777" w:rsidR="00BC4E80" w:rsidRDefault="00BC4E80">
            <w:pPr>
              <w:spacing w:after="60"/>
            </w:pPr>
          </w:p>
        </w:tc>
      </w:tr>
      <w:tr w:rsidR="00BC4E80" w14:paraId="5118CBC9" w14:textId="77777777">
        <w:tc>
          <w:tcPr>
            <w:tcW w:w="1247" w:type="dxa"/>
          </w:tcPr>
          <w:p w14:paraId="066DFF44" w14:textId="77777777" w:rsidR="00BC4E80" w:rsidRDefault="00BC4E80">
            <w:pPr>
              <w:spacing w:after="60"/>
            </w:pPr>
          </w:p>
        </w:tc>
        <w:tc>
          <w:tcPr>
            <w:tcW w:w="1984" w:type="dxa"/>
          </w:tcPr>
          <w:p w14:paraId="44E6884E" w14:textId="77777777" w:rsidR="00BC4E80" w:rsidRDefault="00BC4E80">
            <w:pPr>
              <w:spacing w:after="60"/>
            </w:pPr>
          </w:p>
        </w:tc>
        <w:tc>
          <w:tcPr>
            <w:tcW w:w="2835" w:type="dxa"/>
          </w:tcPr>
          <w:p w14:paraId="5B07DF71" w14:textId="77777777" w:rsidR="00BC4E80" w:rsidRDefault="00BC4E80">
            <w:pPr>
              <w:spacing w:after="60"/>
            </w:pPr>
          </w:p>
        </w:tc>
        <w:tc>
          <w:tcPr>
            <w:tcW w:w="1587" w:type="dxa"/>
          </w:tcPr>
          <w:p w14:paraId="5813DA5A" w14:textId="77777777" w:rsidR="00BC4E80" w:rsidRDefault="00BC4E80">
            <w:pPr>
              <w:spacing w:after="60"/>
            </w:pPr>
          </w:p>
        </w:tc>
        <w:tc>
          <w:tcPr>
            <w:tcW w:w="2551" w:type="dxa"/>
          </w:tcPr>
          <w:p w14:paraId="0CAC828B" w14:textId="77777777" w:rsidR="00BC4E80" w:rsidRDefault="00BC4E80">
            <w:pPr>
              <w:spacing w:after="60"/>
            </w:pPr>
          </w:p>
        </w:tc>
      </w:tr>
      <w:tr w:rsidR="00BC4E80" w14:paraId="62D95D89" w14:textId="77777777">
        <w:tc>
          <w:tcPr>
            <w:tcW w:w="1247" w:type="dxa"/>
          </w:tcPr>
          <w:p w14:paraId="3F4ECE30" w14:textId="77777777" w:rsidR="00BC4E80" w:rsidRDefault="00BC4E80">
            <w:pPr>
              <w:spacing w:after="60"/>
            </w:pPr>
          </w:p>
        </w:tc>
        <w:tc>
          <w:tcPr>
            <w:tcW w:w="1984" w:type="dxa"/>
          </w:tcPr>
          <w:p w14:paraId="4D48DE0E" w14:textId="77777777" w:rsidR="00BC4E80" w:rsidRDefault="00BC4E80">
            <w:pPr>
              <w:spacing w:after="60"/>
            </w:pPr>
          </w:p>
        </w:tc>
        <w:tc>
          <w:tcPr>
            <w:tcW w:w="2835" w:type="dxa"/>
          </w:tcPr>
          <w:p w14:paraId="7F7B9806" w14:textId="77777777" w:rsidR="00BC4E80" w:rsidRDefault="00BC4E80">
            <w:pPr>
              <w:spacing w:after="60"/>
            </w:pPr>
          </w:p>
        </w:tc>
        <w:tc>
          <w:tcPr>
            <w:tcW w:w="1587" w:type="dxa"/>
          </w:tcPr>
          <w:p w14:paraId="43840F52" w14:textId="77777777" w:rsidR="00BC4E80" w:rsidRDefault="00BC4E80">
            <w:pPr>
              <w:spacing w:after="60"/>
            </w:pPr>
          </w:p>
        </w:tc>
        <w:tc>
          <w:tcPr>
            <w:tcW w:w="2551" w:type="dxa"/>
          </w:tcPr>
          <w:p w14:paraId="3C4CA16B" w14:textId="77777777" w:rsidR="00BC4E80" w:rsidRDefault="00BC4E80">
            <w:pPr>
              <w:spacing w:after="60"/>
            </w:pPr>
          </w:p>
        </w:tc>
      </w:tr>
      <w:tr w:rsidR="00BC4E80" w14:paraId="41057C9D" w14:textId="77777777">
        <w:tc>
          <w:tcPr>
            <w:tcW w:w="1247" w:type="dxa"/>
          </w:tcPr>
          <w:p w14:paraId="47E63E8A" w14:textId="77777777" w:rsidR="00BC4E80" w:rsidRDefault="00BC4E80">
            <w:pPr>
              <w:spacing w:after="60"/>
            </w:pPr>
          </w:p>
        </w:tc>
        <w:tc>
          <w:tcPr>
            <w:tcW w:w="1984" w:type="dxa"/>
          </w:tcPr>
          <w:p w14:paraId="66FA11F1" w14:textId="77777777" w:rsidR="00BC4E80" w:rsidRDefault="00BC4E80">
            <w:pPr>
              <w:spacing w:after="60"/>
            </w:pPr>
          </w:p>
        </w:tc>
        <w:tc>
          <w:tcPr>
            <w:tcW w:w="2835" w:type="dxa"/>
          </w:tcPr>
          <w:p w14:paraId="228F3447" w14:textId="77777777" w:rsidR="00BC4E80" w:rsidRDefault="00BC4E80">
            <w:pPr>
              <w:spacing w:after="60"/>
            </w:pPr>
          </w:p>
        </w:tc>
        <w:tc>
          <w:tcPr>
            <w:tcW w:w="1587" w:type="dxa"/>
          </w:tcPr>
          <w:p w14:paraId="6AD54695" w14:textId="77777777" w:rsidR="00BC4E80" w:rsidRDefault="00BC4E80">
            <w:pPr>
              <w:spacing w:after="60"/>
            </w:pPr>
          </w:p>
        </w:tc>
        <w:tc>
          <w:tcPr>
            <w:tcW w:w="2551" w:type="dxa"/>
          </w:tcPr>
          <w:p w14:paraId="1301A437" w14:textId="77777777" w:rsidR="00BC4E80" w:rsidRDefault="00BC4E80">
            <w:pPr>
              <w:spacing w:after="60"/>
            </w:pPr>
          </w:p>
        </w:tc>
      </w:tr>
      <w:tr w:rsidR="00BC4E80" w14:paraId="3491623A" w14:textId="77777777">
        <w:tc>
          <w:tcPr>
            <w:tcW w:w="1247" w:type="dxa"/>
          </w:tcPr>
          <w:p w14:paraId="0A8A7A71" w14:textId="77777777" w:rsidR="00BC4E80" w:rsidRDefault="00BC4E80">
            <w:pPr>
              <w:spacing w:after="60"/>
            </w:pPr>
          </w:p>
        </w:tc>
        <w:tc>
          <w:tcPr>
            <w:tcW w:w="1984" w:type="dxa"/>
          </w:tcPr>
          <w:p w14:paraId="7D87E7A3" w14:textId="77777777" w:rsidR="00BC4E80" w:rsidRDefault="00BC4E80">
            <w:pPr>
              <w:spacing w:after="60"/>
            </w:pPr>
          </w:p>
        </w:tc>
        <w:tc>
          <w:tcPr>
            <w:tcW w:w="2835" w:type="dxa"/>
          </w:tcPr>
          <w:p w14:paraId="61CE46F5" w14:textId="77777777" w:rsidR="00BC4E80" w:rsidRDefault="00BC4E80">
            <w:pPr>
              <w:spacing w:after="60"/>
            </w:pPr>
          </w:p>
        </w:tc>
        <w:tc>
          <w:tcPr>
            <w:tcW w:w="1587" w:type="dxa"/>
          </w:tcPr>
          <w:p w14:paraId="418510D3" w14:textId="77777777" w:rsidR="00BC4E80" w:rsidRDefault="00BC4E80">
            <w:pPr>
              <w:spacing w:after="60"/>
            </w:pPr>
          </w:p>
        </w:tc>
        <w:tc>
          <w:tcPr>
            <w:tcW w:w="2551" w:type="dxa"/>
          </w:tcPr>
          <w:p w14:paraId="28E3571B" w14:textId="77777777" w:rsidR="00BC4E80" w:rsidRDefault="00BC4E80">
            <w:pPr>
              <w:spacing w:after="60"/>
            </w:pPr>
          </w:p>
        </w:tc>
      </w:tr>
      <w:tr w:rsidR="00BC4E80" w14:paraId="71E4B9BF" w14:textId="77777777">
        <w:tc>
          <w:tcPr>
            <w:tcW w:w="1247" w:type="dxa"/>
          </w:tcPr>
          <w:p w14:paraId="4872267C" w14:textId="77777777" w:rsidR="00BC4E80" w:rsidRDefault="00BC4E80">
            <w:pPr>
              <w:spacing w:after="60"/>
            </w:pPr>
          </w:p>
        </w:tc>
        <w:tc>
          <w:tcPr>
            <w:tcW w:w="1984" w:type="dxa"/>
          </w:tcPr>
          <w:p w14:paraId="5E3B2D99" w14:textId="77777777" w:rsidR="00BC4E80" w:rsidRDefault="00BC4E80">
            <w:pPr>
              <w:spacing w:after="60"/>
            </w:pPr>
          </w:p>
        </w:tc>
        <w:tc>
          <w:tcPr>
            <w:tcW w:w="2835" w:type="dxa"/>
          </w:tcPr>
          <w:p w14:paraId="1F513C85" w14:textId="77777777" w:rsidR="00BC4E80" w:rsidRDefault="00BC4E80">
            <w:pPr>
              <w:spacing w:after="60"/>
            </w:pPr>
          </w:p>
        </w:tc>
        <w:tc>
          <w:tcPr>
            <w:tcW w:w="1587" w:type="dxa"/>
          </w:tcPr>
          <w:p w14:paraId="0A8B906A" w14:textId="77777777" w:rsidR="00BC4E80" w:rsidRDefault="00BC4E80">
            <w:pPr>
              <w:spacing w:after="60"/>
            </w:pPr>
          </w:p>
        </w:tc>
        <w:tc>
          <w:tcPr>
            <w:tcW w:w="2551" w:type="dxa"/>
          </w:tcPr>
          <w:p w14:paraId="272FDAAC" w14:textId="77777777" w:rsidR="00BC4E80" w:rsidRDefault="00BC4E80">
            <w:pPr>
              <w:spacing w:after="60"/>
            </w:pPr>
          </w:p>
        </w:tc>
      </w:tr>
      <w:tr w:rsidR="00BC4E80" w14:paraId="6B6C3885" w14:textId="77777777">
        <w:tc>
          <w:tcPr>
            <w:tcW w:w="1247" w:type="dxa"/>
          </w:tcPr>
          <w:p w14:paraId="6EB6B63E" w14:textId="77777777" w:rsidR="00BC4E80" w:rsidRDefault="00BC4E80">
            <w:pPr>
              <w:spacing w:after="60"/>
            </w:pPr>
          </w:p>
        </w:tc>
        <w:tc>
          <w:tcPr>
            <w:tcW w:w="1984" w:type="dxa"/>
          </w:tcPr>
          <w:p w14:paraId="727A4B0D" w14:textId="77777777" w:rsidR="00BC4E80" w:rsidRDefault="00BC4E80">
            <w:pPr>
              <w:spacing w:after="60"/>
            </w:pPr>
          </w:p>
        </w:tc>
        <w:tc>
          <w:tcPr>
            <w:tcW w:w="2835" w:type="dxa"/>
          </w:tcPr>
          <w:p w14:paraId="589E2C87" w14:textId="77777777" w:rsidR="00BC4E80" w:rsidRDefault="00BC4E80">
            <w:pPr>
              <w:spacing w:after="60"/>
            </w:pPr>
          </w:p>
        </w:tc>
        <w:tc>
          <w:tcPr>
            <w:tcW w:w="1587" w:type="dxa"/>
          </w:tcPr>
          <w:p w14:paraId="471F2C28" w14:textId="77777777" w:rsidR="00BC4E80" w:rsidRDefault="00BC4E80">
            <w:pPr>
              <w:spacing w:after="60"/>
            </w:pPr>
          </w:p>
        </w:tc>
        <w:tc>
          <w:tcPr>
            <w:tcW w:w="2551" w:type="dxa"/>
          </w:tcPr>
          <w:p w14:paraId="11EDD0B4" w14:textId="77777777" w:rsidR="00BC4E80" w:rsidRDefault="00BC4E80">
            <w:pPr>
              <w:spacing w:after="60"/>
            </w:pPr>
          </w:p>
        </w:tc>
      </w:tr>
      <w:tr w:rsidR="00BC4E80" w14:paraId="3F7BD0F8" w14:textId="77777777">
        <w:tc>
          <w:tcPr>
            <w:tcW w:w="1247" w:type="dxa"/>
          </w:tcPr>
          <w:p w14:paraId="31C129D3" w14:textId="77777777" w:rsidR="00BC4E80" w:rsidRDefault="00BC4E80">
            <w:pPr>
              <w:spacing w:after="60"/>
            </w:pPr>
          </w:p>
        </w:tc>
        <w:tc>
          <w:tcPr>
            <w:tcW w:w="1984" w:type="dxa"/>
          </w:tcPr>
          <w:p w14:paraId="5A6E3F85" w14:textId="77777777" w:rsidR="00BC4E80" w:rsidRDefault="00BC4E80">
            <w:pPr>
              <w:spacing w:after="60"/>
            </w:pPr>
          </w:p>
        </w:tc>
        <w:tc>
          <w:tcPr>
            <w:tcW w:w="2835" w:type="dxa"/>
          </w:tcPr>
          <w:p w14:paraId="5287B02D" w14:textId="77777777" w:rsidR="00BC4E80" w:rsidRDefault="00BC4E80">
            <w:pPr>
              <w:spacing w:after="60"/>
            </w:pPr>
          </w:p>
        </w:tc>
        <w:tc>
          <w:tcPr>
            <w:tcW w:w="1587" w:type="dxa"/>
          </w:tcPr>
          <w:p w14:paraId="3A7E868A" w14:textId="77777777" w:rsidR="00BC4E80" w:rsidRDefault="00BC4E80">
            <w:pPr>
              <w:spacing w:after="60"/>
            </w:pPr>
          </w:p>
        </w:tc>
        <w:tc>
          <w:tcPr>
            <w:tcW w:w="2551" w:type="dxa"/>
          </w:tcPr>
          <w:p w14:paraId="22FC2DF5" w14:textId="77777777" w:rsidR="00BC4E80" w:rsidRDefault="00BC4E80">
            <w:pPr>
              <w:spacing w:after="60"/>
            </w:pPr>
          </w:p>
        </w:tc>
      </w:tr>
      <w:tr w:rsidR="00BC4E80" w14:paraId="0B3E0AEF" w14:textId="77777777">
        <w:tc>
          <w:tcPr>
            <w:tcW w:w="1247" w:type="dxa"/>
          </w:tcPr>
          <w:p w14:paraId="0C0C8015" w14:textId="77777777" w:rsidR="00BC4E80" w:rsidRDefault="00BC4E80">
            <w:pPr>
              <w:spacing w:after="60"/>
            </w:pPr>
          </w:p>
        </w:tc>
        <w:tc>
          <w:tcPr>
            <w:tcW w:w="1984" w:type="dxa"/>
          </w:tcPr>
          <w:p w14:paraId="569A4BC4" w14:textId="77777777" w:rsidR="00BC4E80" w:rsidRDefault="00BC4E80">
            <w:pPr>
              <w:spacing w:after="60"/>
            </w:pPr>
          </w:p>
        </w:tc>
        <w:tc>
          <w:tcPr>
            <w:tcW w:w="2835" w:type="dxa"/>
          </w:tcPr>
          <w:p w14:paraId="7859897F" w14:textId="77777777" w:rsidR="00BC4E80" w:rsidRDefault="00BC4E80">
            <w:pPr>
              <w:spacing w:after="60"/>
            </w:pPr>
          </w:p>
        </w:tc>
        <w:tc>
          <w:tcPr>
            <w:tcW w:w="1587" w:type="dxa"/>
          </w:tcPr>
          <w:p w14:paraId="1DFCD18A" w14:textId="77777777" w:rsidR="00BC4E80" w:rsidRDefault="00BC4E80">
            <w:pPr>
              <w:spacing w:after="60"/>
            </w:pPr>
          </w:p>
        </w:tc>
        <w:tc>
          <w:tcPr>
            <w:tcW w:w="2551" w:type="dxa"/>
          </w:tcPr>
          <w:p w14:paraId="06FF4D1D" w14:textId="77777777" w:rsidR="00BC4E80" w:rsidRDefault="00BC4E80">
            <w:pPr>
              <w:spacing w:after="60"/>
            </w:pPr>
          </w:p>
        </w:tc>
      </w:tr>
      <w:tr w:rsidR="00BC4E80" w14:paraId="22EA41BE" w14:textId="77777777">
        <w:tc>
          <w:tcPr>
            <w:tcW w:w="1247" w:type="dxa"/>
          </w:tcPr>
          <w:p w14:paraId="66362B8B" w14:textId="77777777" w:rsidR="00BC4E80" w:rsidRDefault="00BC4E80">
            <w:pPr>
              <w:spacing w:after="60"/>
            </w:pPr>
          </w:p>
        </w:tc>
        <w:tc>
          <w:tcPr>
            <w:tcW w:w="1984" w:type="dxa"/>
          </w:tcPr>
          <w:p w14:paraId="47316097" w14:textId="77777777" w:rsidR="00BC4E80" w:rsidRDefault="00BC4E80">
            <w:pPr>
              <w:spacing w:after="60"/>
            </w:pPr>
          </w:p>
        </w:tc>
        <w:tc>
          <w:tcPr>
            <w:tcW w:w="2835" w:type="dxa"/>
          </w:tcPr>
          <w:p w14:paraId="4C536CAD" w14:textId="77777777" w:rsidR="00BC4E80" w:rsidRDefault="00BC4E80">
            <w:pPr>
              <w:spacing w:after="60"/>
            </w:pPr>
          </w:p>
        </w:tc>
        <w:tc>
          <w:tcPr>
            <w:tcW w:w="1587" w:type="dxa"/>
          </w:tcPr>
          <w:p w14:paraId="377D114C" w14:textId="77777777" w:rsidR="00BC4E80" w:rsidRDefault="00BC4E80">
            <w:pPr>
              <w:spacing w:after="60"/>
            </w:pPr>
          </w:p>
        </w:tc>
        <w:tc>
          <w:tcPr>
            <w:tcW w:w="2551" w:type="dxa"/>
          </w:tcPr>
          <w:p w14:paraId="540D7264" w14:textId="77777777" w:rsidR="00BC4E80" w:rsidRDefault="00BC4E80">
            <w:pPr>
              <w:spacing w:after="60"/>
            </w:pPr>
          </w:p>
        </w:tc>
      </w:tr>
      <w:tr w:rsidR="00BC4E80" w14:paraId="0A276995" w14:textId="77777777">
        <w:tc>
          <w:tcPr>
            <w:tcW w:w="1247" w:type="dxa"/>
          </w:tcPr>
          <w:p w14:paraId="0FE8E095" w14:textId="77777777" w:rsidR="00BC4E80" w:rsidRDefault="00BC4E80">
            <w:pPr>
              <w:spacing w:after="60"/>
            </w:pPr>
          </w:p>
        </w:tc>
        <w:tc>
          <w:tcPr>
            <w:tcW w:w="1984" w:type="dxa"/>
          </w:tcPr>
          <w:p w14:paraId="73FC5D56" w14:textId="77777777" w:rsidR="00BC4E80" w:rsidRDefault="00BC4E80">
            <w:pPr>
              <w:spacing w:after="60"/>
            </w:pPr>
          </w:p>
        </w:tc>
        <w:tc>
          <w:tcPr>
            <w:tcW w:w="2835" w:type="dxa"/>
          </w:tcPr>
          <w:p w14:paraId="3395A8B3" w14:textId="77777777" w:rsidR="00BC4E80" w:rsidRDefault="00BC4E80">
            <w:pPr>
              <w:spacing w:after="60"/>
            </w:pPr>
          </w:p>
        </w:tc>
        <w:tc>
          <w:tcPr>
            <w:tcW w:w="1587" w:type="dxa"/>
          </w:tcPr>
          <w:p w14:paraId="0F75A9A1" w14:textId="77777777" w:rsidR="00BC4E80" w:rsidRDefault="00BC4E80">
            <w:pPr>
              <w:spacing w:after="60"/>
            </w:pPr>
          </w:p>
        </w:tc>
        <w:tc>
          <w:tcPr>
            <w:tcW w:w="2551" w:type="dxa"/>
          </w:tcPr>
          <w:p w14:paraId="2FF94DB8" w14:textId="77777777" w:rsidR="00BC4E80" w:rsidRDefault="00BC4E80">
            <w:pPr>
              <w:spacing w:after="60"/>
            </w:pPr>
          </w:p>
        </w:tc>
      </w:tr>
      <w:tr w:rsidR="00BC4E80" w14:paraId="746F0E3C" w14:textId="77777777">
        <w:tc>
          <w:tcPr>
            <w:tcW w:w="1247" w:type="dxa"/>
          </w:tcPr>
          <w:p w14:paraId="250A3586" w14:textId="77777777" w:rsidR="00BC4E80" w:rsidRDefault="00BC4E80">
            <w:pPr>
              <w:spacing w:after="60"/>
            </w:pPr>
          </w:p>
        </w:tc>
        <w:tc>
          <w:tcPr>
            <w:tcW w:w="1984" w:type="dxa"/>
          </w:tcPr>
          <w:p w14:paraId="13B41898" w14:textId="77777777" w:rsidR="00BC4E80" w:rsidRDefault="00BC4E80">
            <w:pPr>
              <w:spacing w:after="60"/>
            </w:pPr>
          </w:p>
        </w:tc>
        <w:tc>
          <w:tcPr>
            <w:tcW w:w="2835" w:type="dxa"/>
          </w:tcPr>
          <w:p w14:paraId="7F203A8F" w14:textId="77777777" w:rsidR="00BC4E80" w:rsidRDefault="00BC4E80">
            <w:pPr>
              <w:spacing w:after="60"/>
            </w:pPr>
          </w:p>
        </w:tc>
        <w:tc>
          <w:tcPr>
            <w:tcW w:w="1587" w:type="dxa"/>
          </w:tcPr>
          <w:p w14:paraId="12737AC3" w14:textId="77777777" w:rsidR="00BC4E80" w:rsidRDefault="00BC4E80">
            <w:pPr>
              <w:spacing w:after="60"/>
            </w:pPr>
          </w:p>
        </w:tc>
        <w:tc>
          <w:tcPr>
            <w:tcW w:w="2551" w:type="dxa"/>
          </w:tcPr>
          <w:p w14:paraId="73393339" w14:textId="77777777" w:rsidR="00BC4E80" w:rsidRDefault="00BC4E80">
            <w:pPr>
              <w:spacing w:after="60"/>
            </w:pPr>
          </w:p>
        </w:tc>
      </w:tr>
    </w:tbl>
    <w:p w14:paraId="63820FCD" w14:textId="77777777" w:rsidR="00BC4E80" w:rsidRDefault="00BC4E80">
      <w:pPr>
        <w:tabs>
          <w:tab w:val="left" w:pos="5386"/>
        </w:tabs>
        <w:spacing w:after="160" w:before="3402"/>
      </w:pPr>
      <w:r>
        <w:rPr>
          <w:rFonts w:ascii="Times New Roman" w:hAnsi="Times New Roman" w:cs="Times New Roman" w:eastAsia="Times New Roman"/>
          <w:sz w:val="24"/>
        </w:rPr>
        <w:t>Изготвил: ……………………………………………</w:t>
      </w:r>
      <w:r>
        <w:rPr>
          <w:rFonts w:ascii="Times New Roman" w:hAnsi="Times New Roman" w:cs="Times New Roman" w:eastAsia="Times New Roman"/>
          <w:sz w:val="24"/>
        </w:rPr>
        <w:tab/>
        <w:t>Утвърдил, Директор: …………………………</w:t>
      </w:r>
    </w:p>
    <w:p w14:paraId="0FA51CFE"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70 към Правилника за дейността на училището</w:t>
      </w:r>
    </w:p>
    <w:p w14:paraId="4C55F6D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99D1A7A" wp14:editId="1B0DBC79">
            <wp:extent cx="6483600" cy="1175152"/>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8EC7E23" w14:textId="77777777" w:rsidR="00BC4E80" w:rsidRDefault="00BC4E80">
      <w:pPr>
        <w:spacing w:before="80" w:after="40"/>
        <w:jc w:val="center"/>
      </w:pPr>
      <w:r>
        <w:rPr>
          <w:rFonts w:ascii="Times New Roman" w:hAnsi="Times New Roman" w:cs="Times New Roman" w:eastAsia="Times New Roman"/>
          <w:b/>
          <w:sz w:val="26"/>
        </w:rPr>
        <w:t>Ф О Р М У Л Я Р</w:t>
      </w:r>
    </w:p>
    <w:p w14:paraId="43AFD63D" w14:textId="77777777" w:rsidR="00BC4E80" w:rsidRDefault="00BC4E80">
      <w:pPr>
        <w:spacing w:after="80"/>
        <w:jc w:val="center"/>
      </w:pPr>
      <w:r>
        <w:rPr>
          <w:rFonts w:ascii="Times New Roman" w:hAnsi="Times New Roman" w:cs="Times New Roman" w:eastAsia="Times New Roman"/>
          <w:b/>
        </w:rPr>
        <w:t>за предаване и приемане на дежурство</w:t>
      </w:r>
    </w:p>
    <w:p w14:paraId="4BBAAD9D" w14:textId="77777777" w:rsidR="00BC4E80" w:rsidRDefault="00BC4E80">
      <w:pPr>
        <w:spacing w:after="160"/>
        <w:jc w:val="center"/>
      </w:pPr>
      <w:r>
        <w:rPr>
          <w:rFonts w:ascii="Times New Roman" w:hAnsi="Times New Roman" w:cs="Times New Roman" w:eastAsia="Times New Roman"/>
          <w:i/>
          <w:sz w:val="20"/>
        </w:rPr>
        <w:t>чл. 67 и чл. 68 от ПДУ</w:t>
      </w:r>
    </w:p>
    <w:p w14:paraId="53A33680" w14:textId="77777777" w:rsidR="00BC4E80" w:rsidRDefault="00BC4E80">
      <w:pPr>
        <w:spacing w:after="40"/>
      </w:pPr>
      <w:r>
        <w:rPr>
          <w:rFonts w:ascii="Times New Roman" w:hAnsi="Times New Roman" w:cs="Times New Roman" w:eastAsia="Times New Roman"/>
          <w:sz w:val="24"/>
        </w:rPr>
        <w:t>Дата: …………………………… г.        Смяна / време: …………………………………………………</w:t>
      </w:r>
    </w:p>
    <w:p w14:paraId="376EBDDE" w14:textId="77777777" w:rsidR="00BC4E80" w:rsidRDefault="00BC4E80">
      <w:pPr>
        <w:spacing w:after="40"/>
      </w:pPr>
      <w:r>
        <w:rPr>
          <w:rFonts w:ascii="Times New Roman" w:hAnsi="Times New Roman" w:cs="Times New Roman" w:eastAsia="Times New Roman"/>
          <w:sz w:val="24"/>
        </w:rPr>
        <w:t>Предал дежурството: ……………………………………………………………………………………</w:t>
      </w:r>
    </w:p>
    <w:p w14:paraId="2E76C0AC" w14:textId="77777777" w:rsidR="00BC4E80" w:rsidRDefault="00BC4E80">
      <w:pPr>
        <w:spacing w:after="40"/>
      </w:pPr>
      <w:r>
        <w:rPr>
          <w:rFonts w:ascii="Times New Roman" w:hAnsi="Times New Roman" w:cs="Times New Roman" w:eastAsia="Times New Roman"/>
          <w:sz w:val="24"/>
        </w:rPr>
        <w:t>Приел дежурството: ………………………………………………………………………………………</w:t>
      </w:r>
    </w:p>
    <w:p w14:paraId="1CCA43DA" w14:textId="77777777" w:rsidR="00BC4E80" w:rsidRDefault="00BC4E80">
      <w:pPr>
        <w:spacing w:after="80"/>
      </w:pPr>
    </w:p>
    <w:p w14:paraId="1699D2F9" w14:textId="77777777" w:rsidR="00BC4E80" w:rsidRDefault="00BC4E80">
      <w:pPr>
        <w:spacing w:after="80"/>
        <w:jc w:val="both"/>
      </w:pPr>
      <w:r>
        <w:rPr>
          <w:rFonts w:ascii="Times New Roman" w:hAnsi="Times New Roman" w:cs="Times New Roman" w:eastAsia="Times New Roman"/>
          <w:sz w:val="24"/>
        </w:rPr>
        <w:t>Състояние на материалната база: ☐ без забележки   ☐ със забележки</w:t>
      </w:r>
    </w:p>
    <w:p w14:paraId="263F4697" w14:textId="77777777" w:rsidR="00BC4E80" w:rsidRDefault="00BC4E80">
      <w:pPr>
        <w:spacing w:after="80"/>
      </w:pPr>
      <w:r>
        <w:rPr>
          <w:rFonts w:ascii="Times New Roman" w:hAnsi="Times New Roman" w:cs="Times New Roman" w:eastAsia="Times New Roman"/>
          <w:sz w:val="24"/>
        </w:rPr>
        <w:t>Констатирани повреди и нередности: …………………………………………………………………</w:t>
      </w:r>
    </w:p>
    <w:p w14:paraId="6483E82B" w14:textId="77777777" w:rsidR="00BC4E80" w:rsidRDefault="00BC4E80">
      <w:pPr>
        <w:spacing w:after="80"/>
      </w:pPr>
      <w:r>
        <w:rPr>
          <w:rFonts w:ascii="Times New Roman" w:hAnsi="Times New Roman" w:cs="Times New Roman" w:eastAsia="Times New Roman"/>
          <w:sz w:val="24"/>
        </w:rPr>
        <w:t>………………………………………………………………………………………………………………</w:t>
      </w:r>
    </w:p>
    <w:p w14:paraId="336EA73E" w14:textId="77777777" w:rsidR="00BC4E80" w:rsidRDefault="00BC4E80">
      <w:pPr>
        <w:spacing w:after="80"/>
      </w:pPr>
      <w:r>
        <w:rPr>
          <w:rFonts w:ascii="Times New Roman" w:hAnsi="Times New Roman" w:cs="Times New Roman" w:eastAsia="Times New Roman"/>
          <w:sz w:val="24"/>
        </w:rPr>
        <w:t>Констатирани нарушения на реда и дисциплината: ……………………………………………………</w:t>
      </w:r>
    </w:p>
    <w:p w14:paraId="3712C566" w14:textId="77777777" w:rsidR="00BC4E80" w:rsidRDefault="00BC4E80">
      <w:pPr>
        <w:spacing w:after="80"/>
      </w:pPr>
      <w:r>
        <w:rPr>
          <w:rFonts w:ascii="Times New Roman" w:hAnsi="Times New Roman" w:cs="Times New Roman" w:eastAsia="Times New Roman"/>
          <w:sz w:val="24"/>
        </w:rPr>
        <w:t>………………………………………………………………………………………………………………</w:t>
      </w:r>
    </w:p>
    <w:p w14:paraId="662BA5A8" w14:textId="77777777" w:rsidR="00BC4E80" w:rsidRDefault="00BC4E80">
      <w:pPr>
        <w:spacing w:after="80"/>
      </w:pPr>
      <w:r>
        <w:rPr>
          <w:rFonts w:ascii="Times New Roman" w:hAnsi="Times New Roman" w:cs="Times New Roman" w:eastAsia="Times New Roman"/>
          <w:sz w:val="24"/>
        </w:rPr>
        <w:t>Инциденти по време на дежурството: ☐ няма   ☐ има – ………………………………………………</w:t>
      </w:r>
    </w:p>
    <w:p w14:paraId="337F0270" w14:textId="77777777" w:rsidR="00BC4E80" w:rsidRDefault="00BC4E80">
      <w:pPr>
        <w:spacing w:after="80"/>
      </w:pPr>
      <w:r>
        <w:rPr>
          <w:rFonts w:ascii="Times New Roman" w:hAnsi="Times New Roman" w:cs="Times New Roman" w:eastAsia="Times New Roman"/>
          <w:sz w:val="24"/>
        </w:rPr>
        <w:t>Уведомени лица: …………………………………………………………………………………………</w:t>
      </w:r>
    </w:p>
    <w:p w14:paraId="2A8D4573" w14:textId="77777777" w:rsidR="00BC4E80" w:rsidRDefault="00BC4E80">
      <w:pPr>
        <w:spacing w:after="80"/>
      </w:pPr>
      <w:r>
        <w:rPr>
          <w:rFonts w:ascii="Times New Roman" w:hAnsi="Times New Roman" w:cs="Times New Roman" w:eastAsia="Times New Roman"/>
          <w:sz w:val="24"/>
        </w:rPr>
        <w:t>Предадени вещи, ключове и документи: ………………………………………………………………</w:t>
      </w:r>
    </w:p>
    <w:p w14:paraId="08AE208D" w14:textId="77777777" w:rsidR="00BC4E80" w:rsidRDefault="00BC4E80">
      <w:pPr>
        <w:spacing w:after="80"/>
      </w:pPr>
      <w:r>
        <w:rPr>
          <w:rFonts w:ascii="Times New Roman" w:hAnsi="Times New Roman" w:cs="Times New Roman" w:eastAsia="Times New Roman"/>
          <w:sz w:val="24"/>
        </w:rPr>
        <w:t>Други бележки: ……………………………………………………………………………………………</w:t>
      </w:r>
    </w:p>
    <w:p w14:paraId="1B23778C" w14:textId="77777777" w:rsidR="00BC4E80" w:rsidRDefault="00BC4E80">
      <w:pPr>
        <w:spacing w:after="200"/>
      </w:pPr>
    </w:p>
    <w:p w14:paraId="3AAE03C9" w14:textId="77777777" w:rsidR="00BC4E80" w:rsidRDefault="00BC4E80">
      <w:pPr>
        <w:tabs>
          <w:tab w:val="left" w:pos="5386"/>
        </w:tabs>
        <w:spacing w:after="160"/>
      </w:pPr>
      <w:r>
        <w:rPr>
          <w:rFonts w:ascii="Times New Roman" w:hAnsi="Times New Roman" w:cs="Times New Roman" w:eastAsia="Times New Roman"/>
          <w:sz w:val="24"/>
        </w:rPr>
        <w:t>Предал: ……………………………………………</w:t>
      </w:r>
      <w:r>
        <w:rPr>
          <w:rFonts w:ascii="Times New Roman" w:hAnsi="Times New Roman" w:cs="Times New Roman" w:eastAsia="Times New Roman"/>
          <w:sz w:val="24"/>
        </w:rPr>
        <w:tab/>
        <w:t>Приел: …………………………………………</w:t>
      </w:r>
    </w:p>
    <w:p w14:paraId="40D40C43"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71 към Правилника за дейността на училището</w:t>
      </w:r>
    </w:p>
    <w:p w14:paraId="21E742C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9043510" wp14:editId="31748F1D">
            <wp:extent cx="6483600" cy="1175152"/>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FFA91DB" w14:textId="77777777" w:rsidR="00BC4E80" w:rsidRDefault="00BC4E80">
      <w:pPr>
        <w:spacing w:before="80" w:after="40"/>
        <w:jc w:val="center"/>
      </w:pPr>
      <w:r>
        <w:rPr>
          <w:rFonts w:ascii="Times New Roman" w:hAnsi="Times New Roman" w:cs="Times New Roman" w:eastAsia="Times New Roman"/>
          <w:b/>
          <w:sz w:val="26"/>
        </w:rPr>
        <w:t>С П Р А В К А</w:t>
      </w:r>
    </w:p>
    <w:p w14:paraId="0ABA612B" w14:textId="77777777" w:rsidR="00BC4E80" w:rsidRDefault="00BC4E80">
      <w:pPr>
        <w:spacing w:after="80"/>
        <w:jc w:val="center"/>
      </w:pPr>
      <w:r>
        <w:rPr>
          <w:rFonts w:ascii="Times New Roman" w:hAnsi="Times New Roman" w:cs="Times New Roman" w:eastAsia="Times New Roman"/>
          <w:b/>
        </w:rPr>
        <w:t>анализ на резултатите от обучението по учебен предмет</w:t>
      </w:r>
    </w:p>
    <w:p w14:paraId="2B2E6399" w14:textId="77777777" w:rsidR="00BC4E80" w:rsidRDefault="00BC4E80">
      <w:pPr>
        <w:spacing w:after="160"/>
        <w:jc w:val="center"/>
      </w:pPr>
      <w:r>
        <w:rPr>
          <w:rFonts w:ascii="Times New Roman" w:hAnsi="Times New Roman" w:cs="Times New Roman" w:eastAsia="Times New Roman"/>
          <w:i/>
          <w:sz w:val="20"/>
        </w:rPr>
        <w:t>чл. 113, ал. 5 от ПДУ – представя се от всеки учител в края на учебната година</w:t>
      </w:r>
    </w:p>
    <w:p w14:paraId="2DAFA82B" w14:textId="77777777" w:rsidR="00BC4E80" w:rsidRDefault="00BC4E80">
      <w:pPr>
        <w:spacing w:after="40"/>
      </w:pPr>
      <w:r>
        <w:rPr>
          <w:rFonts w:ascii="Times New Roman" w:hAnsi="Times New Roman" w:cs="Times New Roman" w:eastAsia="Times New Roman"/>
          <w:sz w:val="24"/>
        </w:rPr>
        <w:t>Учител: ……………………………………………………………………………………………………</w:t>
      </w:r>
    </w:p>
    <w:p w14:paraId="46D34D51" w14:textId="77777777" w:rsidR="00BC4E80" w:rsidRDefault="00BC4E80">
      <w:pPr>
        <w:spacing w:after="40"/>
      </w:pPr>
      <w:r>
        <w:rPr>
          <w:rFonts w:ascii="Times New Roman" w:hAnsi="Times New Roman" w:cs="Times New Roman" w:eastAsia="Times New Roman"/>
          <w:sz w:val="24"/>
        </w:rPr>
        <w:t>Учебен предмет / модул: …………………………………………………………………………………</w:t>
      </w:r>
    </w:p>
    <w:p w14:paraId="3349F225" w14:textId="77777777" w:rsidR="00BC4E80" w:rsidRDefault="00BC4E80">
      <w:pPr>
        <w:spacing w:after="40"/>
      </w:pPr>
      <w:r>
        <w:rPr>
          <w:rFonts w:ascii="Times New Roman" w:hAnsi="Times New Roman" w:cs="Times New Roman" w:eastAsia="Times New Roman"/>
          <w:sz w:val="24"/>
        </w:rPr>
        <w:t>Учебна година: 20………………………………………… / 20……………………………………… г.</w:t>
      </w:r>
    </w:p>
    <w:p w14:paraId="36DB477D" w14:textId="77777777" w:rsidR="00BC4E80" w:rsidRDefault="00BC4E80">
      <w:pPr>
        <w:spacing w:after="80"/>
      </w:pPr>
    </w:p>
    <w:p w14:paraId="15525C48" w14:textId="77777777" w:rsidR="00BC4E80" w:rsidRDefault="00BC4E80">
      <w:pPr>
        <w:spacing w:after="200"/>
      </w:pPr>
    </w:p>
    <w:tbl>
      <w:tblPr>
        <w:tblStyle w:val="aff9"/>
        <w:tblW w:w="0" w:type="auto"/>
        <w:tblLook w:val="04A0" w:firstRow="1" w:lastRow="0" w:firstColumn="1" w:lastColumn="0" w:noHBand="0" w:noVBand="1"/>
      </w:tblPr>
      <w:tblGrid>
        <w:gridCol w:w="1020"/>
        <w:gridCol w:w="1247"/>
        <w:gridCol w:w="1077"/>
        <w:gridCol w:w="1191"/>
        <w:gridCol w:w="1077"/>
        <w:gridCol w:w="1134"/>
        <w:gridCol w:w="964"/>
        <w:gridCol w:w="1361"/>
      </w:tblGrid>
      <w:tr w:rsidR="00BC4E80" w14:paraId="2A084EEF" w14:textId="77777777">
        <w:tc>
          <w:tcPr>
            <w:tcW w:w="1020" w:type="dxa"/>
          </w:tcPr>
          <w:p w14:paraId="13AAEFC7" w14:textId="77777777" w:rsidR="00BC4E80" w:rsidRDefault="00BC4E80">
            <w:pPr>
              <w:jc w:val="center"/>
            </w:pPr>
            <w:r>
              <w:rPr>
                <w:rFonts w:ascii="Times New Roman" w:hAnsi="Times New Roman" w:cs="Times New Roman" w:eastAsia="Times New Roman"/>
                <w:b/>
                <w:sz w:val="20"/>
              </w:rPr>
              <w:t>Клас</w:t>
            </w:r>
          </w:p>
        </w:tc>
        <w:tc>
          <w:tcPr>
            <w:tcW w:w="1247" w:type="dxa"/>
          </w:tcPr>
          <w:p w14:paraId="1FBD72EC" w14:textId="77777777" w:rsidR="00BC4E80" w:rsidRDefault="00BC4E80">
            <w:pPr>
              <w:jc w:val="center"/>
            </w:pPr>
            <w:r>
              <w:rPr>
                <w:rFonts w:ascii="Times New Roman" w:hAnsi="Times New Roman" w:cs="Times New Roman" w:eastAsia="Times New Roman"/>
                <w:b/>
                <w:sz w:val="20"/>
              </w:rPr>
              <w:t>Брой ученици</w:t>
            </w:r>
          </w:p>
        </w:tc>
        <w:tc>
          <w:tcPr>
            <w:tcW w:w="1077" w:type="dxa"/>
          </w:tcPr>
          <w:p w14:paraId="41EE821B" w14:textId="77777777" w:rsidR="00BC4E80" w:rsidRDefault="00BC4E80">
            <w:pPr>
              <w:jc w:val="center"/>
            </w:pPr>
            <w:r>
              <w:rPr>
                <w:rFonts w:ascii="Times New Roman" w:hAnsi="Times New Roman" w:cs="Times New Roman" w:eastAsia="Times New Roman"/>
                <w:b/>
                <w:sz w:val="20"/>
              </w:rPr>
              <w:t>Отличен</w:t>
            </w:r>
          </w:p>
        </w:tc>
        <w:tc>
          <w:tcPr>
            <w:tcW w:w="1191" w:type="dxa"/>
          </w:tcPr>
          <w:p w14:paraId="76020C63" w14:textId="77777777" w:rsidR="00BC4E80" w:rsidRDefault="00BC4E80">
            <w:pPr>
              <w:jc w:val="center"/>
            </w:pPr>
            <w:r>
              <w:rPr>
                <w:rFonts w:ascii="Times New Roman" w:hAnsi="Times New Roman" w:cs="Times New Roman" w:eastAsia="Times New Roman"/>
                <w:b/>
                <w:sz w:val="20"/>
              </w:rPr>
              <w:t>Мн. добър</w:t>
            </w:r>
          </w:p>
        </w:tc>
        <w:tc>
          <w:tcPr>
            <w:tcW w:w="1077" w:type="dxa"/>
          </w:tcPr>
          <w:p w14:paraId="47A23637" w14:textId="77777777" w:rsidR="00BC4E80" w:rsidRDefault="00BC4E80">
            <w:pPr>
              <w:jc w:val="center"/>
            </w:pPr>
            <w:r>
              <w:rPr>
                <w:rFonts w:ascii="Times New Roman" w:hAnsi="Times New Roman" w:cs="Times New Roman" w:eastAsia="Times New Roman"/>
                <w:b/>
                <w:sz w:val="20"/>
              </w:rPr>
              <w:t>Добър</w:t>
            </w:r>
          </w:p>
        </w:tc>
        <w:tc>
          <w:tcPr>
            <w:tcW w:w="1134" w:type="dxa"/>
          </w:tcPr>
          <w:p w14:paraId="3506A663" w14:textId="77777777" w:rsidR="00BC4E80" w:rsidRDefault="00BC4E80">
            <w:pPr>
              <w:jc w:val="center"/>
            </w:pPr>
            <w:r>
              <w:rPr>
                <w:rFonts w:ascii="Times New Roman" w:hAnsi="Times New Roman" w:cs="Times New Roman" w:eastAsia="Times New Roman"/>
                <w:b/>
                <w:sz w:val="20"/>
              </w:rPr>
              <w:t>Среден</w:t>
            </w:r>
          </w:p>
        </w:tc>
        <w:tc>
          <w:tcPr>
            <w:tcW w:w="964" w:type="dxa"/>
          </w:tcPr>
          <w:p w14:paraId="5B29E59A" w14:textId="77777777" w:rsidR="00BC4E80" w:rsidRDefault="00BC4E80">
            <w:pPr>
              <w:jc w:val="center"/>
            </w:pPr>
            <w:r>
              <w:rPr>
                <w:rFonts w:ascii="Times New Roman" w:hAnsi="Times New Roman" w:cs="Times New Roman" w:eastAsia="Times New Roman"/>
                <w:b/>
                <w:sz w:val="20"/>
              </w:rPr>
              <w:t>Слаб</w:t>
            </w:r>
          </w:p>
        </w:tc>
        <w:tc>
          <w:tcPr>
            <w:tcW w:w="1361" w:type="dxa"/>
          </w:tcPr>
          <w:p w14:paraId="715A2347" w14:textId="77777777" w:rsidR="00BC4E80" w:rsidRDefault="00BC4E80">
            <w:pPr>
              <w:jc w:val="center"/>
            </w:pPr>
            <w:r>
              <w:rPr>
                <w:rFonts w:ascii="Times New Roman" w:hAnsi="Times New Roman" w:cs="Times New Roman" w:eastAsia="Times New Roman"/>
                <w:b/>
                <w:sz w:val="20"/>
              </w:rPr>
              <w:t>Среден успех</w:t>
            </w:r>
          </w:p>
        </w:tc>
      </w:tr>
      <w:tr w:rsidR="00BC4E80" w14:paraId="4039AE85" w14:textId="77777777">
        <w:tc>
          <w:tcPr>
            <w:tcW w:w="1020" w:type="dxa"/>
          </w:tcPr>
          <w:p w14:paraId="1BC8EF48" w14:textId="77777777" w:rsidR="00BC4E80" w:rsidRDefault="00BC4E80">
            <w:pPr>
              <w:spacing w:after="60"/>
            </w:pPr>
          </w:p>
        </w:tc>
        <w:tc>
          <w:tcPr>
            <w:tcW w:w="1247" w:type="dxa"/>
          </w:tcPr>
          <w:p w14:paraId="06906970" w14:textId="77777777" w:rsidR="00BC4E80" w:rsidRDefault="00BC4E80">
            <w:pPr>
              <w:spacing w:after="60"/>
            </w:pPr>
          </w:p>
        </w:tc>
        <w:tc>
          <w:tcPr>
            <w:tcW w:w="1077" w:type="dxa"/>
          </w:tcPr>
          <w:p w14:paraId="6D299DB7" w14:textId="77777777" w:rsidR="00BC4E80" w:rsidRDefault="00BC4E80">
            <w:pPr>
              <w:spacing w:after="60"/>
            </w:pPr>
          </w:p>
        </w:tc>
        <w:tc>
          <w:tcPr>
            <w:tcW w:w="1191" w:type="dxa"/>
          </w:tcPr>
          <w:p w14:paraId="70945FE0" w14:textId="77777777" w:rsidR="00BC4E80" w:rsidRDefault="00BC4E80">
            <w:pPr>
              <w:spacing w:after="60"/>
            </w:pPr>
          </w:p>
        </w:tc>
        <w:tc>
          <w:tcPr>
            <w:tcW w:w="1077" w:type="dxa"/>
          </w:tcPr>
          <w:p w14:paraId="072F11E2" w14:textId="77777777" w:rsidR="00BC4E80" w:rsidRDefault="00BC4E80">
            <w:pPr>
              <w:spacing w:after="60"/>
            </w:pPr>
          </w:p>
        </w:tc>
        <w:tc>
          <w:tcPr>
            <w:tcW w:w="1134" w:type="dxa"/>
          </w:tcPr>
          <w:p w14:paraId="33CDC82B" w14:textId="77777777" w:rsidR="00BC4E80" w:rsidRDefault="00BC4E80">
            <w:pPr>
              <w:spacing w:after="60"/>
            </w:pPr>
          </w:p>
        </w:tc>
        <w:tc>
          <w:tcPr>
            <w:tcW w:w="964" w:type="dxa"/>
          </w:tcPr>
          <w:p w14:paraId="7884F4E1" w14:textId="77777777" w:rsidR="00BC4E80" w:rsidRDefault="00BC4E80">
            <w:pPr>
              <w:spacing w:after="60"/>
            </w:pPr>
          </w:p>
        </w:tc>
        <w:tc>
          <w:tcPr>
            <w:tcW w:w="1361" w:type="dxa"/>
          </w:tcPr>
          <w:p w14:paraId="1FB36516" w14:textId="77777777" w:rsidR="00BC4E80" w:rsidRDefault="00BC4E80">
            <w:pPr>
              <w:spacing w:after="60"/>
            </w:pPr>
          </w:p>
        </w:tc>
      </w:tr>
      <w:tr w:rsidR="00BC4E80" w14:paraId="48FABB10" w14:textId="77777777">
        <w:tc>
          <w:tcPr>
            <w:tcW w:w="1020" w:type="dxa"/>
          </w:tcPr>
          <w:p w14:paraId="7FE900A0" w14:textId="77777777" w:rsidR="00BC4E80" w:rsidRDefault="00BC4E80">
            <w:pPr>
              <w:spacing w:after="60"/>
            </w:pPr>
          </w:p>
        </w:tc>
        <w:tc>
          <w:tcPr>
            <w:tcW w:w="1247" w:type="dxa"/>
          </w:tcPr>
          <w:p w14:paraId="28C9F1F0" w14:textId="77777777" w:rsidR="00BC4E80" w:rsidRDefault="00BC4E80">
            <w:pPr>
              <w:spacing w:after="60"/>
            </w:pPr>
          </w:p>
        </w:tc>
        <w:tc>
          <w:tcPr>
            <w:tcW w:w="1077" w:type="dxa"/>
          </w:tcPr>
          <w:p w14:paraId="665348BF" w14:textId="77777777" w:rsidR="00BC4E80" w:rsidRDefault="00BC4E80">
            <w:pPr>
              <w:spacing w:after="60"/>
            </w:pPr>
          </w:p>
        </w:tc>
        <w:tc>
          <w:tcPr>
            <w:tcW w:w="1191" w:type="dxa"/>
          </w:tcPr>
          <w:p w14:paraId="241AA8F2" w14:textId="77777777" w:rsidR="00BC4E80" w:rsidRDefault="00BC4E80">
            <w:pPr>
              <w:spacing w:after="60"/>
            </w:pPr>
          </w:p>
        </w:tc>
        <w:tc>
          <w:tcPr>
            <w:tcW w:w="1077" w:type="dxa"/>
          </w:tcPr>
          <w:p w14:paraId="2DD0126C" w14:textId="77777777" w:rsidR="00BC4E80" w:rsidRDefault="00BC4E80">
            <w:pPr>
              <w:spacing w:after="60"/>
            </w:pPr>
          </w:p>
        </w:tc>
        <w:tc>
          <w:tcPr>
            <w:tcW w:w="1134" w:type="dxa"/>
          </w:tcPr>
          <w:p w14:paraId="225F9027" w14:textId="77777777" w:rsidR="00BC4E80" w:rsidRDefault="00BC4E80">
            <w:pPr>
              <w:spacing w:after="60"/>
            </w:pPr>
          </w:p>
        </w:tc>
        <w:tc>
          <w:tcPr>
            <w:tcW w:w="964" w:type="dxa"/>
          </w:tcPr>
          <w:p w14:paraId="4729F69E" w14:textId="77777777" w:rsidR="00BC4E80" w:rsidRDefault="00BC4E80">
            <w:pPr>
              <w:spacing w:after="60"/>
            </w:pPr>
          </w:p>
        </w:tc>
        <w:tc>
          <w:tcPr>
            <w:tcW w:w="1361" w:type="dxa"/>
          </w:tcPr>
          <w:p w14:paraId="2FE6EC0F" w14:textId="77777777" w:rsidR="00BC4E80" w:rsidRDefault="00BC4E80">
            <w:pPr>
              <w:spacing w:after="60"/>
            </w:pPr>
          </w:p>
        </w:tc>
      </w:tr>
      <w:tr w:rsidR="00BC4E80" w14:paraId="5B09B2C8" w14:textId="77777777">
        <w:tc>
          <w:tcPr>
            <w:tcW w:w="1020" w:type="dxa"/>
          </w:tcPr>
          <w:p w14:paraId="55E736D1" w14:textId="77777777" w:rsidR="00BC4E80" w:rsidRDefault="00BC4E80">
            <w:pPr>
              <w:spacing w:after="60"/>
            </w:pPr>
          </w:p>
        </w:tc>
        <w:tc>
          <w:tcPr>
            <w:tcW w:w="1247" w:type="dxa"/>
          </w:tcPr>
          <w:p w14:paraId="222EE03F" w14:textId="77777777" w:rsidR="00BC4E80" w:rsidRDefault="00BC4E80">
            <w:pPr>
              <w:spacing w:after="60"/>
            </w:pPr>
          </w:p>
        </w:tc>
        <w:tc>
          <w:tcPr>
            <w:tcW w:w="1077" w:type="dxa"/>
          </w:tcPr>
          <w:p w14:paraId="7B5D8F13" w14:textId="77777777" w:rsidR="00BC4E80" w:rsidRDefault="00BC4E80">
            <w:pPr>
              <w:spacing w:after="60"/>
            </w:pPr>
          </w:p>
        </w:tc>
        <w:tc>
          <w:tcPr>
            <w:tcW w:w="1191" w:type="dxa"/>
          </w:tcPr>
          <w:p w14:paraId="4F46C2F6" w14:textId="77777777" w:rsidR="00BC4E80" w:rsidRDefault="00BC4E80">
            <w:pPr>
              <w:spacing w:after="60"/>
            </w:pPr>
          </w:p>
        </w:tc>
        <w:tc>
          <w:tcPr>
            <w:tcW w:w="1077" w:type="dxa"/>
          </w:tcPr>
          <w:p w14:paraId="68B24955" w14:textId="77777777" w:rsidR="00BC4E80" w:rsidRDefault="00BC4E80">
            <w:pPr>
              <w:spacing w:after="60"/>
            </w:pPr>
          </w:p>
        </w:tc>
        <w:tc>
          <w:tcPr>
            <w:tcW w:w="1134" w:type="dxa"/>
          </w:tcPr>
          <w:p w14:paraId="1AB42649" w14:textId="77777777" w:rsidR="00BC4E80" w:rsidRDefault="00BC4E80">
            <w:pPr>
              <w:spacing w:after="60"/>
            </w:pPr>
          </w:p>
        </w:tc>
        <w:tc>
          <w:tcPr>
            <w:tcW w:w="964" w:type="dxa"/>
          </w:tcPr>
          <w:p w14:paraId="0C2D8149" w14:textId="77777777" w:rsidR="00BC4E80" w:rsidRDefault="00BC4E80">
            <w:pPr>
              <w:spacing w:after="60"/>
            </w:pPr>
          </w:p>
        </w:tc>
        <w:tc>
          <w:tcPr>
            <w:tcW w:w="1361" w:type="dxa"/>
          </w:tcPr>
          <w:p w14:paraId="48C57AED" w14:textId="77777777" w:rsidR="00BC4E80" w:rsidRDefault="00BC4E80">
            <w:pPr>
              <w:spacing w:after="60"/>
            </w:pPr>
          </w:p>
        </w:tc>
      </w:tr>
      <w:tr w:rsidR="00BC4E80" w14:paraId="2EE0EE4D" w14:textId="77777777">
        <w:tc>
          <w:tcPr>
            <w:tcW w:w="1020" w:type="dxa"/>
          </w:tcPr>
          <w:p w14:paraId="1E1C96F3" w14:textId="77777777" w:rsidR="00BC4E80" w:rsidRDefault="00BC4E80">
            <w:pPr>
              <w:spacing w:after="60"/>
            </w:pPr>
          </w:p>
        </w:tc>
        <w:tc>
          <w:tcPr>
            <w:tcW w:w="1247" w:type="dxa"/>
          </w:tcPr>
          <w:p w14:paraId="49D79828" w14:textId="77777777" w:rsidR="00BC4E80" w:rsidRDefault="00BC4E80">
            <w:pPr>
              <w:spacing w:after="60"/>
            </w:pPr>
          </w:p>
        </w:tc>
        <w:tc>
          <w:tcPr>
            <w:tcW w:w="1077" w:type="dxa"/>
          </w:tcPr>
          <w:p w14:paraId="6EF512FD" w14:textId="77777777" w:rsidR="00BC4E80" w:rsidRDefault="00BC4E80">
            <w:pPr>
              <w:spacing w:after="60"/>
            </w:pPr>
          </w:p>
        </w:tc>
        <w:tc>
          <w:tcPr>
            <w:tcW w:w="1191" w:type="dxa"/>
          </w:tcPr>
          <w:p w14:paraId="4AE679A8" w14:textId="77777777" w:rsidR="00BC4E80" w:rsidRDefault="00BC4E80">
            <w:pPr>
              <w:spacing w:after="60"/>
            </w:pPr>
          </w:p>
        </w:tc>
        <w:tc>
          <w:tcPr>
            <w:tcW w:w="1077" w:type="dxa"/>
          </w:tcPr>
          <w:p w14:paraId="06D604B7" w14:textId="77777777" w:rsidR="00BC4E80" w:rsidRDefault="00BC4E80">
            <w:pPr>
              <w:spacing w:after="60"/>
            </w:pPr>
          </w:p>
        </w:tc>
        <w:tc>
          <w:tcPr>
            <w:tcW w:w="1134" w:type="dxa"/>
          </w:tcPr>
          <w:p w14:paraId="5B7F9C6C" w14:textId="77777777" w:rsidR="00BC4E80" w:rsidRDefault="00BC4E80">
            <w:pPr>
              <w:spacing w:after="60"/>
            </w:pPr>
          </w:p>
        </w:tc>
        <w:tc>
          <w:tcPr>
            <w:tcW w:w="964" w:type="dxa"/>
          </w:tcPr>
          <w:p w14:paraId="49A0C110" w14:textId="77777777" w:rsidR="00BC4E80" w:rsidRDefault="00BC4E80">
            <w:pPr>
              <w:spacing w:after="60"/>
            </w:pPr>
          </w:p>
        </w:tc>
        <w:tc>
          <w:tcPr>
            <w:tcW w:w="1361" w:type="dxa"/>
          </w:tcPr>
          <w:p w14:paraId="371B56E2" w14:textId="77777777" w:rsidR="00BC4E80" w:rsidRDefault="00BC4E80">
            <w:pPr>
              <w:spacing w:after="60"/>
            </w:pPr>
          </w:p>
        </w:tc>
      </w:tr>
      <w:tr w:rsidR="00BC4E80" w14:paraId="0897FA91" w14:textId="77777777">
        <w:tc>
          <w:tcPr>
            <w:tcW w:w="1020" w:type="dxa"/>
          </w:tcPr>
          <w:p w14:paraId="0622BD6B" w14:textId="77777777" w:rsidR="00BC4E80" w:rsidRDefault="00BC4E80">
            <w:pPr>
              <w:spacing w:after="60"/>
            </w:pPr>
          </w:p>
        </w:tc>
        <w:tc>
          <w:tcPr>
            <w:tcW w:w="1247" w:type="dxa"/>
          </w:tcPr>
          <w:p w14:paraId="7DC9633F" w14:textId="77777777" w:rsidR="00BC4E80" w:rsidRDefault="00BC4E80">
            <w:pPr>
              <w:spacing w:after="60"/>
            </w:pPr>
          </w:p>
        </w:tc>
        <w:tc>
          <w:tcPr>
            <w:tcW w:w="1077" w:type="dxa"/>
          </w:tcPr>
          <w:p w14:paraId="31F15CA0" w14:textId="77777777" w:rsidR="00BC4E80" w:rsidRDefault="00BC4E80">
            <w:pPr>
              <w:spacing w:after="60"/>
            </w:pPr>
          </w:p>
        </w:tc>
        <w:tc>
          <w:tcPr>
            <w:tcW w:w="1191" w:type="dxa"/>
          </w:tcPr>
          <w:p w14:paraId="137B3FF8" w14:textId="77777777" w:rsidR="00BC4E80" w:rsidRDefault="00BC4E80">
            <w:pPr>
              <w:spacing w:after="60"/>
            </w:pPr>
          </w:p>
        </w:tc>
        <w:tc>
          <w:tcPr>
            <w:tcW w:w="1077" w:type="dxa"/>
          </w:tcPr>
          <w:p w14:paraId="7A51B866" w14:textId="77777777" w:rsidR="00BC4E80" w:rsidRDefault="00BC4E80">
            <w:pPr>
              <w:spacing w:after="60"/>
            </w:pPr>
          </w:p>
        </w:tc>
        <w:tc>
          <w:tcPr>
            <w:tcW w:w="1134" w:type="dxa"/>
          </w:tcPr>
          <w:p w14:paraId="2C1C20CF" w14:textId="77777777" w:rsidR="00BC4E80" w:rsidRDefault="00BC4E80">
            <w:pPr>
              <w:spacing w:after="60"/>
            </w:pPr>
          </w:p>
        </w:tc>
        <w:tc>
          <w:tcPr>
            <w:tcW w:w="964" w:type="dxa"/>
          </w:tcPr>
          <w:p w14:paraId="4E237380" w14:textId="77777777" w:rsidR="00BC4E80" w:rsidRDefault="00BC4E80">
            <w:pPr>
              <w:spacing w:after="60"/>
            </w:pPr>
          </w:p>
        </w:tc>
        <w:tc>
          <w:tcPr>
            <w:tcW w:w="1361" w:type="dxa"/>
          </w:tcPr>
          <w:p w14:paraId="4112C839" w14:textId="77777777" w:rsidR="00BC4E80" w:rsidRDefault="00BC4E80">
            <w:pPr>
              <w:spacing w:after="60"/>
            </w:pPr>
          </w:p>
        </w:tc>
      </w:tr>
      <w:tr w:rsidR="00BC4E80" w14:paraId="28C3E2F0" w14:textId="77777777">
        <w:tc>
          <w:tcPr>
            <w:tcW w:w="1020" w:type="dxa"/>
          </w:tcPr>
          <w:p w14:paraId="49744792" w14:textId="77777777" w:rsidR="00BC4E80" w:rsidRDefault="00BC4E80">
            <w:pPr>
              <w:spacing w:after="60"/>
            </w:pPr>
          </w:p>
        </w:tc>
        <w:tc>
          <w:tcPr>
            <w:tcW w:w="1247" w:type="dxa"/>
          </w:tcPr>
          <w:p w14:paraId="0CEA7D0A" w14:textId="77777777" w:rsidR="00BC4E80" w:rsidRDefault="00BC4E80">
            <w:pPr>
              <w:spacing w:after="60"/>
            </w:pPr>
          </w:p>
        </w:tc>
        <w:tc>
          <w:tcPr>
            <w:tcW w:w="1077" w:type="dxa"/>
          </w:tcPr>
          <w:p w14:paraId="1ACBA9AC" w14:textId="77777777" w:rsidR="00BC4E80" w:rsidRDefault="00BC4E80">
            <w:pPr>
              <w:spacing w:after="60"/>
            </w:pPr>
          </w:p>
        </w:tc>
        <w:tc>
          <w:tcPr>
            <w:tcW w:w="1191" w:type="dxa"/>
          </w:tcPr>
          <w:p w14:paraId="1238F870" w14:textId="77777777" w:rsidR="00BC4E80" w:rsidRDefault="00BC4E80">
            <w:pPr>
              <w:spacing w:after="60"/>
            </w:pPr>
          </w:p>
        </w:tc>
        <w:tc>
          <w:tcPr>
            <w:tcW w:w="1077" w:type="dxa"/>
          </w:tcPr>
          <w:p w14:paraId="2E9FA912" w14:textId="77777777" w:rsidR="00BC4E80" w:rsidRDefault="00BC4E80">
            <w:pPr>
              <w:spacing w:after="60"/>
            </w:pPr>
          </w:p>
        </w:tc>
        <w:tc>
          <w:tcPr>
            <w:tcW w:w="1134" w:type="dxa"/>
          </w:tcPr>
          <w:p w14:paraId="3E25DCD9" w14:textId="77777777" w:rsidR="00BC4E80" w:rsidRDefault="00BC4E80">
            <w:pPr>
              <w:spacing w:after="60"/>
            </w:pPr>
          </w:p>
        </w:tc>
        <w:tc>
          <w:tcPr>
            <w:tcW w:w="964" w:type="dxa"/>
          </w:tcPr>
          <w:p w14:paraId="4D964B58" w14:textId="77777777" w:rsidR="00BC4E80" w:rsidRDefault="00BC4E80">
            <w:pPr>
              <w:spacing w:after="60"/>
            </w:pPr>
          </w:p>
        </w:tc>
        <w:tc>
          <w:tcPr>
            <w:tcW w:w="1361" w:type="dxa"/>
          </w:tcPr>
          <w:p w14:paraId="19D558FF" w14:textId="77777777" w:rsidR="00BC4E80" w:rsidRDefault="00BC4E80">
            <w:pPr>
              <w:spacing w:after="60"/>
            </w:pPr>
          </w:p>
        </w:tc>
      </w:tr>
      <w:tr w:rsidR="00BC4E80" w14:paraId="78DC00F8" w14:textId="77777777">
        <w:tc>
          <w:tcPr>
            <w:tcW w:w="1020" w:type="dxa"/>
          </w:tcPr>
          <w:p w14:paraId="7DE5E2C8" w14:textId="77777777" w:rsidR="00BC4E80" w:rsidRDefault="00BC4E80">
            <w:pPr>
              <w:spacing w:after="60"/>
            </w:pPr>
          </w:p>
        </w:tc>
        <w:tc>
          <w:tcPr>
            <w:tcW w:w="1247" w:type="dxa"/>
          </w:tcPr>
          <w:p w14:paraId="773A0B70" w14:textId="77777777" w:rsidR="00BC4E80" w:rsidRDefault="00BC4E80">
            <w:pPr>
              <w:spacing w:after="60"/>
            </w:pPr>
          </w:p>
        </w:tc>
        <w:tc>
          <w:tcPr>
            <w:tcW w:w="1077" w:type="dxa"/>
          </w:tcPr>
          <w:p w14:paraId="08D5C067" w14:textId="77777777" w:rsidR="00BC4E80" w:rsidRDefault="00BC4E80">
            <w:pPr>
              <w:spacing w:after="60"/>
            </w:pPr>
          </w:p>
        </w:tc>
        <w:tc>
          <w:tcPr>
            <w:tcW w:w="1191" w:type="dxa"/>
          </w:tcPr>
          <w:p w14:paraId="0B42D483" w14:textId="77777777" w:rsidR="00BC4E80" w:rsidRDefault="00BC4E80">
            <w:pPr>
              <w:spacing w:after="60"/>
            </w:pPr>
          </w:p>
        </w:tc>
        <w:tc>
          <w:tcPr>
            <w:tcW w:w="1077" w:type="dxa"/>
          </w:tcPr>
          <w:p w14:paraId="1DDF55B2" w14:textId="77777777" w:rsidR="00BC4E80" w:rsidRDefault="00BC4E80">
            <w:pPr>
              <w:spacing w:after="60"/>
            </w:pPr>
          </w:p>
        </w:tc>
        <w:tc>
          <w:tcPr>
            <w:tcW w:w="1134" w:type="dxa"/>
          </w:tcPr>
          <w:p w14:paraId="1BE758AB" w14:textId="77777777" w:rsidR="00BC4E80" w:rsidRDefault="00BC4E80">
            <w:pPr>
              <w:spacing w:after="60"/>
            </w:pPr>
          </w:p>
        </w:tc>
        <w:tc>
          <w:tcPr>
            <w:tcW w:w="964" w:type="dxa"/>
          </w:tcPr>
          <w:p w14:paraId="15416B25" w14:textId="77777777" w:rsidR="00BC4E80" w:rsidRDefault="00BC4E80">
            <w:pPr>
              <w:spacing w:after="60"/>
            </w:pPr>
          </w:p>
        </w:tc>
        <w:tc>
          <w:tcPr>
            <w:tcW w:w="1361" w:type="dxa"/>
          </w:tcPr>
          <w:p w14:paraId="09B827D0" w14:textId="77777777" w:rsidR="00BC4E80" w:rsidRDefault="00BC4E80">
            <w:pPr>
              <w:spacing w:after="60"/>
            </w:pPr>
          </w:p>
        </w:tc>
      </w:tr>
      <w:tr w:rsidR="00BC4E80" w14:paraId="61C71A20" w14:textId="77777777">
        <w:tc>
          <w:tcPr>
            <w:tcW w:w="1020" w:type="dxa"/>
          </w:tcPr>
          <w:p w14:paraId="2B1E22F4" w14:textId="77777777" w:rsidR="00BC4E80" w:rsidRDefault="00BC4E80">
            <w:pPr>
              <w:spacing w:after="60"/>
            </w:pPr>
          </w:p>
        </w:tc>
        <w:tc>
          <w:tcPr>
            <w:tcW w:w="1247" w:type="dxa"/>
          </w:tcPr>
          <w:p w14:paraId="3E2FC408" w14:textId="77777777" w:rsidR="00BC4E80" w:rsidRDefault="00BC4E80">
            <w:pPr>
              <w:spacing w:after="60"/>
            </w:pPr>
          </w:p>
        </w:tc>
        <w:tc>
          <w:tcPr>
            <w:tcW w:w="1077" w:type="dxa"/>
          </w:tcPr>
          <w:p w14:paraId="49803522" w14:textId="77777777" w:rsidR="00BC4E80" w:rsidRDefault="00BC4E80">
            <w:pPr>
              <w:spacing w:after="60"/>
            </w:pPr>
          </w:p>
        </w:tc>
        <w:tc>
          <w:tcPr>
            <w:tcW w:w="1191" w:type="dxa"/>
          </w:tcPr>
          <w:p w14:paraId="5683251A" w14:textId="77777777" w:rsidR="00BC4E80" w:rsidRDefault="00BC4E80">
            <w:pPr>
              <w:spacing w:after="60"/>
            </w:pPr>
          </w:p>
        </w:tc>
        <w:tc>
          <w:tcPr>
            <w:tcW w:w="1077" w:type="dxa"/>
          </w:tcPr>
          <w:p w14:paraId="003348CA" w14:textId="77777777" w:rsidR="00BC4E80" w:rsidRDefault="00BC4E80">
            <w:pPr>
              <w:spacing w:after="60"/>
            </w:pPr>
          </w:p>
        </w:tc>
        <w:tc>
          <w:tcPr>
            <w:tcW w:w="1134" w:type="dxa"/>
          </w:tcPr>
          <w:p w14:paraId="4A7C27E7" w14:textId="77777777" w:rsidR="00BC4E80" w:rsidRDefault="00BC4E80">
            <w:pPr>
              <w:spacing w:after="60"/>
            </w:pPr>
          </w:p>
        </w:tc>
        <w:tc>
          <w:tcPr>
            <w:tcW w:w="964" w:type="dxa"/>
          </w:tcPr>
          <w:p w14:paraId="18139D71" w14:textId="77777777" w:rsidR="00BC4E80" w:rsidRDefault="00BC4E80">
            <w:pPr>
              <w:spacing w:after="60"/>
            </w:pPr>
          </w:p>
        </w:tc>
        <w:tc>
          <w:tcPr>
            <w:tcW w:w="1361" w:type="dxa"/>
          </w:tcPr>
          <w:p w14:paraId="438BB5B8" w14:textId="77777777" w:rsidR="00BC4E80" w:rsidRDefault="00BC4E80">
            <w:pPr>
              <w:spacing w:after="60"/>
            </w:pPr>
          </w:p>
        </w:tc>
      </w:tr>
    </w:tbl>
    <w:p w14:paraId="2E422600"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Учител: …………………………………………</w:t>
      </w:r>
    </w:p>
    <w:p w14:paraId="3AB8A8D0" w14:textId="77777777" w:rsidR="00BC4E80" w:rsidRDefault="00BC4E80">
      <w:pPr>
        <w:tabs>
          <w:tab w:val="left" w:pos="5386"/>
        </w:tabs>
        <w:spacing w:after="160"/>
      </w:pPr>
      <w:r>
        <w:rPr>
          <w:rFonts w:ascii="Times New Roman" w:hAnsi="Times New Roman" w:cs="Times New Roman" w:eastAsia="Times New Roman"/>
          <w:sz w:val="24"/>
        </w:rPr>
        <w:t>Приел: Зам.-директор УД …………………………</w:t>
      </w:r>
      <w:r>
        <w:rPr>
          <w:rFonts w:ascii="Times New Roman" w:hAnsi="Times New Roman" w:cs="Times New Roman" w:eastAsia="Times New Roman"/>
          <w:sz w:val="24"/>
        </w:rPr>
        <w:tab/>
      </w:r>
    </w:p>
    <w:p w14:paraId="59311318" w14:textId="77777777" w:rsidR="00BC4E80" w:rsidRDefault="00BC4E80">
      <w:pPr>
        <w:spacing w:after="80"/>
      </w:pPr>
      <w:r>
        <w:rPr>
          <w:rFonts w:ascii="Times New Roman" w:hAnsi="Times New Roman" w:cs="Times New Roman" w:eastAsia="Times New Roman"/>
          <w:sz w:val="24"/>
        </w:rPr>
        <w:t>Изводи и анализ на резултатите: ………………………………………………………………………</w:t>
      </w:r>
    </w:p>
    <w:p w14:paraId="4AB67043" w14:textId="77777777" w:rsidR="00BC4E80" w:rsidRDefault="00BC4E80">
      <w:pPr>
        <w:spacing w:after="80"/>
      </w:pPr>
      <w:r>
        <w:rPr>
          <w:rFonts w:ascii="Times New Roman" w:hAnsi="Times New Roman" w:cs="Times New Roman" w:eastAsia="Times New Roman"/>
          <w:sz w:val="24"/>
        </w:rPr>
        <w:t>………………………………………………………………………………………………………………</w:t>
      </w:r>
    </w:p>
    <w:p w14:paraId="53FD8D6F" w14:textId="77777777" w:rsidR="00BC4E80" w:rsidRDefault="00BC4E80">
      <w:pPr>
        <w:spacing w:after="80"/>
      </w:pPr>
      <w:r>
        <w:rPr>
          <w:rFonts w:ascii="Times New Roman" w:hAnsi="Times New Roman" w:cs="Times New Roman" w:eastAsia="Times New Roman"/>
          <w:sz w:val="24"/>
        </w:rPr>
        <w:t>Затруднения на учениците и причини за тях: …………………………………………………………</w:t>
      </w:r>
    </w:p>
    <w:p w14:paraId="4127C606" w14:textId="77777777" w:rsidR="00BC4E80" w:rsidRDefault="00BC4E80">
      <w:pPr>
        <w:spacing w:after="80"/>
      </w:pPr>
      <w:r>
        <w:rPr>
          <w:rFonts w:ascii="Times New Roman" w:hAnsi="Times New Roman" w:cs="Times New Roman" w:eastAsia="Times New Roman"/>
          <w:sz w:val="24"/>
        </w:rPr>
        <w:t>………………………………………………………………………………………………………………</w:t>
      </w:r>
    </w:p>
    <w:p w14:paraId="2DE4A0D5" w14:textId="77777777" w:rsidR="00BC4E80" w:rsidRDefault="00BC4E80">
      <w:pPr>
        <w:spacing w:after="80"/>
      </w:pPr>
      <w:r>
        <w:rPr>
          <w:rFonts w:ascii="Times New Roman" w:hAnsi="Times New Roman" w:cs="Times New Roman" w:eastAsia="Times New Roman"/>
          <w:sz w:val="24"/>
        </w:rPr>
        <w:t>Мерки за подобряване на резултатите през следващата учебна година: ……………………………</w:t>
      </w:r>
    </w:p>
    <w:p w14:paraId="36FADE40" w14:textId="77777777" w:rsidR="00BC4E80" w:rsidRDefault="00BC4E80">
      <w:pPr>
        <w:spacing w:after="80"/>
      </w:pPr>
      <w:r>
        <w:rPr>
          <w:rFonts w:ascii="Times New Roman" w:hAnsi="Times New Roman" w:cs="Times New Roman" w:eastAsia="Times New Roman"/>
          <w:sz w:val="24"/>
        </w:rPr>
        <w:t>………………………………………………………………………………………………………………</w:t>
      </w:r>
    </w:p>
    <w:p w14:paraId="512D130B" w14:textId="77777777" w:rsidR="00BC4E80" w:rsidRDefault="00BC4E80">
      <w:pPr>
        <w:pageBreakBefore/>
        <w:spacing w:after="2800"/>
      </w:pPr>
    </w:p>
    <w:p w14:paraId="49406603" w14:textId="77777777" w:rsidR="00BC4E80" w:rsidRDefault="00BC4E80">
      <w:pPr>
        <w:spacing w:after="200"/>
        <w:jc w:val="center"/>
      </w:pPr>
      <w:r>
        <w:rPr>
          <w:rFonts w:ascii="Times New Roman" w:hAnsi="Times New Roman" w:cs="Times New Roman" w:eastAsia="Times New Roman"/>
          <w:b/>
          <w:sz w:val="32"/>
        </w:rPr>
        <w:t>РАЗДЕЛ XII</w:t>
      </w:r>
    </w:p>
    <w:p w14:paraId="469652D6" w14:textId="77777777" w:rsidR="00BC4E80" w:rsidRDefault="00BC4E80">
      <w:pPr>
        <w:jc w:val="center"/>
      </w:pPr>
      <w:r>
        <w:rPr>
          <w:rFonts w:ascii="Times New Roman" w:hAnsi="Times New Roman" w:cs="Times New Roman" w:eastAsia="Times New Roman"/>
          <w:b/>
          <w:sz w:val="28"/>
        </w:rPr>
        <w:t>УЧЕНИЧЕСКО САМОУПРАВЛЕНИЕ</w:t>
      </w:r>
    </w:p>
    <w:p w14:paraId="0FF4BC1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72 към Правилника за дейността на училището</w:t>
      </w:r>
    </w:p>
    <w:p w14:paraId="3AE0FB8D"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FA31F61" wp14:editId="0FF7AFE5">
            <wp:extent cx="6483600" cy="1175152"/>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641F1C59" w14:textId="77777777" w:rsidR="00BC4E80" w:rsidRDefault="00BC4E80">
      <w:pPr>
        <w:spacing w:after="160"/>
      </w:pPr>
      <w:r>
        <w:rPr>
          <w:rFonts w:ascii="Times New Roman" w:hAnsi="Times New Roman" w:cs="Times New Roman" w:eastAsia="Times New Roman"/>
        </w:rPr>
        <w:t>Вх. № ………………………………………………………… / ………………………………………………… г.</w:t>
      </w:r>
    </w:p>
    <w:p w14:paraId="188F7127" w14:textId="77777777" w:rsidR="00BC4E80" w:rsidRDefault="00BC4E80">
      <w:r>
        <w:rPr>
          <w:rFonts w:ascii="Times New Roman" w:hAnsi="Times New Roman" w:cs="Times New Roman" w:eastAsia="Times New Roman"/>
          <w:b/>
          <w:sz w:val="24"/>
        </w:rPr>
        <w:t>ДО</w:t>
      </w:r>
    </w:p>
    <w:p w14:paraId="51F4B172" w14:textId="77777777" w:rsidR="00BC4E80" w:rsidRDefault="00BC4E80">
      <w:r>
        <w:rPr>
          <w:rFonts w:ascii="Times New Roman" w:hAnsi="Times New Roman" w:cs="Times New Roman" w:eastAsia="Times New Roman"/>
          <w:b/>
          <w:sz w:val="24"/>
        </w:rPr>
        <w:t>УЧЕНИЧЕСКИЯ СЪВЕТ</w:t>
      </w:r>
    </w:p>
    <w:p w14:paraId="334838CF" w14:textId="77777777" w:rsidR="00BC4E80" w:rsidRDefault="00BC4E80">
      <w:r>
        <w:rPr>
          <w:rFonts w:ascii="Times New Roman" w:hAnsi="Times New Roman" w:cs="Times New Roman" w:eastAsia="Times New Roman"/>
          <w:b/>
          <w:sz w:val="24"/>
        </w:rPr>
        <w:t>ПРИ ПГМКР „СВЕТИ НИКОЛА“</w:t>
      </w:r>
    </w:p>
    <w:p w14:paraId="74B8213B" w14:textId="77777777" w:rsidR="00BC4E80" w:rsidRDefault="00BC4E80">
      <w:r>
        <w:rPr>
          <w:rFonts w:ascii="Times New Roman" w:hAnsi="Times New Roman" w:cs="Times New Roman" w:eastAsia="Times New Roman"/>
          <w:b/>
          <w:sz w:val="24"/>
        </w:rPr>
        <w:t>ГР. БУРГАС</w:t>
      </w:r>
    </w:p>
    <w:p w14:paraId="56DFD1F0" w14:textId="77777777" w:rsidR="00BC4E80" w:rsidRDefault="00BC4E80">
      <w:pPr>
        <w:spacing w:after="160"/>
      </w:pPr>
    </w:p>
    <w:p w14:paraId="6385C79E" w14:textId="77777777" w:rsidR="00BC4E80" w:rsidRDefault="00BC4E80">
      <w:pPr>
        <w:spacing w:before="80" w:after="40"/>
        <w:jc w:val="center"/>
      </w:pPr>
      <w:r>
        <w:rPr>
          <w:rFonts w:ascii="Times New Roman" w:hAnsi="Times New Roman" w:cs="Times New Roman" w:eastAsia="Times New Roman"/>
          <w:b/>
          <w:sz w:val="26"/>
        </w:rPr>
        <w:t>П Р Е Д Л О Ж Е Н И Е</w:t>
      </w:r>
    </w:p>
    <w:p w14:paraId="1E47D3AA" w14:textId="77777777" w:rsidR="00BC4E80" w:rsidRDefault="00BC4E80">
      <w:pPr>
        <w:spacing w:after="80"/>
        <w:jc w:val="center"/>
      </w:pPr>
      <w:r>
        <w:rPr>
          <w:rFonts w:ascii="Times New Roman" w:hAnsi="Times New Roman" w:cs="Times New Roman" w:eastAsia="Times New Roman"/>
          <w:b/>
        </w:rPr>
        <w:t>от ученик, паралелка или група ученици</w:t>
      </w:r>
    </w:p>
    <w:p w14:paraId="448FDD60" w14:textId="77777777" w:rsidR="00BC4E80" w:rsidRDefault="00BC4E80">
      <w:pPr>
        <w:spacing w:after="160"/>
        <w:jc w:val="center"/>
      </w:pPr>
      <w:r>
        <w:rPr>
          <w:rFonts w:ascii="Times New Roman" w:hAnsi="Times New Roman" w:cs="Times New Roman" w:eastAsia="Times New Roman"/>
          <w:i/>
          <w:sz w:val="20"/>
        </w:rPr>
        <w:t>чл. 23, ал. 2 и Глава X от ПДУ – ученическо самоуправление</w:t>
      </w:r>
    </w:p>
    <w:p w14:paraId="5E2C83B0" w14:textId="77777777" w:rsidR="00BC4E80" w:rsidRDefault="00BC4E80">
      <w:pPr>
        <w:spacing w:after="40"/>
      </w:pPr>
      <w:r>
        <w:rPr>
          <w:rFonts w:ascii="Times New Roman" w:hAnsi="Times New Roman" w:cs="Times New Roman" w:eastAsia="Times New Roman"/>
          <w:sz w:val="24"/>
        </w:rPr>
        <w:t>от …………………………………………………………………………………………………………</w:t>
      </w:r>
    </w:p>
    <w:p w14:paraId="6CC4F2A4" w14:textId="77777777" w:rsidR="00BC4E80" w:rsidRDefault="00BC4E80">
      <w:pPr>
        <w:spacing w:after="40"/>
      </w:pPr>
      <w:r>
        <w:rPr>
          <w:rFonts w:ascii="Times New Roman" w:hAnsi="Times New Roman" w:cs="Times New Roman" w:eastAsia="Times New Roman"/>
          <w:sz w:val="24"/>
        </w:rPr>
        <w:t>ученик/ученичка от ………………………… клас / представител на …………………………… клас</w:t>
      </w:r>
    </w:p>
    <w:p w14:paraId="5A9D7982" w14:textId="77777777" w:rsidR="00BC4E80" w:rsidRDefault="00BC4E80">
      <w:pPr>
        <w:spacing w:after="40"/>
      </w:pPr>
      <w:r>
        <w:rPr>
          <w:rFonts w:ascii="Times New Roman" w:hAnsi="Times New Roman" w:cs="Times New Roman" w:eastAsia="Times New Roman"/>
          <w:sz w:val="24"/>
        </w:rPr>
        <w:t>телефон / e-mail за връзка: ………………………………………………………………………………</w:t>
      </w:r>
    </w:p>
    <w:p w14:paraId="664B5AD9" w14:textId="77777777" w:rsidR="00BC4E80" w:rsidRDefault="00BC4E80">
      <w:pPr>
        <w:spacing w:after="80"/>
      </w:pPr>
    </w:p>
    <w:p w14:paraId="73E922E0" w14:textId="77777777" w:rsidR="00BC4E80" w:rsidRDefault="00BC4E80">
      <w:pPr>
        <w:spacing w:after="120"/>
      </w:pPr>
      <w:r>
        <w:rPr>
          <w:rFonts w:ascii="Times New Roman" w:hAnsi="Times New Roman" w:cs="Times New Roman" w:eastAsia="Times New Roman"/>
          <w:b/>
          <w:sz w:val="24"/>
        </w:rPr>
        <w:t>УВАЖАЕМИ ЧЛЕНОВЕ НА УЧЕНИЧЕСКИЯ СЪВЕТ,</w:t>
      </w:r>
    </w:p>
    <w:p w14:paraId="51EBE8BB" w14:textId="77777777" w:rsidR="00BC4E80" w:rsidRDefault="00BC4E80">
      <w:pPr>
        <w:spacing w:after="80"/>
        <w:jc w:val="both"/>
      </w:pPr>
      <w:r>
        <w:rPr>
          <w:rFonts w:ascii="Times New Roman" w:hAnsi="Times New Roman" w:cs="Times New Roman" w:eastAsia="Times New Roman"/>
          <w:sz w:val="24"/>
        </w:rPr>
        <w:t>Предлагам на вниманието Ви следното:</w:t>
      </w:r>
    </w:p>
    <w:p w14:paraId="624C236D" w14:textId="77777777" w:rsidR="00BC4E80" w:rsidRDefault="00BC4E80">
      <w:pPr>
        <w:spacing w:after="80"/>
      </w:pPr>
      <w:r>
        <w:rPr>
          <w:rFonts w:ascii="Times New Roman" w:hAnsi="Times New Roman" w:cs="Times New Roman" w:eastAsia="Times New Roman"/>
          <w:sz w:val="24"/>
        </w:rPr>
        <w:t>Предмет на предложението: ……………………………………………………………………………</w:t>
      </w:r>
    </w:p>
    <w:p w14:paraId="1DF7F01B" w14:textId="77777777" w:rsidR="00BC4E80" w:rsidRDefault="00BC4E80">
      <w:pPr>
        <w:spacing w:after="80"/>
      </w:pPr>
      <w:r>
        <w:rPr>
          <w:rFonts w:ascii="Times New Roman" w:hAnsi="Times New Roman" w:cs="Times New Roman" w:eastAsia="Times New Roman"/>
          <w:sz w:val="24"/>
        </w:rPr>
        <w:t>………………………………………………………………………………………………………………</w:t>
      </w:r>
    </w:p>
    <w:p w14:paraId="4BC2F7AD" w14:textId="77777777" w:rsidR="00BC4E80" w:rsidRDefault="00BC4E80">
      <w:pPr>
        <w:spacing w:after="80"/>
      </w:pPr>
      <w:r>
        <w:rPr>
          <w:rFonts w:ascii="Times New Roman" w:hAnsi="Times New Roman" w:cs="Times New Roman" w:eastAsia="Times New Roman"/>
          <w:sz w:val="24"/>
        </w:rPr>
        <w:t>Мотиви и обосновка: ……………………………………………………………………………………</w:t>
      </w:r>
    </w:p>
    <w:p w14:paraId="11A486B6" w14:textId="77777777" w:rsidR="00BC4E80" w:rsidRDefault="00BC4E80">
      <w:pPr>
        <w:spacing w:after="80"/>
      </w:pPr>
      <w:r>
        <w:rPr>
          <w:rFonts w:ascii="Times New Roman" w:hAnsi="Times New Roman" w:cs="Times New Roman" w:eastAsia="Times New Roman"/>
          <w:sz w:val="24"/>
        </w:rPr>
        <w:t>………………………………………………………………………………………………………………</w:t>
      </w:r>
    </w:p>
    <w:p w14:paraId="6FD0A5F1" w14:textId="77777777" w:rsidR="00BC4E80" w:rsidRDefault="00BC4E80">
      <w:pPr>
        <w:spacing w:after="80"/>
      </w:pPr>
      <w:r>
        <w:rPr>
          <w:rFonts w:ascii="Times New Roman" w:hAnsi="Times New Roman" w:cs="Times New Roman" w:eastAsia="Times New Roman"/>
          <w:sz w:val="24"/>
        </w:rPr>
        <w:t>………………………………………………………………………………………………………………</w:t>
      </w:r>
    </w:p>
    <w:p w14:paraId="327B06BD" w14:textId="77777777" w:rsidR="00BC4E80" w:rsidRDefault="00BC4E80">
      <w:pPr>
        <w:spacing w:after="80"/>
      </w:pPr>
      <w:r>
        <w:rPr>
          <w:rFonts w:ascii="Times New Roman" w:hAnsi="Times New Roman" w:cs="Times New Roman" w:eastAsia="Times New Roman"/>
          <w:sz w:val="24"/>
        </w:rPr>
        <w:t>Очакван резултат и полза за училищната общност: ……………………………………………………</w:t>
      </w:r>
    </w:p>
    <w:p w14:paraId="34BE41A0" w14:textId="77777777" w:rsidR="00BC4E80" w:rsidRDefault="00BC4E80">
      <w:pPr>
        <w:spacing w:after="80"/>
      </w:pPr>
      <w:r>
        <w:rPr>
          <w:rFonts w:ascii="Times New Roman" w:hAnsi="Times New Roman" w:cs="Times New Roman" w:eastAsia="Times New Roman"/>
          <w:sz w:val="24"/>
        </w:rPr>
        <w:t>………………………………………………………………………………………………………………</w:t>
      </w:r>
    </w:p>
    <w:p w14:paraId="01E85D1D" w14:textId="77777777" w:rsidR="00BC4E80" w:rsidRDefault="00BC4E80">
      <w:pPr>
        <w:spacing w:after="80"/>
      </w:pPr>
      <w:r>
        <w:rPr>
          <w:rFonts w:ascii="Times New Roman" w:hAnsi="Times New Roman" w:cs="Times New Roman" w:eastAsia="Times New Roman"/>
          <w:sz w:val="24"/>
        </w:rPr>
        <w:t>Необходими ресурси: ……………………………………………………………………………………</w:t>
      </w:r>
    </w:p>
    <w:p w14:paraId="4A48C7AC" w14:textId="77777777" w:rsidR="00BC4E80" w:rsidRDefault="00BC4E80">
      <w:pPr>
        <w:spacing w:after="80"/>
      </w:pPr>
      <w:r>
        <w:rPr>
          <w:rFonts w:ascii="Times New Roman" w:hAnsi="Times New Roman" w:cs="Times New Roman" w:eastAsia="Times New Roman"/>
          <w:sz w:val="24"/>
        </w:rPr>
        <w:t>Предложението се подкрепя от ……………………………………………………………… ученици.</w:t>
      </w:r>
    </w:p>
    <w:p w14:paraId="6520FCC8" w14:textId="77777777" w:rsidR="00BC4E80" w:rsidRDefault="00BC4E80">
      <w:pPr>
        <w:spacing w:after="200"/>
      </w:pPr>
    </w:p>
    <w:p w14:paraId="3D8E79B2" w14:textId="77777777" w:rsidR="00BC4E80" w:rsidRDefault="00BC4E80">
      <w:pPr>
        <w:tabs>
          <w:tab w:val="left" w:pos="5386"/>
        </w:tabs>
        <w:spacing w:after="160" w:before="1972"/>
      </w:pPr>
      <w:r>
        <w:rPr>
          <w:rFonts w:ascii="Times New Roman" w:hAnsi="Times New Roman" w:cs="Times New Roman" w:eastAsia="Times New Roman"/>
          <w:sz w:val="24"/>
        </w:rPr>
        <w:t>Дата: ……………………………………………… г.</w:t>
      </w:r>
      <w:r>
        <w:rPr>
          <w:rFonts w:ascii="Times New Roman" w:hAnsi="Times New Roman" w:cs="Times New Roman" w:eastAsia="Times New Roman"/>
          <w:sz w:val="24"/>
        </w:rPr>
        <w:tab/>
        <w:t>Подпис: ………………………………………</w:t>
      </w:r>
    </w:p>
    <w:p w14:paraId="1DDF70DE"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73 към Правилника за дейността на училището</w:t>
      </w:r>
    </w:p>
    <w:p w14:paraId="1FF9A7E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C23ADFF" wp14:editId="6FD6E640">
            <wp:extent cx="6483600" cy="1175152"/>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47AB05AF" w14:textId="77777777" w:rsidR="00BC4E80" w:rsidRDefault="00BC4E80">
      <w:pPr>
        <w:spacing w:before="80" w:after="40"/>
        <w:jc w:val="center"/>
      </w:pPr>
      <w:r>
        <w:rPr>
          <w:rFonts w:ascii="Times New Roman" w:hAnsi="Times New Roman" w:cs="Times New Roman" w:eastAsia="Times New Roman"/>
          <w:b/>
          <w:sz w:val="26"/>
        </w:rPr>
        <w:t>П Р О Т О К О Л</w:t>
      </w:r>
    </w:p>
    <w:p w14:paraId="0705F055" w14:textId="77777777" w:rsidR="00BC4E80" w:rsidRDefault="00BC4E80">
      <w:pPr>
        <w:spacing w:after="80"/>
        <w:jc w:val="center"/>
      </w:pPr>
      <w:r>
        <w:rPr>
          <w:rFonts w:ascii="Times New Roman" w:hAnsi="Times New Roman" w:cs="Times New Roman" w:eastAsia="Times New Roman"/>
          <w:b/>
        </w:rPr>
        <w:t>от заседание на ученическия съвет</w:t>
      </w:r>
    </w:p>
    <w:p w14:paraId="09E1939F" w14:textId="77777777" w:rsidR="00BC4E80" w:rsidRDefault="00BC4E80">
      <w:pPr>
        <w:spacing w:after="160"/>
        <w:jc w:val="center"/>
      </w:pPr>
      <w:r>
        <w:rPr>
          <w:rFonts w:ascii="Times New Roman" w:hAnsi="Times New Roman" w:cs="Times New Roman" w:eastAsia="Times New Roman"/>
          <w:i/>
          <w:sz w:val="20"/>
        </w:rPr>
        <w:t>Глава X от ПДУ – ученическо самоуправление</w:t>
      </w:r>
    </w:p>
    <w:p w14:paraId="2DE8EAB8" w14:textId="77777777" w:rsidR="00BC4E80" w:rsidRDefault="00BC4E80">
      <w:pPr>
        <w:spacing w:after="40"/>
      </w:pPr>
      <w:r>
        <w:rPr>
          <w:rFonts w:ascii="Times New Roman" w:hAnsi="Times New Roman" w:cs="Times New Roman" w:eastAsia="Times New Roman"/>
          <w:sz w:val="24"/>
        </w:rPr>
        <w:t>Протокол № …………………………………… / …………………………………………………… г.</w:t>
      </w:r>
    </w:p>
    <w:p w14:paraId="5B8151E9" w14:textId="77777777" w:rsidR="00BC4E80" w:rsidRDefault="00BC4E80">
      <w:pPr>
        <w:spacing w:after="40"/>
      </w:pPr>
      <w:r>
        <w:rPr>
          <w:rFonts w:ascii="Times New Roman" w:hAnsi="Times New Roman" w:cs="Times New Roman" w:eastAsia="Times New Roman"/>
          <w:sz w:val="24"/>
        </w:rPr>
        <w:t>Днес, ………………………… г., в ……………… часа, се проведе заседание на ученическия съвет.</w:t>
      </w:r>
    </w:p>
    <w:p w14:paraId="0B3032E9" w14:textId="77777777" w:rsidR="00BC4E80" w:rsidRDefault="00BC4E80">
      <w:pPr>
        <w:spacing w:after="40"/>
      </w:pPr>
      <w:r>
        <w:rPr>
          <w:rFonts w:ascii="Times New Roman" w:hAnsi="Times New Roman" w:cs="Times New Roman" w:eastAsia="Times New Roman"/>
          <w:sz w:val="24"/>
        </w:rPr>
        <w:t>Присъствали: …………………………………… от общо …………………………………… членове.</w:t>
      </w:r>
    </w:p>
    <w:p w14:paraId="531DD143" w14:textId="77777777" w:rsidR="00BC4E80" w:rsidRDefault="00BC4E80">
      <w:pPr>
        <w:spacing w:after="40"/>
      </w:pPr>
      <w:r>
        <w:rPr>
          <w:rFonts w:ascii="Times New Roman" w:hAnsi="Times New Roman" w:cs="Times New Roman" w:eastAsia="Times New Roman"/>
          <w:sz w:val="24"/>
        </w:rPr>
        <w:t>Председател: ………………………………………        Протоколчик: ………………………………</w:t>
      </w:r>
    </w:p>
    <w:p w14:paraId="39F1CF28" w14:textId="77777777" w:rsidR="00BC4E80" w:rsidRDefault="00BC4E80">
      <w:pPr>
        <w:spacing w:after="80"/>
      </w:pPr>
    </w:p>
    <w:p w14:paraId="0CA506E1" w14:textId="77777777" w:rsidR="00BC4E80" w:rsidRDefault="00BC4E80">
      <w:pPr>
        <w:spacing w:after="80"/>
        <w:jc w:val="both"/>
      </w:pPr>
      <w:r>
        <w:rPr>
          <w:rFonts w:ascii="Times New Roman" w:hAnsi="Times New Roman" w:cs="Times New Roman" w:eastAsia="Times New Roman"/>
          <w:sz w:val="24"/>
        </w:rPr>
        <w:t>ДНЕВЕН РЕД:</w:t>
      </w:r>
    </w:p>
    <w:p w14:paraId="320594F2" w14:textId="77777777" w:rsidR="00BC4E80" w:rsidRDefault="00BC4E80">
      <w:pPr>
        <w:spacing w:after="80"/>
      </w:pPr>
      <w:r>
        <w:rPr>
          <w:rFonts w:ascii="Times New Roman" w:hAnsi="Times New Roman" w:cs="Times New Roman" w:eastAsia="Times New Roman"/>
          <w:sz w:val="24"/>
        </w:rPr>
        <w:t>1. ……………………………………………………………………………………………………………</w:t>
      </w:r>
    </w:p>
    <w:p w14:paraId="1B2FCC07" w14:textId="77777777" w:rsidR="00BC4E80" w:rsidRDefault="00BC4E80">
      <w:pPr>
        <w:spacing w:after="80"/>
      </w:pPr>
      <w:r>
        <w:rPr>
          <w:rFonts w:ascii="Times New Roman" w:hAnsi="Times New Roman" w:cs="Times New Roman" w:eastAsia="Times New Roman"/>
          <w:sz w:val="24"/>
        </w:rPr>
        <w:t>2. ……………………………………………………………………………………………………………</w:t>
      </w:r>
    </w:p>
    <w:p w14:paraId="13B2E04B" w14:textId="77777777" w:rsidR="00BC4E80" w:rsidRDefault="00BC4E80">
      <w:pPr>
        <w:spacing w:after="80"/>
      </w:pPr>
      <w:r>
        <w:rPr>
          <w:rFonts w:ascii="Times New Roman" w:hAnsi="Times New Roman" w:cs="Times New Roman" w:eastAsia="Times New Roman"/>
          <w:sz w:val="24"/>
        </w:rPr>
        <w:t>3. ……………………………………………………………………………………………………………</w:t>
      </w:r>
    </w:p>
    <w:p w14:paraId="5053561E" w14:textId="77777777" w:rsidR="00BC4E80" w:rsidRDefault="00BC4E80">
      <w:pPr>
        <w:spacing w:after="80"/>
      </w:pPr>
      <w:r>
        <w:rPr>
          <w:rFonts w:ascii="Times New Roman" w:hAnsi="Times New Roman" w:cs="Times New Roman" w:eastAsia="Times New Roman"/>
          <w:sz w:val="24"/>
        </w:rPr>
        <w:t>По т. 1: ……………………………………………………………………………………………………</w:t>
      </w:r>
    </w:p>
    <w:p w14:paraId="281B9192" w14:textId="77777777" w:rsidR="00BC4E80" w:rsidRDefault="00BC4E80">
      <w:pPr>
        <w:spacing w:after="80"/>
      </w:pPr>
      <w:r>
        <w:rPr>
          <w:rFonts w:ascii="Times New Roman" w:hAnsi="Times New Roman" w:cs="Times New Roman" w:eastAsia="Times New Roman"/>
          <w:sz w:val="24"/>
        </w:rPr>
        <w:t>………………………………………………………………………………………………………………</w:t>
      </w:r>
    </w:p>
    <w:p w14:paraId="44AC4B41" w14:textId="77777777" w:rsidR="00BC4E80" w:rsidRDefault="00BC4E80">
      <w:pPr>
        <w:spacing w:after="80"/>
      </w:pPr>
      <w:r>
        <w:rPr>
          <w:rFonts w:ascii="Times New Roman" w:hAnsi="Times New Roman" w:cs="Times New Roman" w:eastAsia="Times New Roman"/>
          <w:sz w:val="24"/>
        </w:rPr>
        <w:t>По т. 2: ……………………………………………………………………………………………………</w:t>
      </w:r>
    </w:p>
    <w:p w14:paraId="20CFE5D1" w14:textId="77777777" w:rsidR="00BC4E80" w:rsidRDefault="00BC4E80">
      <w:pPr>
        <w:spacing w:after="80"/>
      </w:pPr>
      <w:r>
        <w:rPr>
          <w:rFonts w:ascii="Times New Roman" w:hAnsi="Times New Roman" w:cs="Times New Roman" w:eastAsia="Times New Roman"/>
          <w:sz w:val="24"/>
        </w:rPr>
        <w:t>………………………………………………………………………………………………………………</w:t>
      </w:r>
    </w:p>
    <w:p w14:paraId="62B0374D" w14:textId="77777777" w:rsidR="00BC4E80" w:rsidRDefault="00BC4E80">
      <w:pPr>
        <w:spacing w:after="80"/>
      </w:pPr>
      <w:r>
        <w:rPr>
          <w:rFonts w:ascii="Times New Roman" w:hAnsi="Times New Roman" w:cs="Times New Roman" w:eastAsia="Times New Roman"/>
          <w:sz w:val="24"/>
        </w:rPr>
        <w:t>По т. 3: ……………………………………………………………………………………………………</w:t>
      </w:r>
    </w:p>
    <w:p w14:paraId="1D465D8A" w14:textId="77777777" w:rsidR="00BC4E80" w:rsidRDefault="00BC4E80">
      <w:pPr>
        <w:spacing w:after="80"/>
      </w:pPr>
      <w:r>
        <w:rPr>
          <w:rFonts w:ascii="Times New Roman" w:hAnsi="Times New Roman" w:cs="Times New Roman" w:eastAsia="Times New Roman"/>
          <w:sz w:val="24"/>
        </w:rPr>
        <w:t>………………………………………………………………………………………………………………</w:t>
      </w:r>
    </w:p>
    <w:p w14:paraId="2F7F456F" w14:textId="77777777" w:rsidR="00BC4E80" w:rsidRDefault="00BC4E80">
      <w:pPr>
        <w:spacing w:after="80"/>
        <w:jc w:val="both"/>
      </w:pPr>
      <w:r>
        <w:rPr>
          <w:rFonts w:ascii="Times New Roman" w:hAnsi="Times New Roman" w:cs="Times New Roman" w:eastAsia="Times New Roman"/>
          <w:sz w:val="24"/>
        </w:rPr>
        <w:t>РЕШЕНИЯ:</w:t>
      </w:r>
    </w:p>
    <w:p w14:paraId="4097860C" w14:textId="77777777" w:rsidR="00BC4E80" w:rsidRDefault="00BC4E80">
      <w:pPr>
        <w:spacing w:after="80"/>
      </w:pPr>
      <w:r>
        <w:rPr>
          <w:rFonts w:ascii="Times New Roman" w:hAnsi="Times New Roman" w:cs="Times New Roman" w:eastAsia="Times New Roman"/>
          <w:sz w:val="24"/>
        </w:rPr>
        <w:t>1. ………………………………………………………………… – гласували „за“ ……, „против“ …</w:t>
      </w:r>
    </w:p>
    <w:p w14:paraId="0FFE4238" w14:textId="77777777" w:rsidR="00BC4E80" w:rsidRDefault="00BC4E80">
      <w:pPr>
        <w:spacing w:after="80"/>
      </w:pPr>
      <w:r>
        <w:rPr>
          <w:rFonts w:ascii="Times New Roman" w:hAnsi="Times New Roman" w:cs="Times New Roman" w:eastAsia="Times New Roman"/>
          <w:sz w:val="24"/>
        </w:rPr>
        <w:t>2. ………………………………………………………………… – гласували „за“ ……, „против“ …</w:t>
      </w:r>
    </w:p>
    <w:p w14:paraId="283F193D" w14:textId="77777777" w:rsidR="00BC4E80" w:rsidRDefault="00BC4E80">
      <w:pPr>
        <w:spacing w:after="80"/>
      </w:pPr>
      <w:r>
        <w:rPr>
          <w:rFonts w:ascii="Times New Roman" w:hAnsi="Times New Roman" w:cs="Times New Roman" w:eastAsia="Times New Roman"/>
          <w:sz w:val="24"/>
        </w:rPr>
        <w:t>Предложения към ръководството на училището: ………………………………………………………</w:t>
      </w:r>
    </w:p>
    <w:p w14:paraId="17B80A29" w14:textId="77777777" w:rsidR="00BC4E80" w:rsidRDefault="00BC4E80">
      <w:pPr>
        <w:spacing w:after="80"/>
      </w:pPr>
      <w:r>
        <w:rPr>
          <w:rFonts w:ascii="Times New Roman" w:hAnsi="Times New Roman" w:cs="Times New Roman" w:eastAsia="Times New Roman"/>
          <w:sz w:val="24"/>
        </w:rPr>
        <w:t>………………………………………………………………………………………………………………</w:t>
      </w:r>
    </w:p>
    <w:p w14:paraId="0A6A87F0" w14:textId="77777777" w:rsidR="00BC4E80" w:rsidRDefault="00BC4E80">
      <w:pPr>
        <w:spacing w:after="200"/>
      </w:pPr>
    </w:p>
    <w:p w14:paraId="33EDA8C7" w14:textId="77777777" w:rsidR="00BC4E80" w:rsidRDefault="00BC4E80">
      <w:pPr>
        <w:tabs>
          <w:tab w:val="left" w:pos="5386"/>
        </w:tabs>
        <w:spacing w:after="160" w:before="1780"/>
      </w:pPr>
      <w:r>
        <w:rPr>
          <w:rFonts w:ascii="Times New Roman" w:hAnsi="Times New Roman" w:cs="Times New Roman" w:eastAsia="Times New Roman"/>
          <w:sz w:val="24"/>
        </w:rPr>
        <w:t>Председател на УС: ………………………………</w:t>
      </w:r>
      <w:r>
        <w:rPr>
          <w:rFonts w:ascii="Times New Roman" w:hAnsi="Times New Roman" w:cs="Times New Roman" w:eastAsia="Times New Roman"/>
          <w:sz w:val="24"/>
        </w:rPr>
        <w:tab/>
        <w:t>Протоколчик: …………………………………</w:t>
      </w:r>
    </w:p>
    <w:p w14:paraId="3F70A2AD" w14:textId="77777777" w:rsidR="00BC4E80" w:rsidRDefault="00BC4E80">
      <w:pPr>
        <w:tabs>
          <w:tab w:val="left" w:pos="5386"/>
        </w:tabs>
        <w:spacing w:after="160"/>
      </w:pPr>
      <w:r>
        <w:rPr>
          <w:rFonts w:ascii="Times New Roman" w:hAnsi="Times New Roman" w:cs="Times New Roman" w:eastAsia="Times New Roman"/>
          <w:sz w:val="24"/>
        </w:rPr>
        <w:t>Запознат, Директор: ………………………………</w:t>
      </w:r>
      <w:r>
        <w:rPr>
          <w:rFonts w:ascii="Times New Roman" w:hAnsi="Times New Roman" w:cs="Times New Roman" w:eastAsia="Times New Roman"/>
          <w:sz w:val="24"/>
        </w:rPr>
        <w:tab/>
      </w:r>
    </w:p>
    <w:p w14:paraId="5F1D8C2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74 към Правилника за дейността на училището</w:t>
      </w:r>
    </w:p>
    <w:p w14:paraId="0B96B50C"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24C248E" wp14:editId="5E232670">
            <wp:extent cx="6483600" cy="1175152"/>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FAC5105" w14:textId="77777777" w:rsidR="00BC4E80" w:rsidRDefault="00BC4E80">
      <w:pPr>
        <w:spacing w:before="80" w:after="40"/>
        <w:jc w:val="center"/>
      </w:pPr>
      <w:r>
        <w:rPr>
          <w:rFonts w:ascii="Times New Roman" w:hAnsi="Times New Roman" w:cs="Times New Roman" w:eastAsia="Times New Roman"/>
          <w:b/>
          <w:sz w:val="26"/>
        </w:rPr>
        <w:t>Г О Д И Ш Е Н   П Л А Н   И   О Т Ч Е Т</w:t>
      </w:r>
    </w:p>
    <w:p w14:paraId="00AD077C" w14:textId="77777777" w:rsidR="00BC4E80" w:rsidRDefault="00BC4E80">
      <w:pPr>
        <w:spacing w:after="80"/>
        <w:jc w:val="center"/>
      </w:pPr>
      <w:r>
        <w:rPr>
          <w:rFonts w:ascii="Times New Roman" w:hAnsi="Times New Roman" w:cs="Times New Roman" w:eastAsia="Times New Roman"/>
          <w:b/>
        </w:rPr>
        <w:t>на ученическия съвет</w:t>
      </w:r>
    </w:p>
    <w:p w14:paraId="0904CB49" w14:textId="77777777" w:rsidR="00BC4E80" w:rsidRDefault="00BC4E80">
      <w:pPr>
        <w:spacing w:after="160"/>
        <w:jc w:val="center"/>
      </w:pPr>
      <w:r>
        <w:rPr>
          <w:rFonts w:ascii="Times New Roman" w:hAnsi="Times New Roman" w:cs="Times New Roman" w:eastAsia="Times New Roman"/>
          <w:i/>
          <w:sz w:val="20"/>
        </w:rPr>
        <w:t>Глава X от ПДУ</w:t>
      </w:r>
    </w:p>
    <w:p w14:paraId="17F75B95" w14:textId="77777777" w:rsidR="00BC4E80" w:rsidRDefault="00BC4E80">
      <w:pPr>
        <w:spacing w:after="40"/>
      </w:pPr>
      <w:r>
        <w:rPr>
          <w:rFonts w:ascii="Times New Roman" w:hAnsi="Times New Roman" w:cs="Times New Roman" w:eastAsia="Times New Roman"/>
          <w:sz w:val="24"/>
        </w:rPr>
        <w:t>Учебна година: 20………………………………………… / 20……………………………………… г.</w:t>
      </w:r>
    </w:p>
    <w:p w14:paraId="07811A9E" w14:textId="77777777" w:rsidR="00BC4E80" w:rsidRDefault="00BC4E80">
      <w:pPr>
        <w:spacing w:after="40"/>
      </w:pPr>
      <w:r>
        <w:rPr>
          <w:rFonts w:ascii="Times New Roman" w:hAnsi="Times New Roman" w:cs="Times New Roman" w:eastAsia="Times New Roman"/>
          <w:sz w:val="24"/>
        </w:rPr>
        <w:t>Председател на ученическия съвет: ……………………………………………………………………</w:t>
      </w:r>
    </w:p>
    <w:p w14:paraId="7EE6D30F" w14:textId="77777777" w:rsidR="00BC4E80" w:rsidRDefault="00BC4E80">
      <w:pPr>
        <w:spacing w:after="40"/>
      </w:pPr>
      <w:r>
        <w:rPr>
          <w:rFonts w:ascii="Times New Roman" w:hAnsi="Times New Roman" w:cs="Times New Roman" w:eastAsia="Times New Roman"/>
          <w:sz w:val="24"/>
        </w:rPr>
        <w:t>Брой членове: ……………………………………………………………………………………………</w:t>
      </w:r>
    </w:p>
    <w:p w14:paraId="783BDCB8" w14:textId="77777777" w:rsidR="00BC4E80" w:rsidRDefault="00BC4E80">
      <w:pPr>
        <w:spacing w:after="80"/>
      </w:pPr>
    </w:p>
    <w:p w14:paraId="2B8F8797" w14:textId="77777777" w:rsidR="00BC4E80" w:rsidRDefault="00BC4E80">
      <w:pPr>
        <w:spacing w:after="80"/>
      </w:pPr>
      <w:r>
        <w:rPr>
          <w:rFonts w:ascii="Times New Roman" w:hAnsi="Times New Roman" w:cs="Times New Roman" w:eastAsia="Times New Roman"/>
          <w:sz w:val="24"/>
        </w:rPr>
        <w:t>Основни цели за учебната година: ………………………………………………………………………</w:t>
      </w:r>
    </w:p>
    <w:p w14:paraId="3C51725D" w14:textId="77777777" w:rsidR="00BC4E80" w:rsidRDefault="00BC4E80">
      <w:pPr>
        <w:spacing w:after="80"/>
      </w:pPr>
      <w:r>
        <w:rPr>
          <w:rFonts w:ascii="Times New Roman" w:hAnsi="Times New Roman" w:cs="Times New Roman" w:eastAsia="Times New Roman"/>
          <w:sz w:val="24"/>
        </w:rPr>
        <w:t>………………………………………………………………………………………………………………</w:t>
      </w:r>
    </w:p>
    <w:p w14:paraId="1B9D30B4" w14:textId="77777777" w:rsidR="00BC4E80" w:rsidRDefault="00BC4E80">
      <w:pPr>
        <w:spacing w:after="200"/>
      </w:pPr>
    </w:p>
    <w:tbl>
      <w:tblPr>
        <w:tblStyle w:val="aff9"/>
        <w:tblW w:w="0" w:type="auto"/>
        <w:tblLook w:val="04A0" w:firstRow="1" w:lastRow="0" w:firstColumn="1" w:lastColumn="0" w:noHBand="0" w:noVBand="1"/>
      </w:tblPr>
      <w:tblGrid>
        <w:gridCol w:w="510"/>
        <w:gridCol w:w="3114"/>
        <w:gridCol w:w="1303"/>
        <w:gridCol w:w="2266"/>
        <w:gridCol w:w="3002"/>
      </w:tblGrid>
      <w:tr w:rsidR="00BC4E80" w14:paraId="1EF4D725" w14:textId="77777777">
        <w:tc>
          <w:tcPr>
            <w:tcW w:w="510" w:type="dxa"/>
          </w:tcPr>
          <w:p w14:paraId="786237D6" w14:textId="77777777" w:rsidR="00BC4E80" w:rsidRDefault="00BC4E80">
            <w:pPr>
              <w:jc w:val="center"/>
            </w:pPr>
            <w:r>
              <w:rPr>
                <w:rFonts w:ascii="Times New Roman" w:hAnsi="Times New Roman" w:cs="Times New Roman" w:eastAsia="Times New Roman"/>
                <w:b/>
                <w:sz w:val="20"/>
              </w:rPr>
              <w:t>№</w:t>
            </w:r>
          </w:p>
        </w:tc>
        <w:tc>
          <w:tcPr>
            <w:tcW w:w="3118" w:type="dxa"/>
          </w:tcPr>
          <w:p w14:paraId="6B0513C3" w14:textId="77777777" w:rsidR="00BC4E80" w:rsidRDefault="00BC4E80">
            <w:pPr>
              <w:jc w:val="center"/>
            </w:pPr>
            <w:r>
              <w:rPr>
                <w:rFonts w:ascii="Times New Roman" w:hAnsi="Times New Roman" w:cs="Times New Roman" w:eastAsia="Times New Roman"/>
                <w:b/>
                <w:sz w:val="20"/>
              </w:rPr>
              <w:t>Дейност / инициатива</w:t>
            </w:r>
          </w:p>
        </w:tc>
        <w:tc>
          <w:tcPr>
            <w:tcW w:w="1304" w:type="dxa"/>
          </w:tcPr>
          <w:p w14:paraId="3CD405F8" w14:textId="77777777" w:rsidR="00BC4E80" w:rsidRDefault="00BC4E80">
            <w:pPr>
              <w:jc w:val="center"/>
            </w:pPr>
            <w:r>
              <w:rPr>
                <w:rFonts w:ascii="Times New Roman" w:hAnsi="Times New Roman" w:cs="Times New Roman" w:eastAsia="Times New Roman"/>
                <w:b/>
                <w:sz w:val="20"/>
              </w:rPr>
              <w:t>Срок</w:t>
            </w:r>
          </w:p>
        </w:tc>
        <w:tc>
          <w:tcPr>
            <w:tcW w:w="2268" w:type="dxa"/>
          </w:tcPr>
          <w:p w14:paraId="2CF5C4C0" w14:textId="77777777" w:rsidR="00BC4E80" w:rsidRDefault="00BC4E80">
            <w:pPr>
              <w:jc w:val="center"/>
            </w:pPr>
            <w:r>
              <w:rPr>
                <w:rFonts w:ascii="Times New Roman" w:hAnsi="Times New Roman" w:cs="Times New Roman" w:eastAsia="Times New Roman"/>
                <w:b/>
                <w:sz w:val="20"/>
              </w:rPr>
              <w:t>Отговорник</w:t>
            </w:r>
          </w:p>
        </w:tc>
        <w:tc>
          <w:tcPr>
            <w:tcW w:w="3005" w:type="dxa"/>
          </w:tcPr>
          <w:p w14:paraId="6B89C26E" w14:textId="77777777" w:rsidR="00BC4E80" w:rsidRDefault="00BC4E80">
            <w:pPr>
              <w:jc w:val="center"/>
            </w:pPr>
            <w:r>
              <w:rPr>
                <w:rFonts w:ascii="Times New Roman" w:hAnsi="Times New Roman" w:cs="Times New Roman" w:eastAsia="Times New Roman"/>
                <w:b/>
                <w:sz w:val="20"/>
              </w:rPr>
              <w:t>Отчет за изпълнението</w:t>
            </w:r>
          </w:p>
        </w:tc>
      </w:tr>
      <w:tr w:rsidR="00BC4E80" w14:paraId="526AB54F" w14:textId="77777777">
        <w:tc>
          <w:tcPr>
            <w:tcW w:w="510" w:type="dxa"/>
          </w:tcPr>
          <w:p w14:paraId="31EE708C" w14:textId="77777777" w:rsidR="00BC4E80" w:rsidRDefault="00BC4E80">
            <w:pPr>
              <w:spacing w:after="60"/>
            </w:pPr>
          </w:p>
        </w:tc>
        <w:tc>
          <w:tcPr>
            <w:tcW w:w="3118" w:type="dxa"/>
          </w:tcPr>
          <w:p w14:paraId="236076FD" w14:textId="77777777" w:rsidR="00BC4E80" w:rsidRDefault="00BC4E80">
            <w:pPr>
              <w:spacing w:after="60"/>
            </w:pPr>
          </w:p>
        </w:tc>
        <w:tc>
          <w:tcPr>
            <w:tcW w:w="1304" w:type="dxa"/>
          </w:tcPr>
          <w:p w14:paraId="46C1905E" w14:textId="77777777" w:rsidR="00BC4E80" w:rsidRDefault="00BC4E80">
            <w:pPr>
              <w:spacing w:after="60"/>
            </w:pPr>
          </w:p>
        </w:tc>
        <w:tc>
          <w:tcPr>
            <w:tcW w:w="2268" w:type="dxa"/>
          </w:tcPr>
          <w:p w14:paraId="0ACC326E" w14:textId="77777777" w:rsidR="00BC4E80" w:rsidRDefault="00BC4E80">
            <w:pPr>
              <w:spacing w:after="60"/>
            </w:pPr>
          </w:p>
        </w:tc>
        <w:tc>
          <w:tcPr>
            <w:tcW w:w="3005" w:type="dxa"/>
          </w:tcPr>
          <w:p w14:paraId="56B755FD" w14:textId="77777777" w:rsidR="00BC4E80" w:rsidRDefault="00BC4E80">
            <w:pPr>
              <w:spacing w:after="60"/>
            </w:pPr>
          </w:p>
        </w:tc>
      </w:tr>
      <w:tr w:rsidR="00BC4E80" w14:paraId="36C30122" w14:textId="77777777">
        <w:tc>
          <w:tcPr>
            <w:tcW w:w="510" w:type="dxa"/>
          </w:tcPr>
          <w:p w14:paraId="62BA6ED7" w14:textId="77777777" w:rsidR="00BC4E80" w:rsidRDefault="00BC4E80">
            <w:pPr>
              <w:spacing w:after="60"/>
            </w:pPr>
          </w:p>
        </w:tc>
        <w:tc>
          <w:tcPr>
            <w:tcW w:w="3118" w:type="dxa"/>
          </w:tcPr>
          <w:p w14:paraId="253B1176" w14:textId="77777777" w:rsidR="00BC4E80" w:rsidRDefault="00BC4E80">
            <w:pPr>
              <w:spacing w:after="60"/>
            </w:pPr>
          </w:p>
        </w:tc>
        <w:tc>
          <w:tcPr>
            <w:tcW w:w="1304" w:type="dxa"/>
          </w:tcPr>
          <w:p w14:paraId="6619B029" w14:textId="77777777" w:rsidR="00BC4E80" w:rsidRDefault="00BC4E80">
            <w:pPr>
              <w:spacing w:after="60"/>
            </w:pPr>
          </w:p>
        </w:tc>
        <w:tc>
          <w:tcPr>
            <w:tcW w:w="2268" w:type="dxa"/>
          </w:tcPr>
          <w:p w14:paraId="0287FC00" w14:textId="77777777" w:rsidR="00BC4E80" w:rsidRDefault="00BC4E80">
            <w:pPr>
              <w:spacing w:after="60"/>
            </w:pPr>
          </w:p>
        </w:tc>
        <w:tc>
          <w:tcPr>
            <w:tcW w:w="3005" w:type="dxa"/>
          </w:tcPr>
          <w:p w14:paraId="35DB3D14" w14:textId="77777777" w:rsidR="00BC4E80" w:rsidRDefault="00BC4E80">
            <w:pPr>
              <w:spacing w:after="60"/>
            </w:pPr>
          </w:p>
        </w:tc>
      </w:tr>
      <w:tr w:rsidR="00BC4E80" w14:paraId="287BF75B" w14:textId="77777777">
        <w:tc>
          <w:tcPr>
            <w:tcW w:w="510" w:type="dxa"/>
          </w:tcPr>
          <w:p w14:paraId="720F5029" w14:textId="77777777" w:rsidR="00BC4E80" w:rsidRDefault="00BC4E80">
            <w:pPr>
              <w:spacing w:after="60"/>
            </w:pPr>
          </w:p>
        </w:tc>
        <w:tc>
          <w:tcPr>
            <w:tcW w:w="3118" w:type="dxa"/>
          </w:tcPr>
          <w:p w14:paraId="50833ACA" w14:textId="77777777" w:rsidR="00BC4E80" w:rsidRDefault="00BC4E80">
            <w:pPr>
              <w:spacing w:after="60"/>
            </w:pPr>
          </w:p>
        </w:tc>
        <w:tc>
          <w:tcPr>
            <w:tcW w:w="1304" w:type="dxa"/>
          </w:tcPr>
          <w:p w14:paraId="55734800" w14:textId="77777777" w:rsidR="00BC4E80" w:rsidRDefault="00BC4E80">
            <w:pPr>
              <w:spacing w:after="60"/>
            </w:pPr>
          </w:p>
        </w:tc>
        <w:tc>
          <w:tcPr>
            <w:tcW w:w="2268" w:type="dxa"/>
          </w:tcPr>
          <w:p w14:paraId="429E0210" w14:textId="77777777" w:rsidR="00BC4E80" w:rsidRDefault="00BC4E80">
            <w:pPr>
              <w:spacing w:after="60"/>
            </w:pPr>
          </w:p>
        </w:tc>
        <w:tc>
          <w:tcPr>
            <w:tcW w:w="3005" w:type="dxa"/>
          </w:tcPr>
          <w:p w14:paraId="42C20664" w14:textId="77777777" w:rsidR="00BC4E80" w:rsidRDefault="00BC4E80">
            <w:pPr>
              <w:spacing w:after="60"/>
            </w:pPr>
          </w:p>
        </w:tc>
      </w:tr>
      <w:tr w:rsidR="00BC4E80" w14:paraId="09136FED" w14:textId="77777777">
        <w:tc>
          <w:tcPr>
            <w:tcW w:w="510" w:type="dxa"/>
          </w:tcPr>
          <w:p w14:paraId="36CD2D69" w14:textId="77777777" w:rsidR="00BC4E80" w:rsidRDefault="00BC4E80">
            <w:pPr>
              <w:spacing w:after="60"/>
            </w:pPr>
          </w:p>
        </w:tc>
        <w:tc>
          <w:tcPr>
            <w:tcW w:w="3118" w:type="dxa"/>
          </w:tcPr>
          <w:p w14:paraId="7853D654" w14:textId="77777777" w:rsidR="00BC4E80" w:rsidRDefault="00BC4E80">
            <w:pPr>
              <w:spacing w:after="60"/>
            </w:pPr>
          </w:p>
        </w:tc>
        <w:tc>
          <w:tcPr>
            <w:tcW w:w="1304" w:type="dxa"/>
          </w:tcPr>
          <w:p w14:paraId="435255C4" w14:textId="77777777" w:rsidR="00BC4E80" w:rsidRDefault="00BC4E80">
            <w:pPr>
              <w:spacing w:after="60"/>
            </w:pPr>
          </w:p>
        </w:tc>
        <w:tc>
          <w:tcPr>
            <w:tcW w:w="2268" w:type="dxa"/>
          </w:tcPr>
          <w:p w14:paraId="48B126C8" w14:textId="77777777" w:rsidR="00BC4E80" w:rsidRDefault="00BC4E80">
            <w:pPr>
              <w:spacing w:after="60"/>
            </w:pPr>
          </w:p>
        </w:tc>
        <w:tc>
          <w:tcPr>
            <w:tcW w:w="3005" w:type="dxa"/>
          </w:tcPr>
          <w:p w14:paraId="4F2993AF" w14:textId="77777777" w:rsidR="00BC4E80" w:rsidRDefault="00BC4E80">
            <w:pPr>
              <w:spacing w:after="60"/>
            </w:pPr>
          </w:p>
        </w:tc>
      </w:tr>
      <w:tr w:rsidR="00BC4E80" w14:paraId="23E906FA" w14:textId="77777777">
        <w:tc>
          <w:tcPr>
            <w:tcW w:w="510" w:type="dxa"/>
          </w:tcPr>
          <w:p w14:paraId="49B99849" w14:textId="77777777" w:rsidR="00BC4E80" w:rsidRDefault="00BC4E80">
            <w:pPr>
              <w:spacing w:after="60"/>
            </w:pPr>
          </w:p>
        </w:tc>
        <w:tc>
          <w:tcPr>
            <w:tcW w:w="3118" w:type="dxa"/>
          </w:tcPr>
          <w:p w14:paraId="70140368" w14:textId="77777777" w:rsidR="00BC4E80" w:rsidRDefault="00BC4E80">
            <w:pPr>
              <w:spacing w:after="60"/>
            </w:pPr>
          </w:p>
        </w:tc>
        <w:tc>
          <w:tcPr>
            <w:tcW w:w="1304" w:type="dxa"/>
          </w:tcPr>
          <w:p w14:paraId="4AD39348" w14:textId="77777777" w:rsidR="00BC4E80" w:rsidRDefault="00BC4E80">
            <w:pPr>
              <w:spacing w:after="60"/>
            </w:pPr>
          </w:p>
        </w:tc>
        <w:tc>
          <w:tcPr>
            <w:tcW w:w="2268" w:type="dxa"/>
          </w:tcPr>
          <w:p w14:paraId="31C61D94" w14:textId="77777777" w:rsidR="00BC4E80" w:rsidRDefault="00BC4E80">
            <w:pPr>
              <w:spacing w:after="60"/>
            </w:pPr>
          </w:p>
        </w:tc>
        <w:tc>
          <w:tcPr>
            <w:tcW w:w="3005" w:type="dxa"/>
          </w:tcPr>
          <w:p w14:paraId="18698A3D" w14:textId="77777777" w:rsidR="00BC4E80" w:rsidRDefault="00BC4E80">
            <w:pPr>
              <w:spacing w:after="60"/>
            </w:pPr>
          </w:p>
        </w:tc>
      </w:tr>
      <w:tr w:rsidR="00BC4E80" w14:paraId="228474A9" w14:textId="77777777">
        <w:tc>
          <w:tcPr>
            <w:tcW w:w="510" w:type="dxa"/>
          </w:tcPr>
          <w:p w14:paraId="3DBD5CDE" w14:textId="77777777" w:rsidR="00BC4E80" w:rsidRDefault="00BC4E80">
            <w:pPr>
              <w:spacing w:after="60"/>
            </w:pPr>
          </w:p>
        </w:tc>
        <w:tc>
          <w:tcPr>
            <w:tcW w:w="3118" w:type="dxa"/>
          </w:tcPr>
          <w:p w14:paraId="24A08565" w14:textId="77777777" w:rsidR="00BC4E80" w:rsidRDefault="00BC4E80">
            <w:pPr>
              <w:spacing w:after="60"/>
            </w:pPr>
          </w:p>
        </w:tc>
        <w:tc>
          <w:tcPr>
            <w:tcW w:w="1304" w:type="dxa"/>
          </w:tcPr>
          <w:p w14:paraId="3D2A37E0" w14:textId="77777777" w:rsidR="00BC4E80" w:rsidRDefault="00BC4E80">
            <w:pPr>
              <w:spacing w:after="60"/>
            </w:pPr>
          </w:p>
        </w:tc>
        <w:tc>
          <w:tcPr>
            <w:tcW w:w="2268" w:type="dxa"/>
          </w:tcPr>
          <w:p w14:paraId="17AE7175" w14:textId="77777777" w:rsidR="00BC4E80" w:rsidRDefault="00BC4E80">
            <w:pPr>
              <w:spacing w:after="60"/>
            </w:pPr>
          </w:p>
        </w:tc>
        <w:tc>
          <w:tcPr>
            <w:tcW w:w="3005" w:type="dxa"/>
          </w:tcPr>
          <w:p w14:paraId="1A434A42" w14:textId="77777777" w:rsidR="00BC4E80" w:rsidRDefault="00BC4E80">
            <w:pPr>
              <w:spacing w:after="60"/>
            </w:pPr>
          </w:p>
        </w:tc>
      </w:tr>
      <w:tr w:rsidR="00BC4E80" w14:paraId="71851AB0" w14:textId="77777777">
        <w:tc>
          <w:tcPr>
            <w:tcW w:w="510" w:type="dxa"/>
          </w:tcPr>
          <w:p w14:paraId="4E7C3117" w14:textId="77777777" w:rsidR="00BC4E80" w:rsidRDefault="00BC4E80">
            <w:pPr>
              <w:spacing w:after="60"/>
            </w:pPr>
          </w:p>
        </w:tc>
        <w:tc>
          <w:tcPr>
            <w:tcW w:w="3118" w:type="dxa"/>
          </w:tcPr>
          <w:p w14:paraId="0D7413F4" w14:textId="77777777" w:rsidR="00BC4E80" w:rsidRDefault="00BC4E80">
            <w:pPr>
              <w:spacing w:after="60"/>
            </w:pPr>
          </w:p>
        </w:tc>
        <w:tc>
          <w:tcPr>
            <w:tcW w:w="1304" w:type="dxa"/>
          </w:tcPr>
          <w:p w14:paraId="392E2DE4" w14:textId="77777777" w:rsidR="00BC4E80" w:rsidRDefault="00BC4E80">
            <w:pPr>
              <w:spacing w:after="60"/>
            </w:pPr>
          </w:p>
        </w:tc>
        <w:tc>
          <w:tcPr>
            <w:tcW w:w="2268" w:type="dxa"/>
          </w:tcPr>
          <w:p w14:paraId="3BA34AC9" w14:textId="77777777" w:rsidR="00BC4E80" w:rsidRDefault="00BC4E80">
            <w:pPr>
              <w:spacing w:after="60"/>
            </w:pPr>
          </w:p>
        </w:tc>
        <w:tc>
          <w:tcPr>
            <w:tcW w:w="3005" w:type="dxa"/>
          </w:tcPr>
          <w:p w14:paraId="0278DB63" w14:textId="77777777" w:rsidR="00BC4E80" w:rsidRDefault="00BC4E80">
            <w:pPr>
              <w:spacing w:after="60"/>
            </w:pPr>
          </w:p>
        </w:tc>
      </w:tr>
      <w:tr w:rsidR="00BC4E80" w14:paraId="0A54DD92" w14:textId="77777777">
        <w:tc>
          <w:tcPr>
            <w:tcW w:w="510" w:type="dxa"/>
          </w:tcPr>
          <w:p w14:paraId="1A5DB4D9" w14:textId="77777777" w:rsidR="00BC4E80" w:rsidRDefault="00BC4E80">
            <w:pPr>
              <w:spacing w:after="60"/>
            </w:pPr>
          </w:p>
        </w:tc>
        <w:tc>
          <w:tcPr>
            <w:tcW w:w="3118" w:type="dxa"/>
          </w:tcPr>
          <w:p w14:paraId="17EFAA66" w14:textId="77777777" w:rsidR="00BC4E80" w:rsidRDefault="00BC4E80">
            <w:pPr>
              <w:spacing w:after="60"/>
            </w:pPr>
          </w:p>
        </w:tc>
        <w:tc>
          <w:tcPr>
            <w:tcW w:w="1304" w:type="dxa"/>
          </w:tcPr>
          <w:p w14:paraId="6068BC0E" w14:textId="77777777" w:rsidR="00BC4E80" w:rsidRDefault="00BC4E80">
            <w:pPr>
              <w:spacing w:after="60"/>
            </w:pPr>
          </w:p>
        </w:tc>
        <w:tc>
          <w:tcPr>
            <w:tcW w:w="2268" w:type="dxa"/>
          </w:tcPr>
          <w:p w14:paraId="2D035D59" w14:textId="77777777" w:rsidR="00BC4E80" w:rsidRDefault="00BC4E80">
            <w:pPr>
              <w:spacing w:after="60"/>
            </w:pPr>
          </w:p>
        </w:tc>
        <w:tc>
          <w:tcPr>
            <w:tcW w:w="3005" w:type="dxa"/>
          </w:tcPr>
          <w:p w14:paraId="7520E743" w14:textId="77777777" w:rsidR="00BC4E80" w:rsidRDefault="00BC4E80">
            <w:pPr>
              <w:spacing w:after="60"/>
            </w:pPr>
          </w:p>
        </w:tc>
      </w:tr>
      <w:tr w:rsidR="00BC4E80" w14:paraId="7FE5A4C7" w14:textId="77777777">
        <w:tc>
          <w:tcPr>
            <w:tcW w:w="510" w:type="dxa"/>
          </w:tcPr>
          <w:p w14:paraId="74C4D0A0" w14:textId="77777777" w:rsidR="00BC4E80" w:rsidRDefault="00BC4E80">
            <w:pPr>
              <w:spacing w:after="60"/>
            </w:pPr>
          </w:p>
        </w:tc>
        <w:tc>
          <w:tcPr>
            <w:tcW w:w="3118" w:type="dxa"/>
          </w:tcPr>
          <w:p w14:paraId="3D8478DF" w14:textId="77777777" w:rsidR="00BC4E80" w:rsidRDefault="00BC4E80">
            <w:pPr>
              <w:spacing w:after="60"/>
            </w:pPr>
          </w:p>
        </w:tc>
        <w:tc>
          <w:tcPr>
            <w:tcW w:w="1304" w:type="dxa"/>
          </w:tcPr>
          <w:p w14:paraId="1E1DC879" w14:textId="77777777" w:rsidR="00BC4E80" w:rsidRDefault="00BC4E80">
            <w:pPr>
              <w:spacing w:after="60"/>
            </w:pPr>
          </w:p>
        </w:tc>
        <w:tc>
          <w:tcPr>
            <w:tcW w:w="2268" w:type="dxa"/>
          </w:tcPr>
          <w:p w14:paraId="77A08C0A" w14:textId="77777777" w:rsidR="00BC4E80" w:rsidRDefault="00BC4E80">
            <w:pPr>
              <w:spacing w:after="60"/>
            </w:pPr>
          </w:p>
        </w:tc>
        <w:tc>
          <w:tcPr>
            <w:tcW w:w="3005" w:type="dxa"/>
          </w:tcPr>
          <w:p w14:paraId="652963C7" w14:textId="77777777" w:rsidR="00BC4E80" w:rsidRDefault="00BC4E80">
            <w:pPr>
              <w:spacing w:after="60"/>
            </w:pPr>
          </w:p>
        </w:tc>
      </w:tr>
      <w:tr w:rsidR="00BC4E80" w14:paraId="2A3E19F7" w14:textId="77777777">
        <w:tc>
          <w:tcPr>
            <w:tcW w:w="510" w:type="dxa"/>
          </w:tcPr>
          <w:p w14:paraId="27EF5E2E" w14:textId="77777777" w:rsidR="00BC4E80" w:rsidRDefault="00BC4E80">
            <w:pPr>
              <w:spacing w:after="60"/>
            </w:pPr>
          </w:p>
        </w:tc>
        <w:tc>
          <w:tcPr>
            <w:tcW w:w="3118" w:type="dxa"/>
          </w:tcPr>
          <w:p w14:paraId="24FCD62A" w14:textId="77777777" w:rsidR="00BC4E80" w:rsidRDefault="00BC4E80">
            <w:pPr>
              <w:spacing w:after="60"/>
            </w:pPr>
          </w:p>
        </w:tc>
        <w:tc>
          <w:tcPr>
            <w:tcW w:w="1304" w:type="dxa"/>
          </w:tcPr>
          <w:p w14:paraId="12B0DFBA" w14:textId="77777777" w:rsidR="00BC4E80" w:rsidRDefault="00BC4E80">
            <w:pPr>
              <w:spacing w:after="60"/>
            </w:pPr>
          </w:p>
        </w:tc>
        <w:tc>
          <w:tcPr>
            <w:tcW w:w="2268" w:type="dxa"/>
          </w:tcPr>
          <w:p w14:paraId="2683AD93" w14:textId="77777777" w:rsidR="00BC4E80" w:rsidRDefault="00BC4E80">
            <w:pPr>
              <w:spacing w:after="60"/>
            </w:pPr>
          </w:p>
        </w:tc>
        <w:tc>
          <w:tcPr>
            <w:tcW w:w="3005" w:type="dxa"/>
          </w:tcPr>
          <w:p w14:paraId="24A6B36D" w14:textId="77777777" w:rsidR="00BC4E80" w:rsidRDefault="00BC4E80">
            <w:pPr>
              <w:spacing w:after="60"/>
            </w:pPr>
          </w:p>
        </w:tc>
      </w:tr>
      <w:tr w:rsidR="00BC4E80" w14:paraId="2D86FE5D" w14:textId="77777777">
        <w:tc>
          <w:tcPr>
            <w:tcW w:w="510" w:type="dxa"/>
          </w:tcPr>
          <w:p w14:paraId="2B76E981" w14:textId="77777777" w:rsidR="00BC4E80" w:rsidRDefault="00BC4E80">
            <w:pPr>
              <w:spacing w:after="60"/>
            </w:pPr>
          </w:p>
        </w:tc>
        <w:tc>
          <w:tcPr>
            <w:tcW w:w="3118" w:type="dxa"/>
          </w:tcPr>
          <w:p w14:paraId="0BE8CC5D" w14:textId="77777777" w:rsidR="00BC4E80" w:rsidRDefault="00BC4E80">
            <w:pPr>
              <w:spacing w:after="60"/>
            </w:pPr>
          </w:p>
        </w:tc>
        <w:tc>
          <w:tcPr>
            <w:tcW w:w="1304" w:type="dxa"/>
          </w:tcPr>
          <w:p w14:paraId="7CF4BEBC" w14:textId="77777777" w:rsidR="00BC4E80" w:rsidRDefault="00BC4E80">
            <w:pPr>
              <w:spacing w:after="60"/>
            </w:pPr>
          </w:p>
        </w:tc>
        <w:tc>
          <w:tcPr>
            <w:tcW w:w="2268" w:type="dxa"/>
          </w:tcPr>
          <w:p w14:paraId="54461FEB" w14:textId="77777777" w:rsidR="00BC4E80" w:rsidRDefault="00BC4E80">
            <w:pPr>
              <w:spacing w:after="60"/>
            </w:pPr>
          </w:p>
        </w:tc>
        <w:tc>
          <w:tcPr>
            <w:tcW w:w="3005" w:type="dxa"/>
          </w:tcPr>
          <w:p w14:paraId="21434A52" w14:textId="77777777" w:rsidR="00BC4E80" w:rsidRDefault="00BC4E80">
            <w:pPr>
              <w:spacing w:after="60"/>
            </w:pPr>
          </w:p>
        </w:tc>
      </w:tr>
      <w:tr w:rsidR="00BC4E80" w14:paraId="685D95FC" w14:textId="77777777">
        <w:tc>
          <w:tcPr>
            <w:tcW w:w="510" w:type="dxa"/>
          </w:tcPr>
          <w:p w14:paraId="2ED8EFB5" w14:textId="77777777" w:rsidR="00BC4E80" w:rsidRDefault="00BC4E80">
            <w:pPr>
              <w:spacing w:after="60"/>
            </w:pPr>
          </w:p>
        </w:tc>
        <w:tc>
          <w:tcPr>
            <w:tcW w:w="3118" w:type="dxa"/>
          </w:tcPr>
          <w:p w14:paraId="5370B5E4" w14:textId="77777777" w:rsidR="00BC4E80" w:rsidRDefault="00BC4E80">
            <w:pPr>
              <w:spacing w:after="60"/>
            </w:pPr>
          </w:p>
        </w:tc>
        <w:tc>
          <w:tcPr>
            <w:tcW w:w="1304" w:type="dxa"/>
          </w:tcPr>
          <w:p w14:paraId="25FEBC14" w14:textId="77777777" w:rsidR="00BC4E80" w:rsidRDefault="00BC4E80">
            <w:pPr>
              <w:spacing w:after="60"/>
            </w:pPr>
          </w:p>
        </w:tc>
        <w:tc>
          <w:tcPr>
            <w:tcW w:w="2268" w:type="dxa"/>
          </w:tcPr>
          <w:p w14:paraId="38821359" w14:textId="77777777" w:rsidR="00BC4E80" w:rsidRDefault="00BC4E80">
            <w:pPr>
              <w:spacing w:after="60"/>
            </w:pPr>
          </w:p>
        </w:tc>
        <w:tc>
          <w:tcPr>
            <w:tcW w:w="3005" w:type="dxa"/>
          </w:tcPr>
          <w:p w14:paraId="712D0D21" w14:textId="77777777" w:rsidR="00BC4E80" w:rsidRDefault="00BC4E80">
            <w:pPr>
              <w:spacing w:after="60"/>
            </w:pPr>
          </w:p>
        </w:tc>
      </w:tr>
    </w:tbl>
    <w:p w14:paraId="694FCD12" w14:textId="77777777" w:rsidR="00BC4E80" w:rsidRDefault="00BC4E80">
      <w:pPr>
        <w:tabs>
          <w:tab w:val="left" w:pos="5386"/>
        </w:tabs>
        <w:spacing w:after="160"/>
      </w:pPr>
      <w:r>
        <w:rPr>
          <w:rFonts w:ascii="Times New Roman" w:hAnsi="Times New Roman" w:cs="Times New Roman" w:eastAsia="Times New Roman"/>
          <w:sz w:val="24"/>
        </w:rPr>
        <w:t>Председател на УС: ………………………………</w:t>
      </w:r>
      <w:r>
        <w:rPr>
          <w:rFonts w:ascii="Times New Roman" w:hAnsi="Times New Roman" w:cs="Times New Roman" w:eastAsia="Times New Roman"/>
          <w:sz w:val="24"/>
        </w:rPr>
        <w:tab/>
        <w:t>Педагогически съветник: ……………………</w:t>
      </w:r>
    </w:p>
    <w:p w14:paraId="357B144A" w14:textId="77777777" w:rsidR="00BC4E80" w:rsidRDefault="00BC4E80">
      <w:pPr>
        <w:tabs>
          <w:tab w:val="left" w:pos="5386"/>
        </w:tabs>
        <w:spacing w:after="160"/>
      </w:pPr>
      <w:r>
        <w:rPr>
          <w:rFonts w:ascii="Times New Roman" w:hAnsi="Times New Roman" w:cs="Times New Roman" w:eastAsia="Times New Roman"/>
          <w:sz w:val="24"/>
        </w:rPr>
        <w:t>Утвърдил, Директор: ………………………………</w:t>
      </w:r>
      <w:r>
        <w:rPr>
          <w:rFonts w:ascii="Times New Roman" w:hAnsi="Times New Roman" w:cs="Times New Roman" w:eastAsia="Times New Roman"/>
          <w:sz w:val="24"/>
        </w:rPr>
        <w:tab/>
      </w:r>
    </w:p>
    <w:p w14:paraId="4DC6322C" w14:textId="77777777" w:rsidR="00BC4E80" w:rsidRDefault="00BC4E80">
      <w:pPr>
        <w:pageBreakBefore/>
        <w:spacing w:after="2800"/>
      </w:pPr>
    </w:p>
    <w:p w14:paraId="477FB347" w14:textId="77777777" w:rsidR="00BC4E80" w:rsidRDefault="00BC4E80">
      <w:pPr>
        <w:spacing w:after="200"/>
        <w:jc w:val="center"/>
      </w:pPr>
      <w:r>
        <w:rPr>
          <w:rFonts w:ascii="Times New Roman" w:hAnsi="Times New Roman" w:cs="Times New Roman" w:eastAsia="Times New Roman"/>
          <w:b/>
          <w:sz w:val="32"/>
        </w:rPr>
        <w:t>РАЗДЕЛ XIII</w:t>
      </w:r>
    </w:p>
    <w:p w14:paraId="090D76D9" w14:textId="77777777" w:rsidR="00BC4E80" w:rsidRDefault="00BC4E80">
      <w:pPr>
        <w:jc w:val="center"/>
      </w:pPr>
      <w:r>
        <w:rPr>
          <w:rFonts w:ascii="Times New Roman" w:hAnsi="Times New Roman" w:cs="Times New Roman" w:eastAsia="Times New Roman"/>
          <w:b/>
          <w:sz w:val="28"/>
        </w:rPr>
        <w:t>КОНТРОЛ И ОТЧЕТНОСТ</w:t>
      </w:r>
    </w:p>
    <w:p w14:paraId="6495245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75 към Правилника за дейността на училището</w:t>
      </w:r>
    </w:p>
    <w:p w14:paraId="489F2E3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05868223" wp14:editId="143B3E54">
            <wp:extent cx="6483600" cy="1175152"/>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1DBBBD75" w14:textId="77777777" w:rsidR="00BC4E80" w:rsidRDefault="00BC4E80">
      <w:pPr>
        <w:spacing w:before="80" w:after="40"/>
        <w:jc w:val="center"/>
      </w:pPr>
      <w:r>
        <w:rPr>
          <w:rFonts w:ascii="Times New Roman" w:hAnsi="Times New Roman" w:cs="Times New Roman" w:eastAsia="Times New Roman"/>
          <w:b/>
          <w:sz w:val="26"/>
        </w:rPr>
        <w:t>Ф О Р М У Л Я Р   З А   В Ъ Т Р Е Ш Е Н   К О Н Т Р О Л</w:t>
      </w:r>
    </w:p>
    <w:p w14:paraId="465FF90F" w14:textId="77777777" w:rsidR="00BC4E80" w:rsidRDefault="00BC4E80">
      <w:pPr>
        <w:spacing w:after="80"/>
        <w:jc w:val="center"/>
      </w:pPr>
      <w:r>
        <w:rPr>
          <w:rFonts w:ascii="Times New Roman" w:hAnsi="Times New Roman" w:cs="Times New Roman" w:eastAsia="Times New Roman"/>
          <w:b/>
        </w:rPr>
        <w:t>в ПГМКР „Свети Никола“ – гр. Бургас</w:t>
      </w:r>
    </w:p>
    <w:p w14:paraId="6AE2A032" w14:textId="77777777" w:rsidR="00BC4E80" w:rsidRDefault="00BC4E80">
      <w:pPr>
        <w:spacing w:after="160"/>
        <w:jc w:val="center"/>
      </w:pPr>
      <w:r>
        <w:rPr>
          <w:rFonts w:ascii="Times New Roman" w:hAnsi="Times New Roman" w:cs="Times New Roman" w:eastAsia="Times New Roman"/>
          <w:i/>
          <w:sz w:val="20"/>
        </w:rPr>
        <w:t>чл. 10, т. 3 от ПДУ – вътрешен контрол на директора; Наредба № 18 от 09.09.2021 г.</w:t>
      </w:r>
    </w:p>
    <w:p w14:paraId="13287FA6" w14:textId="77777777" w:rsidR="00BC4E80" w:rsidRDefault="00BC4E80">
      <w:pPr>
        <w:spacing w:after="40"/>
      </w:pPr>
      <w:r>
        <w:rPr>
          <w:rFonts w:ascii="Times New Roman" w:hAnsi="Times New Roman" w:cs="Times New Roman" w:eastAsia="Times New Roman"/>
          <w:sz w:val="24"/>
        </w:rPr>
        <w:t>Учебна година: 20………………………………………… / 20……………………………………… г.</w:t>
      </w:r>
    </w:p>
    <w:p w14:paraId="13B5C2EC" w14:textId="77777777" w:rsidR="00BC4E80" w:rsidRDefault="00BC4E80">
      <w:pPr>
        <w:spacing w:after="40"/>
      </w:pPr>
      <w:r>
        <w:rPr>
          <w:rFonts w:ascii="Times New Roman" w:hAnsi="Times New Roman" w:cs="Times New Roman" w:eastAsia="Times New Roman"/>
          <w:sz w:val="24"/>
        </w:rPr>
        <w:t>Извършващ контрола: ………………………………………… – длъжност …………………………</w:t>
      </w:r>
    </w:p>
    <w:p w14:paraId="3F039361" w14:textId="77777777" w:rsidR="00BC4E80" w:rsidRDefault="00BC4E80">
      <w:pPr>
        <w:spacing w:after="80"/>
      </w:pPr>
    </w:p>
    <w:p w14:paraId="0739BA32" w14:textId="77777777" w:rsidR="00BC4E80" w:rsidRDefault="00BC4E80">
      <w:pPr>
        <w:spacing w:after="200"/>
      </w:pPr>
    </w:p>
    <w:tbl>
      <w:tblPr>
        <w:tblStyle w:val="aff9"/>
        <w:tblW w:w="0" w:type="auto"/>
        <w:tblLook w:val="04A0" w:firstRow="1" w:lastRow="0" w:firstColumn="1" w:lastColumn="0" w:noHBand="0" w:noVBand="1"/>
      </w:tblPr>
      <w:tblGrid>
        <w:gridCol w:w="507"/>
        <w:gridCol w:w="2669"/>
        <w:gridCol w:w="1930"/>
        <w:gridCol w:w="1230"/>
        <w:gridCol w:w="1965"/>
        <w:gridCol w:w="1894"/>
      </w:tblGrid>
      <w:tr w:rsidR="00BC4E80" w14:paraId="1A8295BB" w14:textId="77777777">
        <w:tc>
          <w:tcPr>
            <w:tcW w:w="510" w:type="dxa"/>
          </w:tcPr>
          <w:p w14:paraId="4CA8CE5B" w14:textId="77777777" w:rsidR="00BC4E80" w:rsidRDefault="00BC4E80">
            <w:pPr>
              <w:jc w:val="center"/>
            </w:pPr>
            <w:r>
              <w:rPr>
                <w:rFonts w:ascii="Times New Roman" w:hAnsi="Times New Roman" w:cs="Times New Roman" w:eastAsia="Times New Roman"/>
                <w:b/>
                <w:sz w:val="20"/>
              </w:rPr>
              <w:t>№</w:t>
            </w:r>
          </w:p>
        </w:tc>
        <w:tc>
          <w:tcPr>
            <w:tcW w:w="2721" w:type="dxa"/>
          </w:tcPr>
          <w:p w14:paraId="030149C3" w14:textId="77777777" w:rsidR="00BC4E80" w:rsidRDefault="00BC4E80">
            <w:pPr>
              <w:jc w:val="center"/>
            </w:pPr>
            <w:r>
              <w:rPr>
                <w:rFonts w:ascii="Times New Roman" w:hAnsi="Times New Roman" w:cs="Times New Roman" w:eastAsia="Times New Roman"/>
                <w:b/>
                <w:sz w:val="20"/>
              </w:rPr>
              <w:t>Обект на контрол</w:t>
            </w:r>
          </w:p>
        </w:tc>
        <w:tc>
          <w:tcPr>
            <w:tcW w:w="1814" w:type="dxa"/>
          </w:tcPr>
          <w:p w14:paraId="63776301" w14:textId="77777777" w:rsidR="00BC4E80" w:rsidRDefault="00BC4E80">
            <w:pPr>
              <w:jc w:val="center"/>
            </w:pPr>
            <w:r>
              <w:rPr>
                <w:rFonts w:ascii="Times New Roman" w:hAnsi="Times New Roman" w:cs="Times New Roman" w:eastAsia="Times New Roman"/>
                <w:b/>
                <w:sz w:val="20"/>
              </w:rPr>
              <w:t>Вид (текущ/тематичен)</w:t>
            </w:r>
          </w:p>
        </w:tc>
        <w:tc>
          <w:tcPr>
            <w:tcW w:w="1247" w:type="dxa"/>
          </w:tcPr>
          <w:p w14:paraId="761DFACC" w14:textId="77777777" w:rsidR="00BC4E80" w:rsidRDefault="00BC4E80">
            <w:pPr>
              <w:jc w:val="center"/>
            </w:pPr>
            <w:r>
              <w:rPr>
                <w:rFonts w:ascii="Times New Roman" w:hAnsi="Times New Roman" w:cs="Times New Roman" w:eastAsia="Times New Roman"/>
                <w:b/>
                <w:sz w:val="20"/>
              </w:rPr>
              <w:t>Срок</w:t>
            </w:r>
          </w:p>
        </w:tc>
        <w:tc>
          <w:tcPr>
            <w:tcW w:w="1984" w:type="dxa"/>
          </w:tcPr>
          <w:p w14:paraId="772B685B" w14:textId="77777777" w:rsidR="00BC4E80" w:rsidRDefault="00BC4E80">
            <w:pPr>
              <w:jc w:val="center"/>
            </w:pPr>
            <w:r>
              <w:rPr>
                <w:rFonts w:ascii="Times New Roman" w:hAnsi="Times New Roman" w:cs="Times New Roman" w:eastAsia="Times New Roman"/>
                <w:b/>
                <w:sz w:val="20"/>
              </w:rPr>
              <w:t>Изпълнител</w:t>
            </w:r>
          </w:p>
        </w:tc>
        <w:tc>
          <w:tcPr>
            <w:tcW w:w="1928" w:type="dxa"/>
          </w:tcPr>
          <w:p w14:paraId="574F5BD3" w14:textId="77777777" w:rsidR="00BC4E80" w:rsidRDefault="00BC4E80">
            <w:pPr>
              <w:jc w:val="center"/>
            </w:pPr>
            <w:r>
              <w:rPr>
                <w:rFonts w:ascii="Times New Roman" w:hAnsi="Times New Roman" w:cs="Times New Roman" w:eastAsia="Times New Roman"/>
                <w:b/>
                <w:sz w:val="20"/>
              </w:rPr>
              <w:t>Отчет</w:t>
            </w:r>
          </w:p>
        </w:tc>
      </w:tr>
      <w:tr w:rsidR="00BC4E80" w14:paraId="71178421" w14:textId="77777777">
        <w:tc>
          <w:tcPr>
            <w:tcW w:w="510" w:type="dxa"/>
          </w:tcPr>
          <w:p w14:paraId="1EB6E5E0" w14:textId="77777777" w:rsidR="00BC4E80" w:rsidRDefault="00BC4E80">
            <w:pPr>
              <w:spacing w:after="60"/>
            </w:pPr>
          </w:p>
        </w:tc>
        <w:tc>
          <w:tcPr>
            <w:tcW w:w="2721" w:type="dxa"/>
          </w:tcPr>
          <w:p w14:paraId="699D8C07" w14:textId="77777777" w:rsidR="00BC4E80" w:rsidRDefault="00BC4E80">
            <w:pPr>
              <w:spacing w:after="60"/>
            </w:pPr>
          </w:p>
        </w:tc>
        <w:tc>
          <w:tcPr>
            <w:tcW w:w="1814" w:type="dxa"/>
          </w:tcPr>
          <w:p w14:paraId="5C11D796" w14:textId="77777777" w:rsidR="00BC4E80" w:rsidRDefault="00BC4E80">
            <w:pPr>
              <w:spacing w:after="60"/>
            </w:pPr>
          </w:p>
        </w:tc>
        <w:tc>
          <w:tcPr>
            <w:tcW w:w="1247" w:type="dxa"/>
          </w:tcPr>
          <w:p w14:paraId="338876AD" w14:textId="77777777" w:rsidR="00BC4E80" w:rsidRDefault="00BC4E80">
            <w:pPr>
              <w:spacing w:after="60"/>
            </w:pPr>
          </w:p>
        </w:tc>
        <w:tc>
          <w:tcPr>
            <w:tcW w:w="1984" w:type="dxa"/>
          </w:tcPr>
          <w:p w14:paraId="153D94E1" w14:textId="77777777" w:rsidR="00BC4E80" w:rsidRDefault="00BC4E80">
            <w:pPr>
              <w:spacing w:after="60"/>
            </w:pPr>
          </w:p>
        </w:tc>
        <w:tc>
          <w:tcPr>
            <w:tcW w:w="1928" w:type="dxa"/>
          </w:tcPr>
          <w:p w14:paraId="768540E5" w14:textId="77777777" w:rsidR="00BC4E80" w:rsidRDefault="00BC4E80">
            <w:pPr>
              <w:spacing w:after="60"/>
            </w:pPr>
          </w:p>
        </w:tc>
      </w:tr>
      <w:tr w:rsidR="00BC4E80" w14:paraId="1EF67985" w14:textId="77777777">
        <w:tc>
          <w:tcPr>
            <w:tcW w:w="510" w:type="dxa"/>
          </w:tcPr>
          <w:p w14:paraId="2E34D868" w14:textId="77777777" w:rsidR="00BC4E80" w:rsidRDefault="00BC4E80">
            <w:pPr>
              <w:spacing w:after="60"/>
            </w:pPr>
          </w:p>
        </w:tc>
        <w:tc>
          <w:tcPr>
            <w:tcW w:w="2721" w:type="dxa"/>
          </w:tcPr>
          <w:p w14:paraId="3C5ECF58" w14:textId="77777777" w:rsidR="00BC4E80" w:rsidRDefault="00BC4E80">
            <w:pPr>
              <w:spacing w:after="60"/>
            </w:pPr>
          </w:p>
        </w:tc>
        <w:tc>
          <w:tcPr>
            <w:tcW w:w="1814" w:type="dxa"/>
          </w:tcPr>
          <w:p w14:paraId="1C453A56" w14:textId="77777777" w:rsidR="00BC4E80" w:rsidRDefault="00BC4E80">
            <w:pPr>
              <w:spacing w:after="60"/>
            </w:pPr>
          </w:p>
        </w:tc>
        <w:tc>
          <w:tcPr>
            <w:tcW w:w="1247" w:type="dxa"/>
          </w:tcPr>
          <w:p w14:paraId="26DBC724" w14:textId="77777777" w:rsidR="00BC4E80" w:rsidRDefault="00BC4E80">
            <w:pPr>
              <w:spacing w:after="60"/>
            </w:pPr>
          </w:p>
        </w:tc>
        <w:tc>
          <w:tcPr>
            <w:tcW w:w="1984" w:type="dxa"/>
          </w:tcPr>
          <w:p w14:paraId="58737802" w14:textId="77777777" w:rsidR="00BC4E80" w:rsidRDefault="00BC4E80">
            <w:pPr>
              <w:spacing w:after="60"/>
            </w:pPr>
          </w:p>
        </w:tc>
        <w:tc>
          <w:tcPr>
            <w:tcW w:w="1928" w:type="dxa"/>
          </w:tcPr>
          <w:p w14:paraId="60CFCCF3" w14:textId="77777777" w:rsidR="00BC4E80" w:rsidRDefault="00BC4E80">
            <w:pPr>
              <w:spacing w:after="60"/>
            </w:pPr>
          </w:p>
        </w:tc>
      </w:tr>
      <w:tr w:rsidR="00BC4E80" w14:paraId="0B1E2295" w14:textId="77777777">
        <w:tc>
          <w:tcPr>
            <w:tcW w:w="510" w:type="dxa"/>
          </w:tcPr>
          <w:p w14:paraId="70A0A4BA" w14:textId="77777777" w:rsidR="00BC4E80" w:rsidRDefault="00BC4E80">
            <w:pPr>
              <w:spacing w:after="60"/>
            </w:pPr>
          </w:p>
        </w:tc>
        <w:tc>
          <w:tcPr>
            <w:tcW w:w="2721" w:type="dxa"/>
          </w:tcPr>
          <w:p w14:paraId="5DDC635D" w14:textId="77777777" w:rsidR="00BC4E80" w:rsidRDefault="00BC4E80">
            <w:pPr>
              <w:spacing w:after="60"/>
            </w:pPr>
          </w:p>
        </w:tc>
        <w:tc>
          <w:tcPr>
            <w:tcW w:w="1814" w:type="dxa"/>
          </w:tcPr>
          <w:p w14:paraId="6ADCC0EC" w14:textId="77777777" w:rsidR="00BC4E80" w:rsidRDefault="00BC4E80">
            <w:pPr>
              <w:spacing w:after="60"/>
            </w:pPr>
          </w:p>
        </w:tc>
        <w:tc>
          <w:tcPr>
            <w:tcW w:w="1247" w:type="dxa"/>
          </w:tcPr>
          <w:p w14:paraId="31E20B48" w14:textId="77777777" w:rsidR="00BC4E80" w:rsidRDefault="00BC4E80">
            <w:pPr>
              <w:spacing w:after="60"/>
            </w:pPr>
          </w:p>
        </w:tc>
        <w:tc>
          <w:tcPr>
            <w:tcW w:w="1984" w:type="dxa"/>
          </w:tcPr>
          <w:p w14:paraId="47D79236" w14:textId="77777777" w:rsidR="00BC4E80" w:rsidRDefault="00BC4E80">
            <w:pPr>
              <w:spacing w:after="60"/>
            </w:pPr>
          </w:p>
        </w:tc>
        <w:tc>
          <w:tcPr>
            <w:tcW w:w="1928" w:type="dxa"/>
          </w:tcPr>
          <w:p w14:paraId="3410FF47" w14:textId="77777777" w:rsidR="00BC4E80" w:rsidRDefault="00BC4E80">
            <w:pPr>
              <w:spacing w:after="60"/>
            </w:pPr>
          </w:p>
        </w:tc>
      </w:tr>
      <w:tr w:rsidR="00BC4E80" w14:paraId="721268C5" w14:textId="77777777">
        <w:tc>
          <w:tcPr>
            <w:tcW w:w="510" w:type="dxa"/>
          </w:tcPr>
          <w:p w14:paraId="1E21752A" w14:textId="77777777" w:rsidR="00BC4E80" w:rsidRDefault="00BC4E80">
            <w:pPr>
              <w:spacing w:after="60"/>
            </w:pPr>
          </w:p>
        </w:tc>
        <w:tc>
          <w:tcPr>
            <w:tcW w:w="2721" w:type="dxa"/>
          </w:tcPr>
          <w:p w14:paraId="0498873B" w14:textId="77777777" w:rsidR="00BC4E80" w:rsidRDefault="00BC4E80">
            <w:pPr>
              <w:spacing w:after="60"/>
            </w:pPr>
          </w:p>
        </w:tc>
        <w:tc>
          <w:tcPr>
            <w:tcW w:w="1814" w:type="dxa"/>
          </w:tcPr>
          <w:p w14:paraId="6A889409" w14:textId="77777777" w:rsidR="00BC4E80" w:rsidRDefault="00BC4E80">
            <w:pPr>
              <w:spacing w:after="60"/>
            </w:pPr>
          </w:p>
        </w:tc>
        <w:tc>
          <w:tcPr>
            <w:tcW w:w="1247" w:type="dxa"/>
          </w:tcPr>
          <w:p w14:paraId="14A4008D" w14:textId="77777777" w:rsidR="00BC4E80" w:rsidRDefault="00BC4E80">
            <w:pPr>
              <w:spacing w:after="60"/>
            </w:pPr>
          </w:p>
        </w:tc>
        <w:tc>
          <w:tcPr>
            <w:tcW w:w="1984" w:type="dxa"/>
          </w:tcPr>
          <w:p w14:paraId="72B5EE8C" w14:textId="77777777" w:rsidR="00BC4E80" w:rsidRDefault="00BC4E80">
            <w:pPr>
              <w:spacing w:after="60"/>
            </w:pPr>
          </w:p>
        </w:tc>
        <w:tc>
          <w:tcPr>
            <w:tcW w:w="1928" w:type="dxa"/>
          </w:tcPr>
          <w:p w14:paraId="488D5C15" w14:textId="77777777" w:rsidR="00BC4E80" w:rsidRDefault="00BC4E80">
            <w:pPr>
              <w:spacing w:after="60"/>
            </w:pPr>
          </w:p>
        </w:tc>
      </w:tr>
      <w:tr w:rsidR="00BC4E80" w14:paraId="5B353AD4" w14:textId="77777777">
        <w:tc>
          <w:tcPr>
            <w:tcW w:w="510" w:type="dxa"/>
          </w:tcPr>
          <w:p w14:paraId="474A30EC" w14:textId="77777777" w:rsidR="00BC4E80" w:rsidRDefault="00BC4E80">
            <w:pPr>
              <w:spacing w:after="60"/>
            </w:pPr>
          </w:p>
        </w:tc>
        <w:tc>
          <w:tcPr>
            <w:tcW w:w="2721" w:type="dxa"/>
          </w:tcPr>
          <w:p w14:paraId="0443A22F" w14:textId="77777777" w:rsidR="00BC4E80" w:rsidRDefault="00BC4E80">
            <w:pPr>
              <w:spacing w:after="60"/>
            </w:pPr>
          </w:p>
        </w:tc>
        <w:tc>
          <w:tcPr>
            <w:tcW w:w="1814" w:type="dxa"/>
          </w:tcPr>
          <w:p w14:paraId="31B18D63" w14:textId="77777777" w:rsidR="00BC4E80" w:rsidRDefault="00BC4E80">
            <w:pPr>
              <w:spacing w:after="60"/>
            </w:pPr>
          </w:p>
        </w:tc>
        <w:tc>
          <w:tcPr>
            <w:tcW w:w="1247" w:type="dxa"/>
          </w:tcPr>
          <w:p w14:paraId="0389DE2B" w14:textId="77777777" w:rsidR="00BC4E80" w:rsidRDefault="00BC4E80">
            <w:pPr>
              <w:spacing w:after="60"/>
            </w:pPr>
          </w:p>
        </w:tc>
        <w:tc>
          <w:tcPr>
            <w:tcW w:w="1984" w:type="dxa"/>
          </w:tcPr>
          <w:p w14:paraId="5B1CCADF" w14:textId="77777777" w:rsidR="00BC4E80" w:rsidRDefault="00BC4E80">
            <w:pPr>
              <w:spacing w:after="60"/>
            </w:pPr>
          </w:p>
        </w:tc>
        <w:tc>
          <w:tcPr>
            <w:tcW w:w="1928" w:type="dxa"/>
          </w:tcPr>
          <w:p w14:paraId="7A9FB023" w14:textId="77777777" w:rsidR="00BC4E80" w:rsidRDefault="00BC4E80">
            <w:pPr>
              <w:spacing w:after="60"/>
            </w:pPr>
          </w:p>
        </w:tc>
      </w:tr>
      <w:tr w:rsidR="00BC4E80" w14:paraId="6C3052B5" w14:textId="77777777">
        <w:tc>
          <w:tcPr>
            <w:tcW w:w="510" w:type="dxa"/>
          </w:tcPr>
          <w:p w14:paraId="241ECAA2" w14:textId="77777777" w:rsidR="00BC4E80" w:rsidRDefault="00BC4E80">
            <w:pPr>
              <w:spacing w:after="60"/>
            </w:pPr>
          </w:p>
        </w:tc>
        <w:tc>
          <w:tcPr>
            <w:tcW w:w="2721" w:type="dxa"/>
          </w:tcPr>
          <w:p w14:paraId="4C5066BE" w14:textId="77777777" w:rsidR="00BC4E80" w:rsidRDefault="00BC4E80">
            <w:pPr>
              <w:spacing w:after="60"/>
            </w:pPr>
          </w:p>
        </w:tc>
        <w:tc>
          <w:tcPr>
            <w:tcW w:w="1814" w:type="dxa"/>
          </w:tcPr>
          <w:p w14:paraId="43826236" w14:textId="77777777" w:rsidR="00BC4E80" w:rsidRDefault="00BC4E80">
            <w:pPr>
              <w:spacing w:after="60"/>
            </w:pPr>
          </w:p>
        </w:tc>
        <w:tc>
          <w:tcPr>
            <w:tcW w:w="1247" w:type="dxa"/>
          </w:tcPr>
          <w:p w14:paraId="7BFE8DA0" w14:textId="77777777" w:rsidR="00BC4E80" w:rsidRDefault="00BC4E80">
            <w:pPr>
              <w:spacing w:after="60"/>
            </w:pPr>
          </w:p>
        </w:tc>
        <w:tc>
          <w:tcPr>
            <w:tcW w:w="1984" w:type="dxa"/>
          </w:tcPr>
          <w:p w14:paraId="6F8C356C" w14:textId="77777777" w:rsidR="00BC4E80" w:rsidRDefault="00BC4E80">
            <w:pPr>
              <w:spacing w:after="60"/>
            </w:pPr>
          </w:p>
        </w:tc>
        <w:tc>
          <w:tcPr>
            <w:tcW w:w="1928" w:type="dxa"/>
          </w:tcPr>
          <w:p w14:paraId="70EA6BA3" w14:textId="77777777" w:rsidR="00BC4E80" w:rsidRDefault="00BC4E80">
            <w:pPr>
              <w:spacing w:after="60"/>
            </w:pPr>
          </w:p>
        </w:tc>
      </w:tr>
      <w:tr w:rsidR="00BC4E80" w14:paraId="5E9B37C9" w14:textId="77777777">
        <w:tc>
          <w:tcPr>
            <w:tcW w:w="510" w:type="dxa"/>
          </w:tcPr>
          <w:p w14:paraId="14E1EBC2" w14:textId="77777777" w:rsidR="00BC4E80" w:rsidRDefault="00BC4E80">
            <w:pPr>
              <w:spacing w:after="60"/>
            </w:pPr>
          </w:p>
        </w:tc>
        <w:tc>
          <w:tcPr>
            <w:tcW w:w="2721" w:type="dxa"/>
          </w:tcPr>
          <w:p w14:paraId="3A1E2AA6" w14:textId="77777777" w:rsidR="00BC4E80" w:rsidRDefault="00BC4E80">
            <w:pPr>
              <w:spacing w:after="60"/>
            </w:pPr>
          </w:p>
        </w:tc>
        <w:tc>
          <w:tcPr>
            <w:tcW w:w="1814" w:type="dxa"/>
          </w:tcPr>
          <w:p w14:paraId="3256EC7C" w14:textId="77777777" w:rsidR="00BC4E80" w:rsidRDefault="00BC4E80">
            <w:pPr>
              <w:spacing w:after="60"/>
            </w:pPr>
          </w:p>
        </w:tc>
        <w:tc>
          <w:tcPr>
            <w:tcW w:w="1247" w:type="dxa"/>
          </w:tcPr>
          <w:p w14:paraId="4BBB2424" w14:textId="77777777" w:rsidR="00BC4E80" w:rsidRDefault="00BC4E80">
            <w:pPr>
              <w:spacing w:after="60"/>
            </w:pPr>
          </w:p>
        </w:tc>
        <w:tc>
          <w:tcPr>
            <w:tcW w:w="1984" w:type="dxa"/>
          </w:tcPr>
          <w:p w14:paraId="656663C6" w14:textId="77777777" w:rsidR="00BC4E80" w:rsidRDefault="00BC4E80">
            <w:pPr>
              <w:spacing w:after="60"/>
            </w:pPr>
          </w:p>
        </w:tc>
        <w:tc>
          <w:tcPr>
            <w:tcW w:w="1928" w:type="dxa"/>
          </w:tcPr>
          <w:p w14:paraId="240E95F2" w14:textId="77777777" w:rsidR="00BC4E80" w:rsidRDefault="00BC4E80">
            <w:pPr>
              <w:spacing w:after="60"/>
            </w:pPr>
          </w:p>
        </w:tc>
      </w:tr>
      <w:tr w:rsidR="00BC4E80" w14:paraId="09D81065" w14:textId="77777777">
        <w:tc>
          <w:tcPr>
            <w:tcW w:w="510" w:type="dxa"/>
          </w:tcPr>
          <w:p w14:paraId="03B7EFD1" w14:textId="77777777" w:rsidR="00BC4E80" w:rsidRDefault="00BC4E80">
            <w:pPr>
              <w:spacing w:after="60"/>
            </w:pPr>
          </w:p>
        </w:tc>
        <w:tc>
          <w:tcPr>
            <w:tcW w:w="2721" w:type="dxa"/>
          </w:tcPr>
          <w:p w14:paraId="4277D794" w14:textId="77777777" w:rsidR="00BC4E80" w:rsidRDefault="00BC4E80">
            <w:pPr>
              <w:spacing w:after="60"/>
            </w:pPr>
          </w:p>
        </w:tc>
        <w:tc>
          <w:tcPr>
            <w:tcW w:w="1814" w:type="dxa"/>
          </w:tcPr>
          <w:p w14:paraId="0A961A84" w14:textId="77777777" w:rsidR="00BC4E80" w:rsidRDefault="00BC4E80">
            <w:pPr>
              <w:spacing w:after="60"/>
            </w:pPr>
          </w:p>
        </w:tc>
        <w:tc>
          <w:tcPr>
            <w:tcW w:w="1247" w:type="dxa"/>
          </w:tcPr>
          <w:p w14:paraId="3B83F3F3" w14:textId="77777777" w:rsidR="00BC4E80" w:rsidRDefault="00BC4E80">
            <w:pPr>
              <w:spacing w:after="60"/>
            </w:pPr>
          </w:p>
        </w:tc>
        <w:tc>
          <w:tcPr>
            <w:tcW w:w="1984" w:type="dxa"/>
          </w:tcPr>
          <w:p w14:paraId="50327B61" w14:textId="77777777" w:rsidR="00BC4E80" w:rsidRDefault="00BC4E80">
            <w:pPr>
              <w:spacing w:after="60"/>
            </w:pPr>
          </w:p>
        </w:tc>
        <w:tc>
          <w:tcPr>
            <w:tcW w:w="1928" w:type="dxa"/>
          </w:tcPr>
          <w:p w14:paraId="3BB42ABB" w14:textId="77777777" w:rsidR="00BC4E80" w:rsidRDefault="00BC4E80">
            <w:pPr>
              <w:spacing w:after="60"/>
            </w:pPr>
          </w:p>
        </w:tc>
      </w:tr>
      <w:tr w:rsidR="00BC4E80" w14:paraId="7154CEC8" w14:textId="77777777">
        <w:tc>
          <w:tcPr>
            <w:tcW w:w="510" w:type="dxa"/>
          </w:tcPr>
          <w:p w14:paraId="40F9989B" w14:textId="77777777" w:rsidR="00BC4E80" w:rsidRDefault="00BC4E80">
            <w:pPr>
              <w:spacing w:after="60"/>
            </w:pPr>
          </w:p>
        </w:tc>
        <w:tc>
          <w:tcPr>
            <w:tcW w:w="2721" w:type="dxa"/>
          </w:tcPr>
          <w:p w14:paraId="426048B3" w14:textId="77777777" w:rsidR="00BC4E80" w:rsidRDefault="00BC4E80">
            <w:pPr>
              <w:spacing w:after="60"/>
            </w:pPr>
          </w:p>
        </w:tc>
        <w:tc>
          <w:tcPr>
            <w:tcW w:w="1814" w:type="dxa"/>
          </w:tcPr>
          <w:p w14:paraId="02D1E56E" w14:textId="77777777" w:rsidR="00BC4E80" w:rsidRDefault="00BC4E80">
            <w:pPr>
              <w:spacing w:after="60"/>
            </w:pPr>
          </w:p>
        </w:tc>
        <w:tc>
          <w:tcPr>
            <w:tcW w:w="1247" w:type="dxa"/>
          </w:tcPr>
          <w:p w14:paraId="495B5DBD" w14:textId="77777777" w:rsidR="00BC4E80" w:rsidRDefault="00BC4E80">
            <w:pPr>
              <w:spacing w:after="60"/>
            </w:pPr>
          </w:p>
        </w:tc>
        <w:tc>
          <w:tcPr>
            <w:tcW w:w="1984" w:type="dxa"/>
          </w:tcPr>
          <w:p w14:paraId="5127FF04" w14:textId="77777777" w:rsidR="00BC4E80" w:rsidRDefault="00BC4E80">
            <w:pPr>
              <w:spacing w:after="60"/>
            </w:pPr>
          </w:p>
        </w:tc>
        <w:tc>
          <w:tcPr>
            <w:tcW w:w="1928" w:type="dxa"/>
          </w:tcPr>
          <w:p w14:paraId="066F27C1" w14:textId="77777777" w:rsidR="00BC4E80" w:rsidRDefault="00BC4E80">
            <w:pPr>
              <w:spacing w:after="60"/>
            </w:pPr>
          </w:p>
        </w:tc>
      </w:tr>
      <w:tr w:rsidR="00BC4E80" w14:paraId="4723BE60" w14:textId="77777777">
        <w:tc>
          <w:tcPr>
            <w:tcW w:w="510" w:type="dxa"/>
          </w:tcPr>
          <w:p w14:paraId="5D8DCD49" w14:textId="77777777" w:rsidR="00BC4E80" w:rsidRDefault="00BC4E80">
            <w:pPr>
              <w:spacing w:after="60"/>
            </w:pPr>
          </w:p>
        </w:tc>
        <w:tc>
          <w:tcPr>
            <w:tcW w:w="2721" w:type="dxa"/>
          </w:tcPr>
          <w:p w14:paraId="24094276" w14:textId="77777777" w:rsidR="00BC4E80" w:rsidRDefault="00BC4E80">
            <w:pPr>
              <w:spacing w:after="60"/>
            </w:pPr>
          </w:p>
        </w:tc>
        <w:tc>
          <w:tcPr>
            <w:tcW w:w="1814" w:type="dxa"/>
          </w:tcPr>
          <w:p w14:paraId="124773A6" w14:textId="77777777" w:rsidR="00BC4E80" w:rsidRDefault="00BC4E80">
            <w:pPr>
              <w:spacing w:after="60"/>
            </w:pPr>
          </w:p>
        </w:tc>
        <w:tc>
          <w:tcPr>
            <w:tcW w:w="1247" w:type="dxa"/>
          </w:tcPr>
          <w:p w14:paraId="5A2C656B" w14:textId="77777777" w:rsidR="00BC4E80" w:rsidRDefault="00BC4E80">
            <w:pPr>
              <w:spacing w:after="60"/>
            </w:pPr>
          </w:p>
        </w:tc>
        <w:tc>
          <w:tcPr>
            <w:tcW w:w="1984" w:type="dxa"/>
          </w:tcPr>
          <w:p w14:paraId="743BA9F6" w14:textId="77777777" w:rsidR="00BC4E80" w:rsidRDefault="00BC4E80">
            <w:pPr>
              <w:spacing w:after="60"/>
            </w:pPr>
          </w:p>
        </w:tc>
        <w:tc>
          <w:tcPr>
            <w:tcW w:w="1928" w:type="dxa"/>
          </w:tcPr>
          <w:p w14:paraId="2FF43861" w14:textId="77777777" w:rsidR="00BC4E80" w:rsidRDefault="00BC4E80">
            <w:pPr>
              <w:spacing w:after="60"/>
            </w:pPr>
          </w:p>
        </w:tc>
      </w:tr>
    </w:tbl>
    <w:p w14:paraId="414B3A3F" w14:textId="77777777" w:rsidR="00BC4E80" w:rsidRDefault="00BC4E80">
      <w:pPr>
        <w:tabs>
          <w:tab w:val="left" w:pos="5386"/>
        </w:tabs>
        <w:spacing w:after="160" w:before="3402"/>
      </w:pPr>
      <w:r>
        <w:rPr>
          <w:rFonts w:ascii="Times New Roman" w:hAnsi="Times New Roman" w:cs="Times New Roman" w:eastAsia="Times New Roman"/>
          <w:sz w:val="24"/>
        </w:rPr>
        <w:t>Изготвил: ……………………………………………</w:t>
      </w:r>
      <w:r>
        <w:rPr>
          <w:rFonts w:ascii="Times New Roman" w:hAnsi="Times New Roman" w:cs="Times New Roman" w:eastAsia="Times New Roman"/>
          <w:sz w:val="24"/>
        </w:rPr>
        <w:tab/>
        <w:t>Утвърдил, Директор: …………………………</w:t>
      </w:r>
    </w:p>
    <w:p w14:paraId="7E0666C3"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76 към Правилника за дейността на училището</w:t>
      </w:r>
    </w:p>
    <w:p w14:paraId="56A14BE9"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FD2C62D" wp14:editId="140985E4">
            <wp:extent cx="6483600" cy="1175152"/>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4EA1A44" w14:textId="77777777" w:rsidR="00BC4E80" w:rsidRDefault="00BC4E80">
      <w:pPr>
        <w:spacing w:before="80" w:after="40"/>
        <w:jc w:val="center"/>
      </w:pPr>
      <w:r>
        <w:rPr>
          <w:rFonts w:ascii="Times New Roman" w:hAnsi="Times New Roman" w:cs="Times New Roman" w:eastAsia="Times New Roman"/>
          <w:b/>
          <w:sz w:val="26"/>
        </w:rPr>
        <w:t>П Р О Т О К О Л   О Т   П Р О В Е Р К А</w:t>
      </w:r>
    </w:p>
    <w:p w14:paraId="23FE5668" w14:textId="77777777" w:rsidR="00BC4E80" w:rsidRDefault="00BC4E80">
      <w:pPr>
        <w:spacing w:after="80"/>
        <w:jc w:val="center"/>
      </w:pPr>
      <w:r>
        <w:rPr>
          <w:rFonts w:ascii="Times New Roman" w:hAnsi="Times New Roman" w:cs="Times New Roman" w:eastAsia="Times New Roman"/>
          <w:b/>
        </w:rPr>
        <w:t>в изпълнение на плана за вътрешен контрол</w:t>
      </w:r>
    </w:p>
    <w:p w14:paraId="6F4593FE" w14:textId="77777777" w:rsidR="00BC4E80" w:rsidRDefault="00BC4E80">
      <w:pPr>
        <w:spacing w:after="160"/>
        <w:jc w:val="center"/>
      </w:pPr>
      <w:r>
        <w:rPr>
          <w:rFonts w:ascii="Times New Roman" w:hAnsi="Times New Roman" w:cs="Times New Roman" w:eastAsia="Times New Roman"/>
          <w:i/>
          <w:sz w:val="20"/>
        </w:rPr>
        <w:t>чл. 10, т. 3 и т. 12 от ПДУ</w:t>
      </w:r>
    </w:p>
    <w:p w14:paraId="5B4B6AA9" w14:textId="77777777" w:rsidR="00BC4E80" w:rsidRDefault="00BC4E80">
      <w:pPr>
        <w:spacing w:after="40"/>
      </w:pPr>
      <w:r>
        <w:rPr>
          <w:rFonts w:ascii="Times New Roman" w:hAnsi="Times New Roman" w:cs="Times New Roman" w:eastAsia="Times New Roman"/>
          <w:sz w:val="24"/>
        </w:rPr>
        <w:t>Протокол № …………………………………… / …………………………………………………… г.</w:t>
      </w:r>
    </w:p>
    <w:p w14:paraId="7747CB1B" w14:textId="77777777" w:rsidR="00BC4E80" w:rsidRDefault="00BC4E80">
      <w:pPr>
        <w:spacing w:after="40"/>
      </w:pPr>
      <w:r>
        <w:rPr>
          <w:rFonts w:ascii="Times New Roman" w:hAnsi="Times New Roman" w:cs="Times New Roman" w:eastAsia="Times New Roman"/>
          <w:sz w:val="24"/>
        </w:rPr>
        <w:t>Извършил проверката: ………………………………………………… – ………………………………</w:t>
      </w:r>
    </w:p>
    <w:p w14:paraId="1847B25D" w14:textId="77777777" w:rsidR="00BC4E80" w:rsidRDefault="00BC4E80">
      <w:pPr>
        <w:spacing w:after="40"/>
      </w:pPr>
      <w:r>
        <w:rPr>
          <w:rFonts w:ascii="Times New Roman" w:hAnsi="Times New Roman" w:cs="Times New Roman" w:eastAsia="Times New Roman"/>
          <w:sz w:val="24"/>
        </w:rPr>
        <w:t>Проверяван: ………………………………………………………… – …………………………………</w:t>
      </w:r>
    </w:p>
    <w:p w14:paraId="11924E77" w14:textId="77777777" w:rsidR="00BC4E80" w:rsidRDefault="00BC4E80">
      <w:pPr>
        <w:spacing w:after="80"/>
      </w:pPr>
    </w:p>
    <w:p w14:paraId="34D8D2F2" w14:textId="77777777" w:rsidR="00BC4E80" w:rsidRDefault="00BC4E80">
      <w:pPr>
        <w:spacing w:after="80"/>
        <w:jc w:val="both"/>
      </w:pPr>
      <w:r>
        <w:rPr>
          <w:rFonts w:ascii="Times New Roman" w:hAnsi="Times New Roman" w:cs="Times New Roman" w:eastAsia="Times New Roman"/>
          <w:sz w:val="24"/>
        </w:rPr>
        <w:t>Вид на проверката: ☐ текуща   ☐ тематична   ☐ по сигнал   ☐ последваща</w:t>
      </w:r>
    </w:p>
    <w:p w14:paraId="7D214BBA" w14:textId="77777777" w:rsidR="00BC4E80" w:rsidRDefault="00BC4E80">
      <w:pPr>
        <w:spacing w:after="80"/>
      </w:pPr>
      <w:r>
        <w:rPr>
          <w:rFonts w:ascii="Times New Roman" w:hAnsi="Times New Roman" w:cs="Times New Roman" w:eastAsia="Times New Roman"/>
          <w:sz w:val="24"/>
        </w:rPr>
        <w:t>Обект на проверката: ☐ учебен час   ☐ водене на документация   ☐ електронен дневник   ☐ практическо обучение   ☐ дежурство   ☐ друго: ……………………</w:t>
      </w:r>
    </w:p>
    <w:p w14:paraId="01631928" w14:textId="77777777" w:rsidR="00BC4E80" w:rsidRDefault="00BC4E80">
      <w:pPr>
        <w:spacing w:after="80"/>
      </w:pPr>
      <w:r>
        <w:rPr>
          <w:rFonts w:ascii="Times New Roman" w:hAnsi="Times New Roman" w:cs="Times New Roman" w:eastAsia="Times New Roman"/>
          <w:sz w:val="24"/>
        </w:rPr>
        <w:t>Дата и час на проверката: …………………………………………… г., ………………………………</w:t>
      </w:r>
    </w:p>
    <w:p w14:paraId="51C8CD4D" w14:textId="77777777" w:rsidR="00BC4E80" w:rsidRDefault="00BC4E80">
      <w:pPr>
        <w:spacing w:after="80"/>
      </w:pPr>
      <w:r>
        <w:rPr>
          <w:rFonts w:ascii="Times New Roman" w:hAnsi="Times New Roman" w:cs="Times New Roman" w:eastAsia="Times New Roman"/>
          <w:sz w:val="24"/>
        </w:rPr>
        <w:t>Констатации: ……………………………………………………………………………………………</w:t>
      </w:r>
    </w:p>
    <w:p w14:paraId="1F78DE8A" w14:textId="77777777" w:rsidR="00BC4E80" w:rsidRDefault="00BC4E80">
      <w:pPr>
        <w:spacing w:after="80"/>
      </w:pPr>
      <w:r>
        <w:rPr>
          <w:rFonts w:ascii="Times New Roman" w:hAnsi="Times New Roman" w:cs="Times New Roman" w:eastAsia="Times New Roman"/>
          <w:sz w:val="24"/>
        </w:rPr>
        <w:t>………………………………………………………………………………………………………………</w:t>
      </w:r>
    </w:p>
    <w:p w14:paraId="7AFE11B8" w14:textId="77777777" w:rsidR="00BC4E80" w:rsidRDefault="00BC4E80">
      <w:pPr>
        <w:spacing w:after="80"/>
      </w:pPr>
      <w:r>
        <w:rPr>
          <w:rFonts w:ascii="Times New Roman" w:hAnsi="Times New Roman" w:cs="Times New Roman" w:eastAsia="Times New Roman"/>
          <w:sz w:val="24"/>
        </w:rPr>
        <w:t>………………………………………………………………………………………………………………</w:t>
      </w:r>
    </w:p>
    <w:p w14:paraId="7FFACBE2" w14:textId="77777777" w:rsidR="00BC4E80" w:rsidRDefault="00BC4E80">
      <w:pPr>
        <w:spacing w:after="80"/>
      </w:pPr>
      <w:r>
        <w:rPr>
          <w:rFonts w:ascii="Times New Roman" w:hAnsi="Times New Roman" w:cs="Times New Roman" w:eastAsia="Times New Roman"/>
          <w:sz w:val="24"/>
        </w:rPr>
        <w:t>………………………………………………………………………………………………………………</w:t>
      </w:r>
    </w:p>
    <w:p w14:paraId="536C89AC" w14:textId="77777777" w:rsidR="00BC4E80" w:rsidRDefault="00BC4E80">
      <w:pPr>
        <w:spacing w:after="80"/>
      </w:pPr>
      <w:r>
        <w:rPr>
          <w:rFonts w:ascii="Times New Roman" w:hAnsi="Times New Roman" w:cs="Times New Roman" w:eastAsia="Times New Roman"/>
          <w:sz w:val="24"/>
        </w:rPr>
        <w:t>Положителни страни: ……………………………………………………………………………………</w:t>
      </w:r>
    </w:p>
    <w:p w14:paraId="05EA6CF8" w14:textId="77777777" w:rsidR="00BC4E80" w:rsidRDefault="00BC4E80">
      <w:pPr>
        <w:spacing w:after="80"/>
      </w:pPr>
      <w:r>
        <w:rPr>
          <w:rFonts w:ascii="Times New Roman" w:hAnsi="Times New Roman" w:cs="Times New Roman" w:eastAsia="Times New Roman"/>
          <w:sz w:val="24"/>
        </w:rPr>
        <w:t>………………………………………………………………………………………………………………</w:t>
      </w:r>
    </w:p>
    <w:p w14:paraId="0D6325A3" w14:textId="77777777" w:rsidR="00BC4E80" w:rsidRDefault="00BC4E80">
      <w:pPr>
        <w:spacing w:after="80"/>
      </w:pPr>
      <w:r>
        <w:rPr>
          <w:rFonts w:ascii="Times New Roman" w:hAnsi="Times New Roman" w:cs="Times New Roman" w:eastAsia="Times New Roman"/>
          <w:sz w:val="24"/>
        </w:rPr>
        <w:t>Констатирани несъответствия: …………………………………………………………………………</w:t>
      </w:r>
    </w:p>
    <w:p w14:paraId="2FA792E4" w14:textId="77777777" w:rsidR="00BC4E80" w:rsidRDefault="00BC4E80">
      <w:pPr>
        <w:spacing w:after="80"/>
      </w:pPr>
      <w:r>
        <w:rPr>
          <w:rFonts w:ascii="Times New Roman" w:hAnsi="Times New Roman" w:cs="Times New Roman" w:eastAsia="Times New Roman"/>
          <w:sz w:val="24"/>
        </w:rPr>
        <w:t>………………………………………………………………………………………………………………</w:t>
      </w:r>
    </w:p>
    <w:p w14:paraId="4ABB02E7" w14:textId="77777777" w:rsidR="00BC4E80" w:rsidRDefault="00BC4E80">
      <w:pPr>
        <w:spacing w:after="80"/>
      </w:pPr>
      <w:r>
        <w:rPr>
          <w:rFonts w:ascii="Times New Roman" w:hAnsi="Times New Roman" w:cs="Times New Roman" w:eastAsia="Times New Roman"/>
          <w:sz w:val="24"/>
        </w:rPr>
        <w:t>Препоръки и срок за изпълнение: ………………………………………………………………………</w:t>
      </w:r>
    </w:p>
    <w:p w14:paraId="036B3C1A" w14:textId="77777777" w:rsidR="00BC4E80" w:rsidRDefault="00BC4E80">
      <w:pPr>
        <w:spacing w:after="80"/>
      </w:pPr>
      <w:r>
        <w:rPr>
          <w:rFonts w:ascii="Times New Roman" w:hAnsi="Times New Roman" w:cs="Times New Roman" w:eastAsia="Times New Roman"/>
          <w:sz w:val="24"/>
        </w:rPr>
        <w:t>………………………………………………………………………………………………………………</w:t>
      </w:r>
    </w:p>
    <w:p w14:paraId="43ED5F4D" w14:textId="77777777" w:rsidR="00BC4E80" w:rsidRDefault="00BC4E80">
      <w:pPr>
        <w:spacing w:after="80"/>
      </w:pPr>
      <w:r>
        <w:rPr>
          <w:rFonts w:ascii="Times New Roman" w:hAnsi="Times New Roman" w:cs="Times New Roman" w:eastAsia="Times New Roman"/>
          <w:sz w:val="24"/>
        </w:rPr>
        <w:t>Становище на проверявания: ……………………………………………………………………………</w:t>
      </w:r>
    </w:p>
    <w:p w14:paraId="046DED1C" w14:textId="77777777" w:rsidR="00BC4E80" w:rsidRDefault="00BC4E80">
      <w:pPr>
        <w:spacing w:after="80"/>
      </w:pPr>
      <w:r>
        <w:rPr>
          <w:rFonts w:ascii="Times New Roman" w:hAnsi="Times New Roman" w:cs="Times New Roman" w:eastAsia="Times New Roman"/>
          <w:sz w:val="24"/>
        </w:rPr>
        <w:t>………………………………………………………………………………………………………………</w:t>
      </w:r>
    </w:p>
    <w:p w14:paraId="082E0060" w14:textId="77777777" w:rsidR="00BC4E80" w:rsidRDefault="00BC4E80">
      <w:pPr>
        <w:spacing w:after="200"/>
      </w:pPr>
    </w:p>
    <w:p w14:paraId="67D11500" w14:textId="77777777" w:rsidR="00BC4E80" w:rsidRDefault="00BC4E80">
      <w:pPr>
        <w:tabs>
          <w:tab w:val="left" w:pos="5386"/>
        </w:tabs>
        <w:spacing w:after="160"/>
      </w:pPr>
      <w:r>
        <w:rPr>
          <w:rFonts w:ascii="Times New Roman" w:hAnsi="Times New Roman" w:cs="Times New Roman" w:eastAsia="Times New Roman"/>
          <w:sz w:val="24"/>
        </w:rPr>
        <w:t>Извършил проверката: ……………………………</w:t>
      </w:r>
      <w:r>
        <w:rPr>
          <w:rFonts w:ascii="Times New Roman" w:hAnsi="Times New Roman" w:cs="Times New Roman" w:eastAsia="Times New Roman"/>
          <w:sz w:val="24"/>
        </w:rPr>
        <w:tab/>
        <w:t>Проверяван: ……………………………………</w:t>
      </w:r>
    </w:p>
    <w:p w14:paraId="5B1F8EB2" w14:textId="77777777" w:rsidR="00BC4E80" w:rsidRDefault="00BC4E80">
      <w:pPr>
        <w:tabs>
          <w:tab w:val="left" w:pos="5386"/>
        </w:tabs>
        <w:spacing w:after="160" w:before="1690"/>
      </w:pPr>
      <w:r>
        <w:rPr>
          <w:rFonts w:ascii="Times New Roman" w:hAnsi="Times New Roman" w:cs="Times New Roman" w:eastAsia="Times New Roman"/>
          <w:sz w:val="24"/>
        </w:rPr>
        <w:t>Запознат, Директор: ………………………………</w:t>
      </w:r>
      <w:r>
        <w:rPr>
          <w:rFonts w:ascii="Times New Roman" w:hAnsi="Times New Roman" w:cs="Times New Roman" w:eastAsia="Times New Roman"/>
          <w:sz w:val="24"/>
        </w:rPr>
        <w:tab/>
      </w:r>
    </w:p>
    <w:p w14:paraId="64B2198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77 към Правилника за дейността на училището</w:t>
      </w:r>
    </w:p>
    <w:p w14:paraId="1F8957B6"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4C6231A0" wp14:editId="6E16B0FF">
            <wp:extent cx="6483600" cy="1175152"/>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72F69F88" w14:textId="77777777" w:rsidR="00BC4E80" w:rsidRDefault="00BC4E80">
      <w:r>
        <w:rPr>
          <w:rFonts w:ascii="Times New Roman" w:hAnsi="Times New Roman" w:cs="Times New Roman" w:eastAsia="Times New Roman"/>
          <w:b/>
          <w:sz w:val="24"/>
        </w:rPr>
        <w:t>ДО</w:t>
      </w:r>
    </w:p>
    <w:p w14:paraId="7A530A01" w14:textId="77777777" w:rsidR="00BC4E80" w:rsidRDefault="00BC4E80">
      <w:r>
        <w:rPr>
          <w:rFonts w:ascii="Times New Roman" w:hAnsi="Times New Roman" w:cs="Times New Roman" w:eastAsia="Times New Roman"/>
          <w:b/>
          <w:sz w:val="24"/>
        </w:rPr>
        <w:t>ПЕДАГОГИЧЕСКИЯ СЪВЕТ</w:t>
      </w:r>
    </w:p>
    <w:p w14:paraId="5EB3D441" w14:textId="77777777" w:rsidR="00BC4E80" w:rsidRDefault="00BC4E80">
      <w:r>
        <w:rPr>
          <w:rFonts w:ascii="Times New Roman" w:hAnsi="Times New Roman" w:cs="Times New Roman" w:eastAsia="Times New Roman"/>
          <w:b/>
          <w:sz w:val="24"/>
        </w:rPr>
        <w:t>ПРИ ПГМКР „СВЕТИ НИКОЛА“</w:t>
      </w:r>
    </w:p>
    <w:p w14:paraId="33E2A040" w14:textId="77777777" w:rsidR="00BC4E80" w:rsidRDefault="00BC4E80">
      <w:r>
        <w:rPr>
          <w:rFonts w:ascii="Times New Roman" w:hAnsi="Times New Roman" w:cs="Times New Roman" w:eastAsia="Times New Roman"/>
          <w:b/>
          <w:sz w:val="24"/>
        </w:rPr>
        <w:t>ГР. БУРГАС</w:t>
      </w:r>
    </w:p>
    <w:p w14:paraId="182A7A8A" w14:textId="77777777" w:rsidR="00BC4E80" w:rsidRDefault="00BC4E80">
      <w:pPr>
        <w:spacing w:after="160"/>
      </w:pPr>
    </w:p>
    <w:p w14:paraId="30ABB7F5" w14:textId="77777777" w:rsidR="00BC4E80" w:rsidRDefault="00BC4E80">
      <w:pPr>
        <w:spacing w:before="80" w:after="40"/>
        <w:jc w:val="center"/>
      </w:pPr>
      <w:r>
        <w:rPr>
          <w:rFonts w:ascii="Times New Roman" w:hAnsi="Times New Roman" w:cs="Times New Roman" w:eastAsia="Times New Roman"/>
          <w:b/>
          <w:sz w:val="26"/>
        </w:rPr>
        <w:t>Д О К Л А Д</w:t>
      </w:r>
    </w:p>
    <w:p w14:paraId="46BCF1D8" w14:textId="77777777" w:rsidR="00BC4E80" w:rsidRDefault="00BC4E80">
      <w:pPr>
        <w:spacing w:after="80"/>
        <w:jc w:val="center"/>
      </w:pPr>
      <w:r>
        <w:rPr>
          <w:rFonts w:ascii="Times New Roman" w:hAnsi="Times New Roman" w:cs="Times New Roman" w:eastAsia="Times New Roman"/>
          <w:b/>
        </w:rPr>
        <w:t>за изпълнение на годишния план за дейността на училището</w:t>
      </w:r>
    </w:p>
    <w:p w14:paraId="5996BC04" w14:textId="77777777" w:rsidR="00BC4E80" w:rsidRDefault="00BC4E80">
      <w:pPr>
        <w:spacing w:after="160"/>
        <w:jc w:val="center"/>
      </w:pPr>
      <w:r>
        <w:rPr>
          <w:rFonts w:ascii="Times New Roman" w:hAnsi="Times New Roman" w:cs="Times New Roman" w:eastAsia="Times New Roman"/>
          <w:i/>
          <w:sz w:val="20"/>
        </w:rPr>
        <w:t>чл. 13, ал. 1, т. 5 и т. 14 от ПДУ</w:t>
      </w:r>
    </w:p>
    <w:p w14:paraId="06B7C969" w14:textId="77777777" w:rsidR="00BC4E80" w:rsidRDefault="00BC4E80">
      <w:pPr>
        <w:spacing w:after="40"/>
      </w:pPr>
      <w:r>
        <w:rPr>
          <w:rFonts w:ascii="Times New Roman" w:hAnsi="Times New Roman" w:cs="Times New Roman" w:eastAsia="Times New Roman"/>
          <w:sz w:val="24"/>
        </w:rPr>
        <w:t>Учебна година: 20…… / 20…… г.        Период: ………………………………………………………</w:t>
      </w:r>
    </w:p>
    <w:p w14:paraId="53B68075" w14:textId="77777777" w:rsidR="00BC4E80" w:rsidRDefault="00BC4E80">
      <w:pPr>
        <w:spacing w:after="40"/>
      </w:pPr>
      <w:r>
        <w:rPr>
          <w:rFonts w:ascii="Times New Roman" w:hAnsi="Times New Roman" w:cs="Times New Roman" w:eastAsia="Times New Roman"/>
          <w:sz w:val="24"/>
        </w:rPr>
        <w:t>Изготвил: …………………………………………………………………………………………………</w:t>
      </w:r>
    </w:p>
    <w:p w14:paraId="1B6AF501" w14:textId="77777777" w:rsidR="00BC4E80" w:rsidRDefault="00BC4E80">
      <w:pPr>
        <w:spacing w:after="80"/>
      </w:pPr>
    </w:p>
    <w:p w14:paraId="7145DB70" w14:textId="77777777" w:rsidR="00BC4E80" w:rsidRDefault="00BC4E80">
      <w:pPr>
        <w:spacing w:after="120"/>
      </w:pPr>
      <w:r>
        <w:rPr>
          <w:rFonts w:ascii="Times New Roman" w:hAnsi="Times New Roman" w:cs="Times New Roman" w:eastAsia="Times New Roman"/>
          <w:b/>
          <w:sz w:val="24"/>
        </w:rPr>
        <w:t>УВАЖАЕМИ ЧЛЕНОВЕ НА ПЕДАГОГИЧЕСКИЯ СЪВЕТ,</w:t>
      </w:r>
    </w:p>
    <w:p w14:paraId="20003ABF" w14:textId="77777777" w:rsidR="00BC4E80" w:rsidRDefault="00BC4E80">
      <w:pPr>
        <w:spacing w:after="80"/>
      </w:pPr>
      <w:r>
        <w:rPr>
          <w:rFonts w:ascii="Times New Roman" w:hAnsi="Times New Roman" w:cs="Times New Roman" w:eastAsia="Times New Roman"/>
          <w:sz w:val="24"/>
        </w:rPr>
        <w:t>Изпълнение на основните цели и задачи: ………………………………………………………………</w:t>
      </w:r>
    </w:p>
    <w:p w14:paraId="43DA69F5" w14:textId="77777777" w:rsidR="00BC4E80" w:rsidRDefault="00BC4E80">
      <w:pPr>
        <w:spacing w:after="80"/>
      </w:pPr>
      <w:r>
        <w:rPr>
          <w:rFonts w:ascii="Times New Roman" w:hAnsi="Times New Roman" w:cs="Times New Roman" w:eastAsia="Times New Roman"/>
          <w:sz w:val="24"/>
        </w:rPr>
        <w:t>………………………………………………………………………………………………………………</w:t>
      </w:r>
    </w:p>
    <w:p w14:paraId="2D1FBB2A" w14:textId="77777777" w:rsidR="00BC4E80" w:rsidRDefault="00BC4E80">
      <w:pPr>
        <w:spacing w:after="80"/>
      </w:pPr>
      <w:r>
        <w:rPr>
          <w:rFonts w:ascii="Times New Roman" w:hAnsi="Times New Roman" w:cs="Times New Roman" w:eastAsia="Times New Roman"/>
          <w:sz w:val="24"/>
        </w:rPr>
        <w:t>………………………………………………………………………………………………………………</w:t>
      </w:r>
    </w:p>
    <w:p w14:paraId="355C07F6" w14:textId="77777777" w:rsidR="00BC4E80" w:rsidRDefault="00BC4E80">
      <w:pPr>
        <w:spacing w:after="80"/>
      </w:pPr>
      <w:r>
        <w:rPr>
          <w:rFonts w:ascii="Times New Roman" w:hAnsi="Times New Roman" w:cs="Times New Roman" w:eastAsia="Times New Roman"/>
          <w:sz w:val="24"/>
        </w:rPr>
        <w:t>Образователни резултати: среден успех ……………………; резултати от ДЗИ ……………………; резултати от ДИППК ……………………</w:t>
      </w:r>
    </w:p>
    <w:p w14:paraId="26AA29B5" w14:textId="77777777" w:rsidR="00BC4E80" w:rsidRDefault="00BC4E80">
      <w:pPr>
        <w:spacing w:after="80"/>
      </w:pPr>
      <w:r>
        <w:rPr>
          <w:rFonts w:ascii="Times New Roman" w:hAnsi="Times New Roman" w:cs="Times New Roman" w:eastAsia="Times New Roman"/>
          <w:sz w:val="24"/>
        </w:rPr>
        <w:t>Отсъствия: общо ………………………………, от които неизвинени ………………………………</w:t>
      </w:r>
    </w:p>
    <w:p w14:paraId="690EC737" w14:textId="77777777" w:rsidR="00BC4E80" w:rsidRDefault="00BC4E80">
      <w:pPr>
        <w:spacing w:after="80"/>
      </w:pPr>
      <w:r>
        <w:rPr>
          <w:rFonts w:ascii="Times New Roman" w:hAnsi="Times New Roman" w:cs="Times New Roman" w:eastAsia="Times New Roman"/>
          <w:sz w:val="24"/>
        </w:rPr>
        <w:t>Наложени санкции по чл. 199 от ЗПУО: ………………………………………………………………</w:t>
      </w:r>
    </w:p>
    <w:p w14:paraId="76FD673D" w14:textId="77777777" w:rsidR="00BC4E80" w:rsidRDefault="00BC4E80">
      <w:pPr>
        <w:spacing w:after="80"/>
      </w:pPr>
      <w:r>
        <w:rPr>
          <w:rFonts w:ascii="Times New Roman" w:hAnsi="Times New Roman" w:cs="Times New Roman" w:eastAsia="Times New Roman"/>
          <w:sz w:val="24"/>
        </w:rPr>
        <w:t>Проведени практики и партньорства с работодатели: …………………………………………………</w:t>
      </w:r>
    </w:p>
    <w:p w14:paraId="726E7C54" w14:textId="77777777" w:rsidR="00BC4E80" w:rsidRDefault="00BC4E80">
      <w:pPr>
        <w:spacing w:after="80"/>
      </w:pPr>
      <w:r>
        <w:rPr>
          <w:rFonts w:ascii="Times New Roman" w:hAnsi="Times New Roman" w:cs="Times New Roman" w:eastAsia="Times New Roman"/>
          <w:sz w:val="24"/>
        </w:rPr>
        <w:t>………………………………………………………………………………………………………………</w:t>
      </w:r>
    </w:p>
    <w:p w14:paraId="13A49562" w14:textId="77777777" w:rsidR="00BC4E80" w:rsidRDefault="00BC4E80">
      <w:pPr>
        <w:spacing w:after="80"/>
      </w:pPr>
      <w:r>
        <w:rPr>
          <w:rFonts w:ascii="Times New Roman" w:hAnsi="Times New Roman" w:cs="Times New Roman" w:eastAsia="Times New Roman"/>
          <w:sz w:val="24"/>
        </w:rPr>
        <w:t>Квалификационна дейност: ………………………………………………………………………………</w:t>
      </w:r>
    </w:p>
    <w:p w14:paraId="2C03959D" w14:textId="77777777" w:rsidR="00BC4E80" w:rsidRDefault="00BC4E80">
      <w:pPr>
        <w:spacing w:after="80"/>
      </w:pPr>
      <w:r>
        <w:rPr>
          <w:rFonts w:ascii="Times New Roman" w:hAnsi="Times New Roman" w:cs="Times New Roman" w:eastAsia="Times New Roman"/>
          <w:sz w:val="24"/>
        </w:rPr>
        <w:t>Проекти и национални програми: ………………………………………………………………………</w:t>
      </w:r>
    </w:p>
    <w:p w14:paraId="208F66AD" w14:textId="77777777" w:rsidR="00BC4E80" w:rsidRDefault="00BC4E80">
      <w:pPr>
        <w:spacing w:after="80"/>
      </w:pPr>
      <w:r>
        <w:rPr>
          <w:rFonts w:ascii="Times New Roman" w:hAnsi="Times New Roman" w:cs="Times New Roman" w:eastAsia="Times New Roman"/>
          <w:sz w:val="24"/>
        </w:rPr>
        <w:t>Неизпълнени дейности и причини: ……………………………………………………………………</w:t>
      </w:r>
    </w:p>
    <w:p w14:paraId="3862CEFE" w14:textId="77777777" w:rsidR="00BC4E80" w:rsidRDefault="00BC4E80">
      <w:pPr>
        <w:spacing w:after="80"/>
      </w:pPr>
      <w:r>
        <w:rPr>
          <w:rFonts w:ascii="Times New Roman" w:hAnsi="Times New Roman" w:cs="Times New Roman" w:eastAsia="Times New Roman"/>
          <w:sz w:val="24"/>
        </w:rPr>
        <w:t>………………………………………………………………………………………………………………</w:t>
      </w:r>
    </w:p>
    <w:p w14:paraId="41ABBF70" w14:textId="77777777" w:rsidR="00BC4E80" w:rsidRDefault="00BC4E80">
      <w:pPr>
        <w:spacing w:after="80"/>
      </w:pPr>
      <w:r>
        <w:rPr>
          <w:rFonts w:ascii="Times New Roman" w:hAnsi="Times New Roman" w:cs="Times New Roman" w:eastAsia="Times New Roman"/>
          <w:sz w:val="24"/>
        </w:rPr>
        <w:t>Изводи и мерки за следващия период: …………………………………………………………………</w:t>
      </w:r>
    </w:p>
    <w:p w14:paraId="74DC0B5E" w14:textId="77777777" w:rsidR="00BC4E80" w:rsidRDefault="00BC4E80">
      <w:pPr>
        <w:spacing w:after="80"/>
      </w:pPr>
      <w:r>
        <w:rPr>
          <w:rFonts w:ascii="Times New Roman" w:hAnsi="Times New Roman" w:cs="Times New Roman" w:eastAsia="Times New Roman"/>
          <w:sz w:val="24"/>
        </w:rPr>
        <w:t>………………………………………………………………………………………………………………</w:t>
      </w:r>
    </w:p>
    <w:p w14:paraId="38AD13A1" w14:textId="77777777" w:rsidR="00BC4E80" w:rsidRDefault="00BC4E80">
      <w:pPr>
        <w:spacing w:after="200"/>
      </w:pPr>
    </w:p>
    <w:p w14:paraId="62D6D257"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Изготвил: ………………………………………</w:t>
      </w:r>
    </w:p>
    <w:p w14:paraId="66503F0D"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78 към Правилника за дейността на училището</w:t>
      </w:r>
    </w:p>
    <w:p w14:paraId="2F8FC1B2"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79119B9" wp14:editId="1494CE6A">
            <wp:extent cx="6483600" cy="117515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90699B0" w14:textId="77777777" w:rsidR="00BC4E80" w:rsidRDefault="00BC4E80">
      <w:r>
        <w:rPr>
          <w:rFonts w:ascii="Times New Roman" w:hAnsi="Times New Roman" w:cs="Times New Roman" w:eastAsia="Times New Roman"/>
          <w:b/>
          <w:sz w:val="24"/>
        </w:rPr>
        <w:t>ДО</w:t>
      </w:r>
    </w:p>
    <w:p w14:paraId="4D42CE7A" w14:textId="77777777" w:rsidR="00BC4E80" w:rsidRDefault="00BC4E80">
      <w:r>
        <w:rPr>
          <w:rFonts w:ascii="Times New Roman" w:hAnsi="Times New Roman" w:cs="Times New Roman" w:eastAsia="Times New Roman"/>
          <w:b/>
          <w:sz w:val="24"/>
        </w:rPr>
        <w:t>ДИРЕКТОРА</w:t>
      </w:r>
    </w:p>
    <w:p w14:paraId="16F7FA7C" w14:textId="77777777" w:rsidR="00BC4E80" w:rsidRDefault="00BC4E80">
      <w:r>
        <w:rPr>
          <w:rFonts w:ascii="Times New Roman" w:hAnsi="Times New Roman" w:cs="Times New Roman" w:eastAsia="Times New Roman"/>
          <w:b/>
          <w:sz w:val="24"/>
        </w:rPr>
        <w:t>НА ПГМКР „СВЕТИ НИКОЛА“</w:t>
      </w:r>
    </w:p>
    <w:p w14:paraId="42512A8F" w14:textId="77777777" w:rsidR="00BC4E80" w:rsidRDefault="00BC4E80">
      <w:r>
        <w:rPr>
          <w:rFonts w:ascii="Times New Roman" w:hAnsi="Times New Roman" w:cs="Times New Roman" w:eastAsia="Times New Roman"/>
          <w:b/>
          <w:sz w:val="24"/>
        </w:rPr>
        <w:t>ГР. БУРГАС</w:t>
      </w:r>
    </w:p>
    <w:p w14:paraId="3EDA7CAD" w14:textId="77777777" w:rsidR="00BC4E80" w:rsidRDefault="00BC4E80">
      <w:pPr>
        <w:spacing w:after="160"/>
      </w:pPr>
    </w:p>
    <w:p w14:paraId="5EEDD2AF" w14:textId="77777777" w:rsidR="00BC4E80" w:rsidRDefault="00BC4E80">
      <w:pPr>
        <w:spacing w:before="80" w:after="40"/>
        <w:jc w:val="center"/>
      </w:pPr>
      <w:r>
        <w:rPr>
          <w:rFonts w:ascii="Times New Roman" w:hAnsi="Times New Roman" w:cs="Times New Roman" w:eastAsia="Times New Roman"/>
          <w:b/>
          <w:sz w:val="26"/>
        </w:rPr>
        <w:t>Г О Д И Ш Е Н   О Т Ч Е Т</w:t>
      </w:r>
    </w:p>
    <w:p w14:paraId="64B87B9C" w14:textId="77777777" w:rsidR="00BC4E80" w:rsidRDefault="00BC4E80">
      <w:pPr>
        <w:spacing w:after="80"/>
        <w:jc w:val="center"/>
      </w:pPr>
      <w:r>
        <w:rPr>
          <w:rFonts w:ascii="Times New Roman" w:hAnsi="Times New Roman" w:cs="Times New Roman" w:eastAsia="Times New Roman"/>
          <w:b/>
        </w:rPr>
        <w:t>на класния ръководител</w:t>
      </w:r>
    </w:p>
    <w:p w14:paraId="146AE910" w14:textId="77777777" w:rsidR="00BC4E80" w:rsidRDefault="00BC4E80">
      <w:pPr>
        <w:spacing w:after="160"/>
        <w:jc w:val="center"/>
      </w:pPr>
      <w:r>
        <w:rPr>
          <w:rFonts w:ascii="Times New Roman" w:hAnsi="Times New Roman" w:cs="Times New Roman" w:eastAsia="Times New Roman"/>
          <w:i/>
          <w:sz w:val="20"/>
        </w:rPr>
        <w:t>чл. 141 и чл. 142 от ПДУ; чл. 15 от Наредба № 15 от 22.07.2019 г.</w:t>
      </w:r>
    </w:p>
    <w:p w14:paraId="647BD909" w14:textId="77777777" w:rsidR="00BC4E80" w:rsidRDefault="00BC4E80">
      <w:pPr>
        <w:spacing w:after="40"/>
      </w:pPr>
      <w:r>
        <w:rPr>
          <w:rFonts w:ascii="Times New Roman" w:hAnsi="Times New Roman" w:cs="Times New Roman" w:eastAsia="Times New Roman"/>
          <w:sz w:val="24"/>
        </w:rPr>
        <w:t>от ………………………………………………………… – класен ръководител на …………… клас</w:t>
      </w:r>
    </w:p>
    <w:p w14:paraId="7E422062" w14:textId="77777777" w:rsidR="00BC4E80" w:rsidRDefault="00BC4E80">
      <w:pPr>
        <w:spacing w:after="40"/>
      </w:pPr>
      <w:r>
        <w:rPr>
          <w:rFonts w:ascii="Times New Roman" w:hAnsi="Times New Roman" w:cs="Times New Roman" w:eastAsia="Times New Roman"/>
          <w:sz w:val="24"/>
        </w:rPr>
        <w:t>Специалност: ……………………        Учебна година: 20…………………… / 20…………………… г.</w:t>
      </w:r>
    </w:p>
    <w:p w14:paraId="49E141F1" w14:textId="77777777" w:rsidR="00BC4E80" w:rsidRDefault="00BC4E80">
      <w:pPr>
        <w:spacing w:after="80"/>
      </w:pPr>
    </w:p>
    <w:p w14:paraId="61AB9B95"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F7C8597" w14:textId="77777777" w:rsidR="00BC4E80" w:rsidRDefault="00BC4E80">
      <w:pPr>
        <w:spacing w:after="80"/>
      </w:pPr>
      <w:r>
        <w:rPr>
          <w:rFonts w:ascii="Times New Roman" w:hAnsi="Times New Roman" w:cs="Times New Roman" w:eastAsia="Times New Roman"/>
          <w:sz w:val="24"/>
        </w:rPr>
        <w:t>Движение на учениците: в началото на годината ……………………; в края ……………………; постъпили ……………………; напуснали ……………………; отписани ……………………</w:t>
      </w:r>
    </w:p>
    <w:p w14:paraId="371D98E5" w14:textId="77777777" w:rsidR="00BC4E80" w:rsidRDefault="00BC4E80">
      <w:pPr>
        <w:spacing w:after="80"/>
      </w:pPr>
      <w:r>
        <w:rPr>
          <w:rFonts w:ascii="Times New Roman" w:hAnsi="Times New Roman" w:cs="Times New Roman" w:eastAsia="Times New Roman"/>
          <w:sz w:val="24"/>
        </w:rPr>
        <w:t>Успех на паралелката: среден успех ……………………; отличници ……………………; с оценка „слаб (2)“ ……………………</w:t>
      </w:r>
    </w:p>
    <w:p w14:paraId="057F5506" w14:textId="77777777" w:rsidR="00BC4E80" w:rsidRDefault="00BC4E80">
      <w:pPr>
        <w:spacing w:after="80"/>
      </w:pPr>
      <w:r>
        <w:rPr>
          <w:rFonts w:ascii="Times New Roman" w:hAnsi="Times New Roman" w:cs="Times New Roman" w:eastAsia="Times New Roman"/>
          <w:sz w:val="24"/>
        </w:rPr>
        <w:t>Отсъствия: извинени ……………………………………; неизвинени …………………………………</w:t>
      </w:r>
    </w:p>
    <w:p w14:paraId="00ED73C4" w14:textId="77777777" w:rsidR="00BC4E80" w:rsidRDefault="00BC4E80">
      <w:pPr>
        <w:spacing w:after="80"/>
      </w:pPr>
      <w:r>
        <w:rPr>
          <w:rFonts w:ascii="Times New Roman" w:hAnsi="Times New Roman" w:cs="Times New Roman" w:eastAsia="Times New Roman"/>
          <w:sz w:val="24"/>
        </w:rPr>
        <w:t>Наложени санкции и мерки: ……………………………………………………………………………</w:t>
      </w:r>
    </w:p>
    <w:p w14:paraId="307EDC9A" w14:textId="77777777" w:rsidR="00BC4E80" w:rsidRDefault="00BC4E80">
      <w:pPr>
        <w:spacing w:after="80"/>
      </w:pPr>
      <w:r>
        <w:rPr>
          <w:rFonts w:ascii="Times New Roman" w:hAnsi="Times New Roman" w:cs="Times New Roman" w:eastAsia="Times New Roman"/>
          <w:sz w:val="24"/>
        </w:rPr>
        <w:t>Ученици, получавали стипендии: ………………………………………………………………………</w:t>
      </w:r>
    </w:p>
    <w:p w14:paraId="0DE1D4D8" w14:textId="77777777" w:rsidR="00BC4E80" w:rsidRDefault="00BC4E80">
      <w:pPr>
        <w:spacing w:after="80"/>
      </w:pPr>
      <w:r>
        <w:rPr>
          <w:rFonts w:ascii="Times New Roman" w:hAnsi="Times New Roman" w:cs="Times New Roman" w:eastAsia="Times New Roman"/>
          <w:sz w:val="24"/>
        </w:rPr>
        <w:t>Ученици, включени в обща подкрепа: ……………………; в допълнителна подкрепа: ……………………</w:t>
      </w:r>
    </w:p>
    <w:p w14:paraId="2BAF19BB" w14:textId="77777777" w:rsidR="00BC4E80" w:rsidRDefault="00BC4E80">
      <w:pPr>
        <w:spacing w:after="80"/>
      </w:pPr>
      <w:r>
        <w:rPr>
          <w:rFonts w:ascii="Times New Roman" w:hAnsi="Times New Roman" w:cs="Times New Roman" w:eastAsia="Times New Roman"/>
          <w:sz w:val="24"/>
        </w:rPr>
        <w:t>Проведени родителски срещи: ……………………; индивидуални срещи с родители: ……………………</w:t>
      </w:r>
    </w:p>
    <w:p w14:paraId="777AE00D" w14:textId="77777777" w:rsidR="00BC4E80" w:rsidRDefault="00BC4E80">
      <w:pPr>
        <w:spacing w:after="80"/>
      </w:pPr>
      <w:r>
        <w:rPr>
          <w:rFonts w:ascii="Times New Roman" w:hAnsi="Times New Roman" w:cs="Times New Roman" w:eastAsia="Times New Roman"/>
          <w:sz w:val="24"/>
        </w:rPr>
        <w:t>Участия в състезания, конкурси и изяви: ………………………………………………………………</w:t>
      </w:r>
    </w:p>
    <w:p w14:paraId="3FF2555C" w14:textId="77777777" w:rsidR="00BC4E80" w:rsidRDefault="00BC4E80">
      <w:pPr>
        <w:spacing w:after="80"/>
      </w:pPr>
      <w:r>
        <w:rPr>
          <w:rFonts w:ascii="Times New Roman" w:hAnsi="Times New Roman" w:cs="Times New Roman" w:eastAsia="Times New Roman"/>
          <w:sz w:val="24"/>
        </w:rPr>
        <w:t>………………………………………………………………………………………………………………</w:t>
      </w:r>
    </w:p>
    <w:p w14:paraId="4EC18B9A" w14:textId="77777777" w:rsidR="00BC4E80" w:rsidRDefault="00BC4E80">
      <w:pPr>
        <w:spacing w:after="80"/>
      </w:pPr>
      <w:r>
        <w:rPr>
          <w:rFonts w:ascii="Times New Roman" w:hAnsi="Times New Roman" w:cs="Times New Roman" w:eastAsia="Times New Roman"/>
          <w:sz w:val="24"/>
        </w:rPr>
        <w:t>Проведена производствена / плавателна практика: ……………………………………………………</w:t>
      </w:r>
    </w:p>
    <w:p w14:paraId="72158356" w14:textId="77777777" w:rsidR="00BC4E80" w:rsidRDefault="00BC4E80">
      <w:pPr>
        <w:spacing w:after="80"/>
      </w:pPr>
      <w:r>
        <w:rPr>
          <w:rFonts w:ascii="Times New Roman" w:hAnsi="Times New Roman" w:cs="Times New Roman" w:eastAsia="Times New Roman"/>
          <w:sz w:val="24"/>
        </w:rPr>
        <w:t>Основни проблеми през учебната година: ……………………………………………………………</w:t>
      </w:r>
    </w:p>
    <w:p w14:paraId="3E5C65C4" w14:textId="77777777" w:rsidR="00BC4E80" w:rsidRDefault="00BC4E80">
      <w:pPr>
        <w:spacing w:after="80"/>
      </w:pPr>
      <w:r>
        <w:rPr>
          <w:rFonts w:ascii="Times New Roman" w:hAnsi="Times New Roman" w:cs="Times New Roman" w:eastAsia="Times New Roman"/>
          <w:sz w:val="24"/>
        </w:rPr>
        <w:t>………………………………………………………………………………………………………………</w:t>
      </w:r>
    </w:p>
    <w:p w14:paraId="79B8DCDA" w14:textId="77777777" w:rsidR="00BC4E80" w:rsidRDefault="00BC4E80">
      <w:pPr>
        <w:spacing w:after="80"/>
      </w:pPr>
      <w:r>
        <w:rPr>
          <w:rFonts w:ascii="Times New Roman" w:hAnsi="Times New Roman" w:cs="Times New Roman" w:eastAsia="Times New Roman"/>
          <w:sz w:val="24"/>
        </w:rPr>
        <w:t>Изводи и препоръки: ……………………………………………………………………………………</w:t>
      </w:r>
    </w:p>
    <w:p w14:paraId="43FD906E" w14:textId="77777777" w:rsidR="00BC4E80" w:rsidRDefault="00BC4E80">
      <w:pPr>
        <w:spacing w:after="80"/>
      </w:pPr>
      <w:r>
        <w:rPr>
          <w:rFonts w:ascii="Times New Roman" w:hAnsi="Times New Roman" w:cs="Times New Roman" w:eastAsia="Times New Roman"/>
          <w:sz w:val="24"/>
        </w:rPr>
        <w:t>………………………………………………………………………………………………………………</w:t>
      </w:r>
    </w:p>
    <w:p w14:paraId="719AA1E7" w14:textId="77777777" w:rsidR="00BC4E80" w:rsidRDefault="00BC4E80">
      <w:pPr>
        <w:spacing w:after="200"/>
      </w:pPr>
    </w:p>
    <w:p w14:paraId="544201DE"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Класен ръководител: …………………………</w:t>
      </w:r>
    </w:p>
    <w:p w14:paraId="034E91AC" w14:textId="77777777" w:rsidR="00BC4E80" w:rsidRDefault="00BC4E80">
      <w:pPr>
        <w:pageBreakBefore/>
        <w:spacing w:after="2800"/>
      </w:pPr>
    </w:p>
    <w:p w14:paraId="783715CC" w14:textId="77777777" w:rsidR="00BC4E80" w:rsidRDefault="00BC4E80">
      <w:pPr>
        <w:spacing w:after="200"/>
        <w:jc w:val="center"/>
      </w:pPr>
      <w:r>
        <w:rPr>
          <w:rFonts w:ascii="Times New Roman" w:hAnsi="Times New Roman" w:cs="Times New Roman" w:eastAsia="Times New Roman"/>
          <w:b/>
          <w:sz w:val="32"/>
        </w:rPr>
        <w:t>РАЗДЕЛ XIV</w:t>
      </w:r>
    </w:p>
    <w:p w14:paraId="744C3AA7" w14:textId="77777777" w:rsidR="00BC4E80" w:rsidRDefault="00BC4E80">
      <w:pPr>
        <w:jc w:val="center"/>
      </w:pPr>
      <w:r>
        <w:rPr>
          <w:rFonts w:ascii="Times New Roman" w:hAnsi="Times New Roman" w:cs="Times New Roman" w:eastAsia="Times New Roman"/>
          <w:b/>
          <w:sz w:val="28"/>
        </w:rPr>
        <w:t>АДМИНИСТРАТИВНИ (ОБРАЗОВАТЕЛНИ) УСЛУГИ</w:t>
      </w:r>
    </w:p>
    <w:p w14:paraId="2B732011"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79 към Правилника за дейността на училището</w:t>
      </w:r>
    </w:p>
    <w:p w14:paraId="7AA1E85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BBF63E5" wp14:editId="6868022F">
            <wp:extent cx="6483600" cy="1175152"/>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05B4C57" w14:textId="77777777" w:rsidR="00BC4E80" w:rsidRDefault="00BC4E80">
      <w:pPr>
        <w:spacing w:after="160"/>
      </w:pPr>
      <w:r>
        <w:rPr>
          <w:rFonts w:ascii="Times New Roman" w:hAnsi="Times New Roman" w:cs="Times New Roman" w:eastAsia="Times New Roman"/>
        </w:rPr>
        <w:t>Вх. № ………………………………………………………… / ………………………………………………… г.</w:t>
      </w:r>
    </w:p>
    <w:p w14:paraId="398C6D76" w14:textId="77777777" w:rsidR="00BC4E80" w:rsidRDefault="00BC4E80">
      <w:r>
        <w:rPr>
          <w:rFonts w:ascii="Times New Roman" w:hAnsi="Times New Roman" w:cs="Times New Roman" w:eastAsia="Times New Roman"/>
          <w:b/>
          <w:sz w:val="24"/>
        </w:rPr>
        <w:t>ДО</w:t>
      </w:r>
    </w:p>
    <w:p w14:paraId="5B50291F" w14:textId="77777777" w:rsidR="00BC4E80" w:rsidRDefault="00BC4E80">
      <w:r>
        <w:rPr>
          <w:rFonts w:ascii="Times New Roman" w:hAnsi="Times New Roman" w:cs="Times New Roman" w:eastAsia="Times New Roman"/>
          <w:b/>
          <w:sz w:val="24"/>
        </w:rPr>
        <w:t>ДИРЕКТОРА</w:t>
      </w:r>
    </w:p>
    <w:p w14:paraId="2D4681A0" w14:textId="77777777" w:rsidR="00BC4E80" w:rsidRDefault="00BC4E80">
      <w:r>
        <w:rPr>
          <w:rFonts w:ascii="Times New Roman" w:hAnsi="Times New Roman" w:cs="Times New Roman" w:eastAsia="Times New Roman"/>
          <w:b/>
          <w:sz w:val="24"/>
        </w:rPr>
        <w:t>НА ПГМКР „СВЕТИ НИКОЛА“</w:t>
      </w:r>
    </w:p>
    <w:p w14:paraId="04E7982B" w14:textId="77777777" w:rsidR="00BC4E80" w:rsidRDefault="00BC4E80">
      <w:r>
        <w:rPr>
          <w:rFonts w:ascii="Times New Roman" w:hAnsi="Times New Roman" w:cs="Times New Roman" w:eastAsia="Times New Roman"/>
          <w:b/>
          <w:sz w:val="24"/>
        </w:rPr>
        <w:t>ГР. БУРГАС</w:t>
      </w:r>
    </w:p>
    <w:p w14:paraId="43C55036" w14:textId="77777777" w:rsidR="00BC4E80" w:rsidRDefault="00BC4E80">
      <w:pPr>
        <w:spacing w:after="160"/>
      </w:pPr>
    </w:p>
    <w:p w14:paraId="03A2F000"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1CDDF550" w14:textId="77777777" w:rsidR="00BC4E80" w:rsidRDefault="00BC4E80">
      <w:pPr>
        <w:spacing w:after="80"/>
        <w:jc w:val="center"/>
      </w:pPr>
      <w:r>
        <w:rPr>
          <w:rFonts w:ascii="Times New Roman" w:hAnsi="Times New Roman" w:cs="Times New Roman" w:eastAsia="Times New Roman"/>
          <w:b/>
        </w:rPr>
        <w:t>за издаване на дубликат на документ за завършен клас, етап или степен на образование</w:t>
      </w:r>
    </w:p>
    <w:p w14:paraId="0A18B237" w14:textId="77777777" w:rsidR="00BC4E80" w:rsidRDefault="00BC4E80">
      <w:pPr>
        <w:spacing w:after="160"/>
        <w:jc w:val="center"/>
      </w:pPr>
      <w:r>
        <w:rPr>
          <w:rFonts w:ascii="Times New Roman" w:hAnsi="Times New Roman" w:cs="Times New Roman" w:eastAsia="Times New Roman"/>
          <w:i/>
          <w:sz w:val="20"/>
        </w:rPr>
        <w:t>Наредба № 8 от 11.08.2016 г.; услуга № 153 от Списъка на унифицираните наименования на административните услуги</w:t>
      </w:r>
    </w:p>
    <w:p w14:paraId="7079ABA3" w14:textId="77777777" w:rsidR="00BC4E80" w:rsidRDefault="00BC4E80">
      <w:pPr>
        <w:spacing w:after="40"/>
      </w:pPr>
      <w:r>
        <w:rPr>
          <w:rFonts w:ascii="Times New Roman" w:hAnsi="Times New Roman" w:cs="Times New Roman" w:eastAsia="Times New Roman"/>
          <w:sz w:val="24"/>
        </w:rPr>
        <w:t>от …………………………………………………………………………………………………………</w:t>
      </w:r>
    </w:p>
    <w:p w14:paraId="06BA8D3F" w14:textId="77777777" w:rsidR="00BC4E80" w:rsidRDefault="00BC4E80">
      <w:pPr>
        <w:spacing w:after="40"/>
      </w:pPr>
      <w:r>
        <w:rPr>
          <w:rFonts w:ascii="Times New Roman" w:hAnsi="Times New Roman" w:cs="Times New Roman" w:eastAsia="Times New Roman"/>
          <w:sz w:val="24"/>
        </w:rPr>
        <w:t>/трите имена/</w:t>
      </w:r>
    </w:p>
    <w:p w14:paraId="3DC95545" w14:textId="77777777" w:rsidR="00BC4E80" w:rsidRDefault="00BC4E80">
      <w:pPr>
        <w:spacing w:after="40"/>
      </w:pPr>
      <w:r>
        <w:rPr>
          <w:rFonts w:ascii="Times New Roman" w:hAnsi="Times New Roman" w:cs="Times New Roman" w:eastAsia="Times New Roman"/>
          <w:sz w:val="24"/>
        </w:rPr>
        <w:t>ЕГН ………………………………, адрес ………………………………………………………………</w:t>
      </w:r>
    </w:p>
    <w:p w14:paraId="6FD9186C" w14:textId="77777777" w:rsidR="00BC4E80" w:rsidRDefault="00BC4E80">
      <w:pPr>
        <w:spacing w:after="40"/>
      </w:pPr>
      <w:r>
        <w:rPr>
          <w:rFonts w:ascii="Times New Roman" w:hAnsi="Times New Roman" w:cs="Times New Roman" w:eastAsia="Times New Roman"/>
          <w:sz w:val="24"/>
        </w:rPr>
        <w:t>телефон ………………………………………, e-mail …………………………………………………</w:t>
      </w:r>
    </w:p>
    <w:p w14:paraId="768AD7B3" w14:textId="77777777" w:rsidR="00BC4E80" w:rsidRDefault="00BC4E80">
      <w:pPr>
        <w:spacing w:after="80"/>
      </w:pPr>
    </w:p>
    <w:p w14:paraId="4781E098"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C91F6B7" w14:textId="77777777" w:rsidR="00BC4E80" w:rsidRDefault="00BC4E80">
      <w:pPr>
        <w:spacing w:after="80"/>
        <w:jc w:val="both"/>
      </w:pPr>
      <w:r>
        <w:rPr>
          <w:rFonts w:ascii="Times New Roman" w:hAnsi="Times New Roman" w:cs="Times New Roman" w:eastAsia="Times New Roman"/>
          <w:sz w:val="24"/>
        </w:rPr>
        <w:t>Моля да ми бъде издаден дубликат на:</w:t>
      </w:r>
    </w:p>
    <w:p w14:paraId="66B2BFF7" w14:textId="77777777" w:rsidR="00BC4E80" w:rsidRDefault="00BC4E80">
      <w:pPr>
        <w:spacing w:after="80"/>
        <w:jc w:val="both"/>
      </w:pPr>
      <w:r>
        <w:rPr>
          <w:rFonts w:ascii="Times New Roman" w:hAnsi="Times New Roman" w:cs="Times New Roman" w:eastAsia="Times New Roman"/>
          <w:sz w:val="24"/>
        </w:rPr>
        <w:t>☐ удостоверение за завършен клас   ☐ удостоверение за завършен етап   ☐ свидетелство за основно образование</w:t>
      </w:r>
    </w:p>
    <w:p w14:paraId="727B5FBD" w14:textId="77777777" w:rsidR="00BC4E80" w:rsidRDefault="00BC4E80">
      <w:pPr>
        <w:spacing w:after="80"/>
        <w:jc w:val="both"/>
      </w:pPr>
      <w:r>
        <w:rPr>
          <w:rFonts w:ascii="Times New Roman" w:hAnsi="Times New Roman" w:cs="Times New Roman" w:eastAsia="Times New Roman"/>
          <w:sz w:val="24"/>
        </w:rPr>
        <w:t>☐ диплома за средно образование   ☐ свидетелство за професионална квалификация</w:t>
      </w:r>
    </w:p>
    <w:p w14:paraId="0214BCEA" w14:textId="77777777" w:rsidR="00BC4E80" w:rsidRDefault="00BC4E80">
      <w:pPr>
        <w:spacing w:after="80"/>
      </w:pPr>
      <w:r>
        <w:rPr>
          <w:rFonts w:ascii="Times New Roman" w:hAnsi="Times New Roman" w:cs="Times New Roman" w:eastAsia="Times New Roman"/>
          <w:sz w:val="24"/>
        </w:rPr>
        <w:t>Оригиналният документ е издаден от ……………………………………………………, през 20… г.,</w:t>
      </w:r>
    </w:p>
    <w:p w14:paraId="70A01C2B" w14:textId="77777777" w:rsidR="00BC4E80" w:rsidRDefault="00BC4E80">
      <w:pPr>
        <w:spacing w:after="80"/>
      </w:pPr>
      <w:r>
        <w:rPr>
          <w:rFonts w:ascii="Times New Roman" w:hAnsi="Times New Roman" w:cs="Times New Roman" w:eastAsia="Times New Roman"/>
          <w:sz w:val="24"/>
        </w:rPr>
        <w:t>серия ………………………, № ………………………, регистрационен № ………………………….</w:t>
      </w:r>
    </w:p>
    <w:p w14:paraId="4965A28C" w14:textId="77777777" w:rsidR="00BC4E80" w:rsidRDefault="00BC4E80">
      <w:pPr>
        <w:spacing w:after="80"/>
        <w:jc w:val="both"/>
      </w:pPr>
      <w:r>
        <w:rPr>
          <w:rFonts w:ascii="Times New Roman" w:hAnsi="Times New Roman" w:cs="Times New Roman" w:eastAsia="Times New Roman"/>
          <w:sz w:val="24"/>
        </w:rPr>
        <w:t>Причина за издаване на дубликат: ☐ изгубен   ☐ унищожен   ☐ повреден</w:t>
      </w:r>
    </w:p>
    <w:p w14:paraId="5B19A841" w14:textId="77777777" w:rsidR="00BC4E80" w:rsidRDefault="00BC4E80">
      <w:pPr>
        <w:spacing w:after="80"/>
      </w:pPr>
      <w:r>
        <w:rPr>
          <w:rFonts w:ascii="Times New Roman" w:hAnsi="Times New Roman" w:cs="Times New Roman" w:eastAsia="Times New Roman"/>
          <w:sz w:val="24"/>
        </w:rPr>
        <w:t>Дубликатът ми е необходим за: …………………………………………………………………………</w:t>
      </w:r>
    </w:p>
    <w:p w14:paraId="0258A5D3" w14:textId="77777777" w:rsidR="00BC4E80" w:rsidRDefault="00BC4E80">
      <w:pPr>
        <w:spacing w:after="80"/>
      </w:pPr>
    </w:p>
    <w:p w14:paraId="1DDE4BD2" w14:textId="77777777" w:rsidR="00BC4E80" w:rsidRDefault="00BC4E80">
      <w:pPr>
        <w:spacing w:after="80"/>
        <w:jc w:val="both"/>
      </w:pPr>
      <w:r>
        <w:rPr>
          <w:rFonts w:ascii="Times New Roman" w:hAnsi="Times New Roman" w:cs="Times New Roman" w:eastAsia="Times New Roman"/>
          <w:i/>
          <w:sz w:val="20"/>
        </w:rPr>
        <w:t>Прилагам: декларация за обстоятелствата по загубване/унищожаване; документ за платена такса (ако се дължи); копие от документ за самоличност.</w:t>
      </w:r>
    </w:p>
    <w:p w14:paraId="740F8BA8" w14:textId="77777777" w:rsidR="00BC4E80" w:rsidRDefault="00BC4E80">
      <w:pPr>
        <w:spacing w:after="200"/>
      </w:pPr>
    </w:p>
    <w:p w14:paraId="136DB11B" w14:textId="77777777" w:rsidR="00BC4E80" w:rsidRDefault="00BC4E80">
      <w:pPr>
        <w:tabs>
          <w:tab w:val="left" w:pos="5386"/>
        </w:tabs>
        <w:spacing w:after="160" w:before="1202"/>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7230230F"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80 към Правилника за дейността на училището</w:t>
      </w:r>
    </w:p>
    <w:p w14:paraId="3BBDF6E0"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928B58A" wp14:editId="29C961A0">
            <wp:extent cx="6483600" cy="1175152"/>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1B4D61B" w14:textId="77777777" w:rsidR="00BC4E80" w:rsidRDefault="00BC4E80">
      <w:pPr>
        <w:spacing w:after="160"/>
      </w:pPr>
      <w:r>
        <w:rPr>
          <w:rFonts w:ascii="Times New Roman" w:hAnsi="Times New Roman" w:cs="Times New Roman" w:eastAsia="Times New Roman"/>
        </w:rPr>
        <w:t>Вх. № ………………………………………………………… / ………………………………………………… г.</w:t>
      </w:r>
    </w:p>
    <w:p w14:paraId="11867E69" w14:textId="77777777" w:rsidR="00BC4E80" w:rsidRDefault="00BC4E80">
      <w:r>
        <w:rPr>
          <w:rFonts w:ascii="Times New Roman" w:hAnsi="Times New Roman" w:cs="Times New Roman" w:eastAsia="Times New Roman"/>
          <w:b/>
          <w:sz w:val="24"/>
        </w:rPr>
        <w:t>ДО</w:t>
      </w:r>
    </w:p>
    <w:p w14:paraId="6FAC4940" w14:textId="77777777" w:rsidR="00BC4E80" w:rsidRDefault="00BC4E80">
      <w:r>
        <w:rPr>
          <w:rFonts w:ascii="Times New Roman" w:hAnsi="Times New Roman" w:cs="Times New Roman" w:eastAsia="Times New Roman"/>
          <w:b/>
          <w:sz w:val="24"/>
        </w:rPr>
        <w:t>ДИРЕКТОРА</w:t>
      </w:r>
    </w:p>
    <w:p w14:paraId="3F831B8E" w14:textId="77777777" w:rsidR="00BC4E80" w:rsidRDefault="00BC4E80">
      <w:r>
        <w:rPr>
          <w:rFonts w:ascii="Times New Roman" w:hAnsi="Times New Roman" w:cs="Times New Roman" w:eastAsia="Times New Roman"/>
          <w:b/>
          <w:sz w:val="24"/>
        </w:rPr>
        <w:t>НА ПГМКР „СВЕТИ НИКОЛА“</w:t>
      </w:r>
    </w:p>
    <w:p w14:paraId="23C4E171" w14:textId="77777777" w:rsidR="00BC4E80" w:rsidRDefault="00BC4E80">
      <w:r>
        <w:rPr>
          <w:rFonts w:ascii="Times New Roman" w:hAnsi="Times New Roman" w:cs="Times New Roman" w:eastAsia="Times New Roman"/>
          <w:b/>
          <w:sz w:val="24"/>
        </w:rPr>
        <w:t>ГР. БУРГАС</w:t>
      </w:r>
    </w:p>
    <w:p w14:paraId="53097122" w14:textId="77777777" w:rsidR="00BC4E80" w:rsidRDefault="00BC4E80">
      <w:pPr>
        <w:spacing w:after="160"/>
      </w:pPr>
    </w:p>
    <w:p w14:paraId="2C461153"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17136D2E" w14:textId="77777777" w:rsidR="00BC4E80" w:rsidRDefault="00BC4E80">
      <w:pPr>
        <w:spacing w:after="80"/>
        <w:jc w:val="center"/>
      </w:pPr>
      <w:r>
        <w:rPr>
          <w:rFonts w:ascii="Times New Roman" w:hAnsi="Times New Roman" w:cs="Times New Roman" w:eastAsia="Times New Roman"/>
          <w:b/>
        </w:rPr>
        <w:t>за издаване на диплома за средно образование</w:t>
      </w:r>
    </w:p>
    <w:p w14:paraId="5F5030E3" w14:textId="77777777" w:rsidR="00BC4E80" w:rsidRDefault="00BC4E80">
      <w:pPr>
        <w:spacing w:after="160"/>
        <w:jc w:val="center"/>
      </w:pPr>
      <w:r>
        <w:rPr>
          <w:rFonts w:ascii="Times New Roman" w:hAnsi="Times New Roman" w:cs="Times New Roman" w:eastAsia="Times New Roman"/>
          <w:i/>
          <w:sz w:val="20"/>
        </w:rPr>
        <w:t>чл. 133 от ЗПУО; Наредба № 8 от 11.08.2016 г.; услуга № 141</w:t>
      </w:r>
    </w:p>
    <w:p w14:paraId="227050A1" w14:textId="77777777" w:rsidR="00BC4E80" w:rsidRDefault="00BC4E80">
      <w:pPr>
        <w:spacing w:after="40"/>
      </w:pPr>
      <w:r>
        <w:rPr>
          <w:rFonts w:ascii="Times New Roman" w:hAnsi="Times New Roman" w:cs="Times New Roman" w:eastAsia="Times New Roman"/>
          <w:sz w:val="24"/>
        </w:rPr>
        <w:t>от …………………………………………………………………………………………………………</w:t>
      </w:r>
    </w:p>
    <w:p w14:paraId="49D1F400" w14:textId="77777777" w:rsidR="00BC4E80" w:rsidRDefault="00BC4E80">
      <w:pPr>
        <w:spacing w:after="40"/>
      </w:pPr>
      <w:r>
        <w:rPr>
          <w:rFonts w:ascii="Times New Roman" w:hAnsi="Times New Roman" w:cs="Times New Roman" w:eastAsia="Times New Roman"/>
          <w:sz w:val="24"/>
        </w:rPr>
        <w:t>/трите имена/</w:t>
      </w:r>
    </w:p>
    <w:p w14:paraId="168A70BB" w14:textId="77777777" w:rsidR="00BC4E80" w:rsidRDefault="00BC4E80">
      <w:pPr>
        <w:spacing w:after="40"/>
      </w:pPr>
      <w:r>
        <w:rPr>
          <w:rFonts w:ascii="Times New Roman" w:hAnsi="Times New Roman" w:cs="Times New Roman" w:eastAsia="Times New Roman"/>
          <w:sz w:val="24"/>
        </w:rPr>
        <w:t>ЕГН ………………………………, адрес ………………………………………………………………</w:t>
      </w:r>
    </w:p>
    <w:p w14:paraId="58136968" w14:textId="77777777" w:rsidR="00BC4E80" w:rsidRDefault="00BC4E80">
      <w:pPr>
        <w:spacing w:after="40"/>
      </w:pPr>
      <w:r>
        <w:rPr>
          <w:rFonts w:ascii="Times New Roman" w:hAnsi="Times New Roman" w:cs="Times New Roman" w:eastAsia="Times New Roman"/>
          <w:sz w:val="24"/>
        </w:rPr>
        <w:t>телефон ………………………………………, e-mail …………………………………………………</w:t>
      </w:r>
    </w:p>
    <w:p w14:paraId="7BBFB2D0" w14:textId="77777777" w:rsidR="00BC4E80" w:rsidRDefault="00BC4E80">
      <w:pPr>
        <w:spacing w:after="80"/>
      </w:pPr>
    </w:p>
    <w:p w14:paraId="043BD552" w14:textId="77777777" w:rsidR="00BC4E80" w:rsidRDefault="00BC4E80">
      <w:pPr>
        <w:spacing w:after="120"/>
      </w:pPr>
      <w:r>
        <w:rPr>
          <w:rFonts w:ascii="Times New Roman" w:hAnsi="Times New Roman" w:cs="Times New Roman" w:eastAsia="Times New Roman"/>
          <w:b/>
          <w:sz w:val="24"/>
        </w:rPr>
        <w:t>УВАЖАЕМА ГОСПОЖО ДИРЕКТОР,</w:t>
      </w:r>
    </w:p>
    <w:p w14:paraId="067352BB" w14:textId="77777777" w:rsidR="00BC4E80" w:rsidRDefault="00BC4E80">
      <w:pPr>
        <w:spacing w:after="80"/>
        <w:jc w:val="both"/>
      </w:pPr>
      <w:r>
        <w:rPr>
          <w:rFonts w:ascii="Times New Roman" w:hAnsi="Times New Roman" w:cs="Times New Roman" w:eastAsia="Times New Roman"/>
          <w:sz w:val="24"/>
        </w:rPr>
        <w:t>Моля да ми бъде издадена диплома за средно образование.</w:t>
      </w:r>
    </w:p>
    <w:p w14:paraId="11397C4B" w14:textId="77777777" w:rsidR="00BC4E80" w:rsidRDefault="00BC4E80">
      <w:pPr>
        <w:spacing w:after="80"/>
      </w:pPr>
      <w:r>
        <w:rPr>
          <w:rFonts w:ascii="Times New Roman" w:hAnsi="Times New Roman" w:cs="Times New Roman" w:eastAsia="Times New Roman"/>
          <w:sz w:val="24"/>
        </w:rPr>
        <w:t>Завършил/а съм XII клас през учебната 20…………………… / 20…………………… година в ПГМКР „Свети Никола“ – гр. Бургас,</w:t>
      </w:r>
    </w:p>
    <w:p w14:paraId="6562111A" w14:textId="77777777" w:rsidR="00BC4E80" w:rsidRDefault="00BC4E80">
      <w:pPr>
        <w:spacing w:after="80"/>
      </w:pPr>
      <w:r>
        <w:rPr>
          <w:rFonts w:ascii="Times New Roman" w:hAnsi="Times New Roman" w:cs="Times New Roman" w:eastAsia="Times New Roman"/>
          <w:sz w:val="24"/>
        </w:rPr>
        <w:t>специалност ……………………………………………………………………………………………….</w:t>
      </w:r>
    </w:p>
    <w:p w14:paraId="7E36F3B3" w14:textId="77777777" w:rsidR="00BC4E80" w:rsidRDefault="00BC4E80">
      <w:pPr>
        <w:spacing w:after="80"/>
      </w:pPr>
      <w:r>
        <w:rPr>
          <w:rFonts w:ascii="Times New Roman" w:hAnsi="Times New Roman" w:cs="Times New Roman" w:eastAsia="Times New Roman"/>
          <w:sz w:val="24"/>
        </w:rPr>
        <w:t>Положил/а съм успешно държавните зрелостни изпити и държавния изпит за придобиване на професионална квалификация през сесия …………………….</w:t>
      </w:r>
    </w:p>
    <w:p w14:paraId="1D301164" w14:textId="77777777" w:rsidR="00BC4E80" w:rsidRDefault="00BC4E80">
      <w:pPr>
        <w:spacing w:after="200"/>
      </w:pPr>
    </w:p>
    <w:p w14:paraId="5817EA71" w14:textId="77777777" w:rsidR="00BC4E80" w:rsidRDefault="00BC4E80">
      <w:pPr>
        <w:tabs>
          <w:tab w:val="left" w:pos="5386"/>
        </w:tabs>
        <w:spacing w:after="160" w:before="3238"/>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2889C4F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81 към Правилника за дейността на училището</w:t>
      </w:r>
    </w:p>
    <w:p w14:paraId="485648B7"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2DB2FF95" wp14:editId="4703C368">
            <wp:extent cx="6483600" cy="117515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1308087" w14:textId="77777777" w:rsidR="00BC4E80" w:rsidRDefault="00BC4E80">
      <w:pPr>
        <w:spacing w:after="160"/>
      </w:pPr>
      <w:r>
        <w:rPr>
          <w:rFonts w:ascii="Times New Roman" w:hAnsi="Times New Roman" w:cs="Times New Roman" w:eastAsia="Times New Roman"/>
        </w:rPr>
        <w:t>Вх. № ………………………………………………………… / ………………………………………………… г.</w:t>
      </w:r>
    </w:p>
    <w:p w14:paraId="2CBF9209" w14:textId="77777777" w:rsidR="00BC4E80" w:rsidRDefault="00BC4E80">
      <w:r>
        <w:rPr>
          <w:rFonts w:ascii="Times New Roman" w:hAnsi="Times New Roman" w:cs="Times New Roman" w:eastAsia="Times New Roman"/>
          <w:b/>
          <w:sz w:val="24"/>
        </w:rPr>
        <w:t>ДО</w:t>
      </w:r>
    </w:p>
    <w:p w14:paraId="4C5238B0" w14:textId="77777777" w:rsidR="00BC4E80" w:rsidRDefault="00BC4E80">
      <w:r>
        <w:rPr>
          <w:rFonts w:ascii="Times New Roman" w:hAnsi="Times New Roman" w:cs="Times New Roman" w:eastAsia="Times New Roman"/>
          <w:b/>
          <w:sz w:val="24"/>
        </w:rPr>
        <w:t>ДИРЕКТОРА</w:t>
      </w:r>
    </w:p>
    <w:p w14:paraId="0955947A" w14:textId="77777777" w:rsidR="00BC4E80" w:rsidRDefault="00BC4E80">
      <w:r>
        <w:rPr>
          <w:rFonts w:ascii="Times New Roman" w:hAnsi="Times New Roman" w:cs="Times New Roman" w:eastAsia="Times New Roman"/>
          <w:b/>
          <w:sz w:val="24"/>
        </w:rPr>
        <w:t>НА ПГМКР „СВЕТИ НИКОЛА“</w:t>
      </w:r>
    </w:p>
    <w:p w14:paraId="332DCC4F" w14:textId="77777777" w:rsidR="00BC4E80" w:rsidRDefault="00BC4E80">
      <w:r>
        <w:rPr>
          <w:rFonts w:ascii="Times New Roman" w:hAnsi="Times New Roman" w:cs="Times New Roman" w:eastAsia="Times New Roman"/>
          <w:b/>
          <w:sz w:val="24"/>
        </w:rPr>
        <w:t>ГР. БУРГАС</w:t>
      </w:r>
    </w:p>
    <w:p w14:paraId="7F03D12E" w14:textId="77777777" w:rsidR="00BC4E80" w:rsidRDefault="00BC4E80">
      <w:pPr>
        <w:spacing w:after="160"/>
      </w:pPr>
    </w:p>
    <w:p w14:paraId="507CD3C9"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5FD5AC72" w14:textId="77777777" w:rsidR="00BC4E80" w:rsidRDefault="00BC4E80">
      <w:pPr>
        <w:spacing w:after="80"/>
        <w:jc w:val="center"/>
      </w:pPr>
      <w:r>
        <w:rPr>
          <w:rFonts w:ascii="Times New Roman" w:hAnsi="Times New Roman" w:cs="Times New Roman" w:eastAsia="Times New Roman"/>
          <w:b/>
        </w:rPr>
        <w:t>за издаване на служебна бележка за подадено заявление за допускане до държавни зрелостни изпити</w:t>
      </w:r>
    </w:p>
    <w:p w14:paraId="234576DE" w14:textId="77777777" w:rsidR="00BC4E80" w:rsidRDefault="00BC4E80">
      <w:pPr>
        <w:spacing w:after="160"/>
        <w:jc w:val="center"/>
      </w:pPr>
      <w:r>
        <w:rPr>
          <w:rFonts w:ascii="Times New Roman" w:hAnsi="Times New Roman" w:cs="Times New Roman" w:eastAsia="Times New Roman"/>
          <w:i/>
          <w:sz w:val="20"/>
        </w:rPr>
        <w:t>Наредба № 11 от 01.09.2016 г.; услуга № 147</w:t>
      </w:r>
    </w:p>
    <w:p w14:paraId="3AEDFA3E" w14:textId="77777777" w:rsidR="00BC4E80" w:rsidRDefault="00BC4E80">
      <w:pPr>
        <w:spacing w:after="40"/>
      </w:pPr>
      <w:r>
        <w:rPr>
          <w:rFonts w:ascii="Times New Roman" w:hAnsi="Times New Roman" w:cs="Times New Roman" w:eastAsia="Times New Roman"/>
          <w:sz w:val="24"/>
        </w:rPr>
        <w:t>от …………………………………………………………………………………………………………</w:t>
      </w:r>
    </w:p>
    <w:p w14:paraId="56A5DCF6" w14:textId="77777777" w:rsidR="00BC4E80" w:rsidRDefault="00BC4E80">
      <w:pPr>
        <w:spacing w:after="40"/>
      </w:pPr>
      <w:r>
        <w:rPr>
          <w:rFonts w:ascii="Times New Roman" w:hAnsi="Times New Roman" w:cs="Times New Roman" w:eastAsia="Times New Roman"/>
          <w:sz w:val="24"/>
        </w:rPr>
        <w:t>/трите имена/</w:t>
      </w:r>
    </w:p>
    <w:p w14:paraId="341AAB4D" w14:textId="77777777" w:rsidR="00BC4E80" w:rsidRDefault="00BC4E80">
      <w:pPr>
        <w:spacing w:after="40"/>
      </w:pPr>
      <w:r>
        <w:rPr>
          <w:rFonts w:ascii="Times New Roman" w:hAnsi="Times New Roman" w:cs="Times New Roman" w:eastAsia="Times New Roman"/>
          <w:sz w:val="24"/>
        </w:rPr>
        <w:t>ЕГН ………………………………, адрес ………………………………………………………………</w:t>
      </w:r>
    </w:p>
    <w:p w14:paraId="7E2A6BF5" w14:textId="77777777" w:rsidR="00BC4E80" w:rsidRDefault="00BC4E80">
      <w:pPr>
        <w:spacing w:after="40"/>
      </w:pPr>
      <w:r>
        <w:rPr>
          <w:rFonts w:ascii="Times New Roman" w:hAnsi="Times New Roman" w:cs="Times New Roman" w:eastAsia="Times New Roman"/>
          <w:sz w:val="24"/>
        </w:rPr>
        <w:t>телефон ………………………………………, e-mail …………………………………………………</w:t>
      </w:r>
    </w:p>
    <w:p w14:paraId="3C7C7EAE" w14:textId="77777777" w:rsidR="00BC4E80" w:rsidRDefault="00BC4E80">
      <w:pPr>
        <w:spacing w:after="80"/>
      </w:pPr>
    </w:p>
    <w:p w14:paraId="0F14A99D" w14:textId="77777777" w:rsidR="00BC4E80" w:rsidRDefault="00BC4E80">
      <w:pPr>
        <w:spacing w:after="120"/>
      </w:pPr>
      <w:r>
        <w:rPr>
          <w:rFonts w:ascii="Times New Roman" w:hAnsi="Times New Roman" w:cs="Times New Roman" w:eastAsia="Times New Roman"/>
          <w:b/>
          <w:sz w:val="24"/>
        </w:rPr>
        <w:t>УВАЖАЕМА ГОСПОЖО ДИРЕКТОР,</w:t>
      </w:r>
    </w:p>
    <w:p w14:paraId="26BB9BB1" w14:textId="77777777" w:rsidR="00BC4E80" w:rsidRDefault="00BC4E80">
      <w:pPr>
        <w:spacing w:after="80"/>
      </w:pPr>
      <w:r>
        <w:rPr>
          <w:rFonts w:ascii="Times New Roman" w:hAnsi="Times New Roman" w:cs="Times New Roman" w:eastAsia="Times New Roman"/>
          <w:sz w:val="24"/>
        </w:rPr>
        <w:t>Моля да ми бъде издадена служебна бележка, удостоверяваща подаденото от мен заявление за допускане до държавни зрелостни изпити през сесия …………………… на учебната 20…………………… / 20…………………… година.</w:t>
      </w:r>
    </w:p>
    <w:p w14:paraId="06509CDC" w14:textId="77777777" w:rsidR="00BC4E80" w:rsidRDefault="00BC4E80">
      <w:pPr>
        <w:spacing w:after="80"/>
      </w:pPr>
      <w:r>
        <w:rPr>
          <w:rFonts w:ascii="Times New Roman" w:hAnsi="Times New Roman" w:cs="Times New Roman" w:eastAsia="Times New Roman"/>
          <w:sz w:val="24"/>
        </w:rPr>
        <w:t>Служебната бележка ми е необходима за: ……………………………………………………………</w:t>
      </w:r>
    </w:p>
    <w:p w14:paraId="5D9E694E" w14:textId="77777777" w:rsidR="00BC4E80" w:rsidRDefault="00BC4E80">
      <w:pPr>
        <w:spacing w:after="200"/>
      </w:pPr>
    </w:p>
    <w:p w14:paraId="213AB6D2" w14:textId="77777777" w:rsidR="00BC4E80" w:rsidRDefault="00BC4E80">
      <w:pPr>
        <w:tabs>
          <w:tab w:val="left" w:pos="5386"/>
        </w:tabs>
        <w:spacing w:after="160" w:before="3402"/>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648455D4"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82 към Правилника за дейността на училището</w:t>
      </w:r>
    </w:p>
    <w:p w14:paraId="43DD810E"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66C432C" wp14:editId="3259D962">
            <wp:extent cx="6483600" cy="1175152"/>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3ACC42A" w14:textId="77777777" w:rsidR="00BC4E80" w:rsidRDefault="00BC4E80">
      <w:pPr>
        <w:spacing w:after="160"/>
      </w:pPr>
      <w:r>
        <w:rPr>
          <w:rFonts w:ascii="Times New Roman" w:hAnsi="Times New Roman" w:cs="Times New Roman" w:eastAsia="Times New Roman"/>
        </w:rPr>
        <w:t>Вх. № ………………………………………………………… / ………………………………………………… г.</w:t>
      </w:r>
    </w:p>
    <w:p w14:paraId="35EE3D13" w14:textId="77777777" w:rsidR="00BC4E80" w:rsidRDefault="00BC4E80">
      <w:r>
        <w:rPr>
          <w:rFonts w:ascii="Times New Roman" w:hAnsi="Times New Roman" w:cs="Times New Roman" w:eastAsia="Times New Roman"/>
          <w:b/>
          <w:sz w:val="24"/>
        </w:rPr>
        <w:t>ДО</w:t>
      </w:r>
    </w:p>
    <w:p w14:paraId="0FA9D620" w14:textId="77777777" w:rsidR="00BC4E80" w:rsidRDefault="00BC4E80">
      <w:r>
        <w:rPr>
          <w:rFonts w:ascii="Times New Roman" w:hAnsi="Times New Roman" w:cs="Times New Roman" w:eastAsia="Times New Roman"/>
          <w:b/>
          <w:sz w:val="24"/>
        </w:rPr>
        <w:t>ДИРЕКТОРА</w:t>
      </w:r>
    </w:p>
    <w:p w14:paraId="01884366" w14:textId="77777777" w:rsidR="00BC4E80" w:rsidRDefault="00BC4E80">
      <w:r>
        <w:rPr>
          <w:rFonts w:ascii="Times New Roman" w:hAnsi="Times New Roman" w:cs="Times New Roman" w:eastAsia="Times New Roman"/>
          <w:b/>
          <w:sz w:val="24"/>
        </w:rPr>
        <w:t>НА ПГМКР „СВЕТИ НИКОЛА“</w:t>
      </w:r>
    </w:p>
    <w:p w14:paraId="638E5540" w14:textId="77777777" w:rsidR="00BC4E80" w:rsidRDefault="00BC4E80">
      <w:r>
        <w:rPr>
          <w:rFonts w:ascii="Times New Roman" w:hAnsi="Times New Roman" w:cs="Times New Roman" w:eastAsia="Times New Roman"/>
          <w:b/>
          <w:sz w:val="24"/>
        </w:rPr>
        <w:t>ГР. БУРГАС</w:t>
      </w:r>
    </w:p>
    <w:p w14:paraId="6669771A" w14:textId="77777777" w:rsidR="00BC4E80" w:rsidRDefault="00BC4E80">
      <w:pPr>
        <w:spacing w:after="160"/>
      </w:pPr>
    </w:p>
    <w:p w14:paraId="770B199A"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7FE21E21" w14:textId="77777777" w:rsidR="00BC4E80" w:rsidRDefault="00BC4E80">
      <w:pPr>
        <w:spacing w:after="80"/>
        <w:jc w:val="center"/>
      </w:pPr>
      <w:r>
        <w:rPr>
          <w:rFonts w:ascii="Times New Roman" w:hAnsi="Times New Roman" w:cs="Times New Roman" w:eastAsia="Times New Roman"/>
          <w:b/>
        </w:rPr>
        <w:t>за издаване на служебна бележка за допускане до държавни зрелостни изпити</w:t>
      </w:r>
    </w:p>
    <w:p w14:paraId="20AADB7D" w14:textId="77777777" w:rsidR="00BC4E80" w:rsidRDefault="00BC4E80">
      <w:pPr>
        <w:spacing w:after="160"/>
        <w:jc w:val="center"/>
      </w:pPr>
      <w:r>
        <w:rPr>
          <w:rFonts w:ascii="Times New Roman" w:hAnsi="Times New Roman" w:cs="Times New Roman" w:eastAsia="Times New Roman"/>
          <w:i/>
          <w:sz w:val="20"/>
        </w:rPr>
        <w:t>Наредба № 11 от 01.09.2016 г.; услуга № 148</w:t>
      </w:r>
    </w:p>
    <w:p w14:paraId="55B31BDB" w14:textId="77777777" w:rsidR="00BC4E80" w:rsidRDefault="00BC4E80">
      <w:pPr>
        <w:spacing w:after="40"/>
      </w:pPr>
      <w:r>
        <w:rPr>
          <w:rFonts w:ascii="Times New Roman" w:hAnsi="Times New Roman" w:cs="Times New Roman" w:eastAsia="Times New Roman"/>
          <w:sz w:val="24"/>
        </w:rPr>
        <w:t>от …………………………………………………………………………………………………………</w:t>
      </w:r>
    </w:p>
    <w:p w14:paraId="53408B68" w14:textId="77777777" w:rsidR="00BC4E80" w:rsidRDefault="00BC4E80">
      <w:pPr>
        <w:spacing w:after="40"/>
      </w:pPr>
      <w:r>
        <w:rPr>
          <w:rFonts w:ascii="Times New Roman" w:hAnsi="Times New Roman" w:cs="Times New Roman" w:eastAsia="Times New Roman"/>
          <w:sz w:val="24"/>
        </w:rPr>
        <w:t>/трите имена/</w:t>
      </w:r>
    </w:p>
    <w:p w14:paraId="6E30EF5E" w14:textId="77777777" w:rsidR="00BC4E80" w:rsidRDefault="00BC4E80">
      <w:pPr>
        <w:spacing w:after="40"/>
      </w:pPr>
      <w:r>
        <w:rPr>
          <w:rFonts w:ascii="Times New Roman" w:hAnsi="Times New Roman" w:cs="Times New Roman" w:eastAsia="Times New Roman"/>
          <w:sz w:val="24"/>
        </w:rPr>
        <w:t>ЕГН ………………………………, адрес ………………………………………………………………</w:t>
      </w:r>
    </w:p>
    <w:p w14:paraId="665BDA23" w14:textId="77777777" w:rsidR="00BC4E80" w:rsidRDefault="00BC4E80">
      <w:pPr>
        <w:spacing w:after="40"/>
      </w:pPr>
      <w:r>
        <w:rPr>
          <w:rFonts w:ascii="Times New Roman" w:hAnsi="Times New Roman" w:cs="Times New Roman" w:eastAsia="Times New Roman"/>
          <w:sz w:val="24"/>
        </w:rPr>
        <w:t>телефон ………………………………………, e-mail …………………………………………………</w:t>
      </w:r>
    </w:p>
    <w:p w14:paraId="6CCC6D9E" w14:textId="77777777" w:rsidR="00BC4E80" w:rsidRDefault="00BC4E80">
      <w:pPr>
        <w:spacing w:after="80"/>
      </w:pPr>
    </w:p>
    <w:p w14:paraId="79963EBB" w14:textId="77777777" w:rsidR="00BC4E80" w:rsidRDefault="00BC4E80">
      <w:pPr>
        <w:spacing w:after="120"/>
      </w:pPr>
      <w:r>
        <w:rPr>
          <w:rFonts w:ascii="Times New Roman" w:hAnsi="Times New Roman" w:cs="Times New Roman" w:eastAsia="Times New Roman"/>
          <w:b/>
          <w:sz w:val="24"/>
        </w:rPr>
        <w:t>УВАЖАЕМА ГОСПОЖО ДИРЕКТОР,</w:t>
      </w:r>
    </w:p>
    <w:p w14:paraId="13F18159" w14:textId="77777777" w:rsidR="00BC4E80" w:rsidRDefault="00BC4E80">
      <w:pPr>
        <w:spacing w:after="80"/>
      </w:pPr>
      <w:r>
        <w:rPr>
          <w:rFonts w:ascii="Times New Roman" w:hAnsi="Times New Roman" w:cs="Times New Roman" w:eastAsia="Times New Roman"/>
          <w:sz w:val="24"/>
        </w:rPr>
        <w:t>Моля да ми бъде издадена служебна бележка за допускане до държавни зрелостни изпити през сесия …………………… на учебната 20…………………… / 20…………………… година.</w:t>
      </w:r>
    </w:p>
    <w:p w14:paraId="32FBFF16" w14:textId="77777777" w:rsidR="00BC4E80" w:rsidRDefault="00BC4E80">
      <w:pPr>
        <w:spacing w:after="80"/>
        <w:jc w:val="both"/>
      </w:pPr>
      <w:r>
        <w:rPr>
          <w:rFonts w:ascii="Times New Roman" w:hAnsi="Times New Roman" w:cs="Times New Roman" w:eastAsia="Times New Roman"/>
          <w:sz w:val="24"/>
        </w:rPr>
        <w:t>Ще се явя на следните изпити:</w:t>
      </w:r>
    </w:p>
    <w:p w14:paraId="0875BAF9" w14:textId="77777777" w:rsidR="00BC4E80" w:rsidRDefault="00BC4E80">
      <w:pPr>
        <w:spacing w:after="80"/>
        <w:jc w:val="both"/>
      </w:pPr>
      <w:r>
        <w:rPr>
          <w:rFonts w:ascii="Times New Roman" w:hAnsi="Times New Roman" w:cs="Times New Roman" w:eastAsia="Times New Roman"/>
          <w:sz w:val="24"/>
        </w:rPr>
        <w:t>1. Задължителен ДЗИ по български език и литература;</w:t>
      </w:r>
    </w:p>
    <w:p w14:paraId="27929CFA" w14:textId="77777777" w:rsidR="00BC4E80" w:rsidRDefault="00BC4E80">
      <w:pPr>
        <w:spacing w:after="80"/>
        <w:jc w:val="both"/>
      </w:pPr>
      <w:r>
        <w:rPr>
          <w:rFonts w:ascii="Times New Roman" w:hAnsi="Times New Roman" w:cs="Times New Roman" w:eastAsia="Times New Roman"/>
          <w:sz w:val="24"/>
        </w:rPr>
        <w:t>2. Задължителен държавен изпит за придобиване на професионална квалификация – по теория и практика на професията;</w:t>
      </w:r>
    </w:p>
    <w:p w14:paraId="3E9CF757" w14:textId="77777777" w:rsidR="00BC4E80" w:rsidRDefault="00BC4E80">
      <w:pPr>
        <w:spacing w:after="80"/>
      </w:pPr>
      <w:r>
        <w:rPr>
          <w:rFonts w:ascii="Times New Roman" w:hAnsi="Times New Roman" w:cs="Times New Roman" w:eastAsia="Times New Roman"/>
          <w:sz w:val="24"/>
        </w:rPr>
        <w:t>3. Допълнителен ДЗИ по учебен предмет: ……………………………………………………………</w:t>
      </w:r>
    </w:p>
    <w:p w14:paraId="26C99A40" w14:textId="77777777" w:rsidR="00BC4E80" w:rsidRDefault="00BC4E80">
      <w:pPr>
        <w:spacing w:after="200"/>
      </w:pPr>
    </w:p>
    <w:p w14:paraId="1F2F5455" w14:textId="77777777" w:rsidR="00BC4E80" w:rsidRDefault="00BC4E80">
      <w:pPr>
        <w:tabs>
          <w:tab w:val="left" w:pos="5386"/>
        </w:tabs>
        <w:spacing w:after="160" w:before="2886"/>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75C2F480"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83 към Правилника за дейността на училището</w:t>
      </w:r>
    </w:p>
    <w:p w14:paraId="532AD879"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BF55BBE" wp14:editId="4ECD6B61">
            <wp:extent cx="6483600" cy="1175152"/>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2DBF6B1B" w14:textId="77777777" w:rsidR="00BC4E80" w:rsidRDefault="00BC4E80">
      <w:pPr>
        <w:spacing w:after="160"/>
      </w:pPr>
      <w:r>
        <w:rPr>
          <w:rFonts w:ascii="Times New Roman" w:hAnsi="Times New Roman" w:cs="Times New Roman" w:eastAsia="Times New Roman"/>
        </w:rPr>
        <w:t>Вх. № ………………………………………………………… / ………………………………………………… г.</w:t>
      </w:r>
    </w:p>
    <w:p w14:paraId="237CB9C9" w14:textId="77777777" w:rsidR="00BC4E80" w:rsidRDefault="00BC4E80">
      <w:r>
        <w:rPr>
          <w:rFonts w:ascii="Times New Roman" w:hAnsi="Times New Roman" w:cs="Times New Roman" w:eastAsia="Times New Roman"/>
          <w:b/>
          <w:sz w:val="24"/>
        </w:rPr>
        <w:t>ДО</w:t>
      </w:r>
    </w:p>
    <w:p w14:paraId="02F018BC" w14:textId="77777777" w:rsidR="00BC4E80" w:rsidRDefault="00BC4E80">
      <w:r>
        <w:rPr>
          <w:rFonts w:ascii="Times New Roman" w:hAnsi="Times New Roman" w:cs="Times New Roman" w:eastAsia="Times New Roman"/>
          <w:b/>
          <w:sz w:val="24"/>
        </w:rPr>
        <w:t>ДИРЕКТОРА</w:t>
      </w:r>
    </w:p>
    <w:p w14:paraId="4FF18710" w14:textId="77777777" w:rsidR="00BC4E80" w:rsidRDefault="00BC4E80">
      <w:r>
        <w:rPr>
          <w:rFonts w:ascii="Times New Roman" w:hAnsi="Times New Roman" w:cs="Times New Roman" w:eastAsia="Times New Roman"/>
          <w:b/>
          <w:sz w:val="24"/>
        </w:rPr>
        <w:t>НА ПГМКР „СВЕТИ НИКОЛА“</w:t>
      </w:r>
    </w:p>
    <w:p w14:paraId="7FD75571" w14:textId="77777777" w:rsidR="00BC4E80" w:rsidRDefault="00BC4E80">
      <w:r>
        <w:rPr>
          <w:rFonts w:ascii="Times New Roman" w:hAnsi="Times New Roman" w:cs="Times New Roman" w:eastAsia="Times New Roman"/>
          <w:b/>
          <w:sz w:val="24"/>
        </w:rPr>
        <w:t>ГР. БУРГАС</w:t>
      </w:r>
    </w:p>
    <w:p w14:paraId="02F5BEB9" w14:textId="77777777" w:rsidR="00BC4E80" w:rsidRDefault="00BC4E80">
      <w:pPr>
        <w:spacing w:after="160"/>
      </w:pPr>
    </w:p>
    <w:p w14:paraId="28A27DA0"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7CBA225D" w14:textId="77777777" w:rsidR="00BC4E80" w:rsidRDefault="00BC4E80">
      <w:pPr>
        <w:spacing w:after="80"/>
        <w:jc w:val="center"/>
      </w:pPr>
      <w:r>
        <w:rPr>
          <w:rFonts w:ascii="Times New Roman" w:hAnsi="Times New Roman" w:cs="Times New Roman" w:eastAsia="Times New Roman"/>
          <w:b/>
        </w:rPr>
        <w:t>за издаване на удостоверение за професионално обучение или свидетелство за професионална квалификация</w:t>
      </w:r>
    </w:p>
    <w:p w14:paraId="0BC54652" w14:textId="77777777" w:rsidR="00BC4E80" w:rsidRDefault="00BC4E80">
      <w:pPr>
        <w:spacing w:after="160"/>
        <w:jc w:val="center"/>
      </w:pPr>
      <w:r>
        <w:rPr>
          <w:rFonts w:ascii="Times New Roman" w:hAnsi="Times New Roman" w:cs="Times New Roman" w:eastAsia="Times New Roman"/>
          <w:i/>
          <w:sz w:val="20"/>
        </w:rPr>
        <w:t>ЗПОО; Наредба № 8 от 11.08.2016 г.; услуга № 154</w:t>
      </w:r>
    </w:p>
    <w:p w14:paraId="2A276712" w14:textId="77777777" w:rsidR="00BC4E80" w:rsidRDefault="00BC4E80">
      <w:pPr>
        <w:spacing w:after="40"/>
      </w:pPr>
      <w:r>
        <w:rPr>
          <w:rFonts w:ascii="Times New Roman" w:hAnsi="Times New Roman" w:cs="Times New Roman" w:eastAsia="Times New Roman"/>
          <w:sz w:val="24"/>
        </w:rPr>
        <w:t>от …………………………………………………………………………………………………………</w:t>
      </w:r>
    </w:p>
    <w:p w14:paraId="44A9E89E" w14:textId="77777777" w:rsidR="00BC4E80" w:rsidRDefault="00BC4E80">
      <w:pPr>
        <w:spacing w:after="40"/>
      </w:pPr>
      <w:r>
        <w:rPr>
          <w:rFonts w:ascii="Times New Roman" w:hAnsi="Times New Roman" w:cs="Times New Roman" w:eastAsia="Times New Roman"/>
          <w:sz w:val="24"/>
        </w:rPr>
        <w:t>/трите имена/</w:t>
      </w:r>
    </w:p>
    <w:p w14:paraId="454DCF63" w14:textId="77777777" w:rsidR="00BC4E80" w:rsidRDefault="00BC4E80">
      <w:pPr>
        <w:spacing w:after="40"/>
      </w:pPr>
      <w:r>
        <w:rPr>
          <w:rFonts w:ascii="Times New Roman" w:hAnsi="Times New Roman" w:cs="Times New Roman" w:eastAsia="Times New Roman"/>
          <w:sz w:val="24"/>
        </w:rPr>
        <w:t>ЕГН ………………………………, адрес ………………………………………………………………</w:t>
      </w:r>
    </w:p>
    <w:p w14:paraId="5519E893" w14:textId="77777777" w:rsidR="00BC4E80" w:rsidRDefault="00BC4E80">
      <w:pPr>
        <w:spacing w:after="40"/>
      </w:pPr>
      <w:r>
        <w:rPr>
          <w:rFonts w:ascii="Times New Roman" w:hAnsi="Times New Roman" w:cs="Times New Roman" w:eastAsia="Times New Roman"/>
          <w:sz w:val="24"/>
        </w:rPr>
        <w:t>телефон ………………………………………, e-mail …………………………………………………</w:t>
      </w:r>
    </w:p>
    <w:p w14:paraId="5DFC208C" w14:textId="77777777" w:rsidR="00BC4E80" w:rsidRDefault="00BC4E80">
      <w:pPr>
        <w:spacing w:after="80"/>
      </w:pPr>
    </w:p>
    <w:p w14:paraId="2C799033" w14:textId="77777777" w:rsidR="00BC4E80" w:rsidRDefault="00BC4E80">
      <w:pPr>
        <w:spacing w:after="120"/>
      </w:pPr>
      <w:r>
        <w:rPr>
          <w:rFonts w:ascii="Times New Roman" w:hAnsi="Times New Roman" w:cs="Times New Roman" w:eastAsia="Times New Roman"/>
          <w:b/>
          <w:sz w:val="24"/>
        </w:rPr>
        <w:t>УВАЖАЕМА ГОСПОЖО ДИРЕКТОР,</w:t>
      </w:r>
    </w:p>
    <w:p w14:paraId="4E9DB93C" w14:textId="77777777" w:rsidR="00BC4E80" w:rsidRDefault="00BC4E80">
      <w:pPr>
        <w:spacing w:after="80"/>
        <w:jc w:val="both"/>
      </w:pPr>
      <w:r>
        <w:rPr>
          <w:rFonts w:ascii="Times New Roman" w:hAnsi="Times New Roman" w:cs="Times New Roman" w:eastAsia="Times New Roman"/>
          <w:sz w:val="24"/>
        </w:rPr>
        <w:t>Моля да ми бъде издадено:</w:t>
      </w:r>
    </w:p>
    <w:p w14:paraId="13D8224B" w14:textId="77777777" w:rsidR="00BC4E80" w:rsidRDefault="00BC4E80">
      <w:pPr>
        <w:spacing w:after="80"/>
        <w:jc w:val="both"/>
      </w:pPr>
      <w:r>
        <w:rPr>
          <w:rFonts w:ascii="Times New Roman" w:hAnsi="Times New Roman" w:cs="Times New Roman" w:eastAsia="Times New Roman"/>
          <w:sz w:val="24"/>
        </w:rPr>
        <w:t>☐ удостоверение за професионално обучение   ☐ свидетелство за професионална квалификация</w:t>
      </w:r>
    </w:p>
    <w:p w14:paraId="65A85582" w14:textId="77777777" w:rsidR="00BC4E80" w:rsidRDefault="00BC4E80">
      <w:pPr>
        <w:spacing w:after="80"/>
        <w:jc w:val="both"/>
      </w:pPr>
      <w:r>
        <w:rPr>
          <w:rFonts w:ascii="Times New Roman" w:hAnsi="Times New Roman" w:cs="Times New Roman" w:eastAsia="Times New Roman"/>
          <w:sz w:val="24"/>
        </w:rPr>
        <w:t>☐ свидетелство за правоспособност</w:t>
      </w:r>
    </w:p>
    <w:p w14:paraId="05E55A43" w14:textId="77777777" w:rsidR="00BC4E80" w:rsidRDefault="00BC4E80">
      <w:pPr>
        <w:spacing w:after="80"/>
      </w:pPr>
      <w:r>
        <w:rPr>
          <w:rFonts w:ascii="Times New Roman" w:hAnsi="Times New Roman" w:cs="Times New Roman" w:eastAsia="Times New Roman"/>
          <w:sz w:val="24"/>
        </w:rPr>
        <w:t>по професия ………………………………………………………………………………………………,</w:t>
      </w:r>
    </w:p>
    <w:p w14:paraId="4AC45D62" w14:textId="77777777" w:rsidR="00BC4E80" w:rsidRDefault="00BC4E80">
      <w:pPr>
        <w:spacing w:after="80"/>
      </w:pPr>
      <w:r>
        <w:rPr>
          <w:rFonts w:ascii="Times New Roman" w:hAnsi="Times New Roman" w:cs="Times New Roman" w:eastAsia="Times New Roman"/>
          <w:sz w:val="24"/>
        </w:rPr>
        <w:t>специалност ………………………………………………………………………………………………,</w:t>
      </w:r>
    </w:p>
    <w:p w14:paraId="6A3F5669" w14:textId="77777777" w:rsidR="00BC4E80" w:rsidRDefault="00BC4E80">
      <w:pPr>
        <w:spacing w:after="80"/>
      </w:pPr>
      <w:r>
        <w:rPr>
          <w:rFonts w:ascii="Times New Roman" w:hAnsi="Times New Roman" w:cs="Times New Roman" w:eastAsia="Times New Roman"/>
          <w:sz w:val="24"/>
        </w:rPr>
        <w:t>степен на професионална квалификация: ……………………………………………………………….</w:t>
      </w:r>
    </w:p>
    <w:p w14:paraId="1AE2E3DF" w14:textId="77777777" w:rsidR="00BC4E80" w:rsidRDefault="00BC4E80">
      <w:pPr>
        <w:spacing w:after="80"/>
      </w:pPr>
      <w:r>
        <w:rPr>
          <w:rFonts w:ascii="Times New Roman" w:hAnsi="Times New Roman" w:cs="Times New Roman" w:eastAsia="Times New Roman"/>
          <w:sz w:val="24"/>
        </w:rPr>
        <w:t>Положил/а съм успешно държавните изпити по теория и практика на професията през сесия …………………….</w:t>
      </w:r>
    </w:p>
    <w:p w14:paraId="0D4CA0CE" w14:textId="77777777" w:rsidR="00BC4E80" w:rsidRDefault="00BC4E80">
      <w:pPr>
        <w:spacing w:after="200"/>
      </w:pPr>
    </w:p>
    <w:p w14:paraId="4FC1BA8E" w14:textId="77777777" w:rsidR="00BC4E80" w:rsidRDefault="00BC4E80">
      <w:pPr>
        <w:tabs>
          <w:tab w:val="left" w:pos="5386"/>
        </w:tabs>
        <w:spacing w:after="160" w:before="2108"/>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561EAA82"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84 към Правилника за дейността на училището</w:t>
      </w:r>
    </w:p>
    <w:p w14:paraId="71801DA8"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99D3C89" wp14:editId="60281482">
            <wp:extent cx="6483600" cy="1175152"/>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AFEAD77" w14:textId="77777777" w:rsidR="00BC4E80" w:rsidRDefault="00BC4E80">
      <w:pPr>
        <w:spacing w:after="160"/>
      </w:pPr>
      <w:r>
        <w:rPr>
          <w:rFonts w:ascii="Times New Roman" w:hAnsi="Times New Roman" w:cs="Times New Roman" w:eastAsia="Times New Roman"/>
        </w:rPr>
        <w:t>Вх. № ………………………………………………………… / ………………………………………………… г.</w:t>
      </w:r>
    </w:p>
    <w:p w14:paraId="77519CBF" w14:textId="77777777" w:rsidR="00BC4E80" w:rsidRDefault="00BC4E80">
      <w:r>
        <w:rPr>
          <w:rFonts w:ascii="Times New Roman" w:hAnsi="Times New Roman" w:cs="Times New Roman" w:eastAsia="Times New Roman"/>
          <w:b/>
          <w:sz w:val="24"/>
        </w:rPr>
        <w:t>ДО</w:t>
      </w:r>
    </w:p>
    <w:p w14:paraId="10F74885" w14:textId="77777777" w:rsidR="00BC4E80" w:rsidRDefault="00BC4E80">
      <w:r>
        <w:rPr>
          <w:rFonts w:ascii="Times New Roman" w:hAnsi="Times New Roman" w:cs="Times New Roman" w:eastAsia="Times New Roman"/>
          <w:b/>
          <w:sz w:val="24"/>
        </w:rPr>
        <w:t>ДИРЕКТОРА</w:t>
      </w:r>
    </w:p>
    <w:p w14:paraId="79A5D6FA" w14:textId="77777777" w:rsidR="00BC4E80" w:rsidRDefault="00BC4E80">
      <w:r>
        <w:rPr>
          <w:rFonts w:ascii="Times New Roman" w:hAnsi="Times New Roman" w:cs="Times New Roman" w:eastAsia="Times New Roman"/>
          <w:b/>
          <w:sz w:val="24"/>
        </w:rPr>
        <w:t>НА ПГМКР „СВЕТИ НИКОЛА“</w:t>
      </w:r>
    </w:p>
    <w:p w14:paraId="6A352BA8" w14:textId="77777777" w:rsidR="00BC4E80" w:rsidRDefault="00BC4E80">
      <w:r>
        <w:rPr>
          <w:rFonts w:ascii="Times New Roman" w:hAnsi="Times New Roman" w:cs="Times New Roman" w:eastAsia="Times New Roman"/>
          <w:b/>
          <w:sz w:val="24"/>
        </w:rPr>
        <w:t>ГР. БУРГАС</w:t>
      </w:r>
    </w:p>
    <w:p w14:paraId="14D8A92C" w14:textId="77777777" w:rsidR="00BC4E80" w:rsidRDefault="00BC4E80">
      <w:pPr>
        <w:spacing w:after="160"/>
      </w:pPr>
    </w:p>
    <w:p w14:paraId="56DEA7FE"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36DF9F27" w14:textId="77777777" w:rsidR="00BC4E80" w:rsidRDefault="00BC4E80">
      <w:pPr>
        <w:spacing w:after="80"/>
        <w:jc w:val="center"/>
      </w:pPr>
      <w:r>
        <w:rPr>
          <w:rFonts w:ascii="Times New Roman" w:hAnsi="Times New Roman" w:cs="Times New Roman" w:eastAsia="Times New Roman"/>
          <w:b/>
        </w:rPr>
        <w:t>за издаване на европейско приложение към дипломата за средно образование</w:t>
      </w:r>
    </w:p>
    <w:p w14:paraId="3BE979E1" w14:textId="77777777" w:rsidR="00BC4E80" w:rsidRDefault="00BC4E80">
      <w:pPr>
        <w:spacing w:after="160"/>
        <w:jc w:val="center"/>
      </w:pPr>
      <w:r>
        <w:rPr>
          <w:rFonts w:ascii="Times New Roman" w:hAnsi="Times New Roman" w:cs="Times New Roman" w:eastAsia="Times New Roman"/>
          <w:i/>
          <w:sz w:val="20"/>
        </w:rPr>
        <w:t>чл. 133, ал. 2 от ЗПУО; Наредба № 8 от 11.08.2016 г.; услуга № 156</w:t>
      </w:r>
    </w:p>
    <w:p w14:paraId="06F576FF" w14:textId="77777777" w:rsidR="00BC4E80" w:rsidRDefault="00BC4E80">
      <w:pPr>
        <w:spacing w:after="40"/>
      </w:pPr>
      <w:r>
        <w:rPr>
          <w:rFonts w:ascii="Times New Roman" w:hAnsi="Times New Roman" w:cs="Times New Roman" w:eastAsia="Times New Roman"/>
          <w:sz w:val="24"/>
        </w:rPr>
        <w:t>от …………………………………………………………………………………………………………</w:t>
      </w:r>
    </w:p>
    <w:p w14:paraId="11E2C857" w14:textId="77777777" w:rsidR="00BC4E80" w:rsidRDefault="00BC4E80">
      <w:pPr>
        <w:spacing w:after="40"/>
      </w:pPr>
      <w:r>
        <w:rPr>
          <w:rFonts w:ascii="Times New Roman" w:hAnsi="Times New Roman" w:cs="Times New Roman" w:eastAsia="Times New Roman"/>
          <w:sz w:val="24"/>
        </w:rPr>
        <w:t>/трите имена/</w:t>
      </w:r>
    </w:p>
    <w:p w14:paraId="442C71D2" w14:textId="77777777" w:rsidR="00BC4E80" w:rsidRDefault="00BC4E80">
      <w:pPr>
        <w:spacing w:after="40"/>
      </w:pPr>
      <w:r>
        <w:rPr>
          <w:rFonts w:ascii="Times New Roman" w:hAnsi="Times New Roman" w:cs="Times New Roman" w:eastAsia="Times New Roman"/>
          <w:sz w:val="24"/>
        </w:rPr>
        <w:t>ЕГН ………………………………, адрес ………………………………………………………………</w:t>
      </w:r>
    </w:p>
    <w:p w14:paraId="78175250" w14:textId="77777777" w:rsidR="00BC4E80" w:rsidRDefault="00BC4E80">
      <w:pPr>
        <w:spacing w:after="40"/>
      </w:pPr>
      <w:r>
        <w:rPr>
          <w:rFonts w:ascii="Times New Roman" w:hAnsi="Times New Roman" w:cs="Times New Roman" w:eastAsia="Times New Roman"/>
          <w:sz w:val="24"/>
        </w:rPr>
        <w:t>телефон ………………………………………, e-mail …………………………………………………</w:t>
      </w:r>
    </w:p>
    <w:p w14:paraId="31BDBCC7" w14:textId="77777777" w:rsidR="00BC4E80" w:rsidRDefault="00BC4E80">
      <w:pPr>
        <w:spacing w:after="80"/>
      </w:pPr>
    </w:p>
    <w:p w14:paraId="56FFDF8E" w14:textId="77777777" w:rsidR="00BC4E80" w:rsidRDefault="00BC4E80">
      <w:pPr>
        <w:spacing w:after="120"/>
      </w:pPr>
      <w:r>
        <w:rPr>
          <w:rFonts w:ascii="Times New Roman" w:hAnsi="Times New Roman" w:cs="Times New Roman" w:eastAsia="Times New Roman"/>
          <w:b/>
          <w:sz w:val="24"/>
        </w:rPr>
        <w:t>УВАЖАЕМА ГОСПОЖО ДИРЕКТОР,</w:t>
      </w:r>
    </w:p>
    <w:p w14:paraId="31302C72" w14:textId="77777777" w:rsidR="00BC4E80" w:rsidRDefault="00BC4E80">
      <w:pPr>
        <w:spacing w:after="80"/>
        <w:jc w:val="both"/>
      </w:pPr>
      <w:r>
        <w:rPr>
          <w:rFonts w:ascii="Times New Roman" w:hAnsi="Times New Roman" w:cs="Times New Roman" w:eastAsia="Times New Roman"/>
          <w:sz w:val="24"/>
        </w:rPr>
        <w:t>Моля да ми бъде издадено европейско приложение към дипломата за средно образование,</w:t>
      </w:r>
    </w:p>
    <w:p w14:paraId="2025CD6F" w14:textId="77777777" w:rsidR="00BC4E80" w:rsidRDefault="00BC4E80">
      <w:pPr>
        <w:spacing w:after="80"/>
      </w:pPr>
      <w:r>
        <w:rPr>
          <w:rFonts w:ascii="Times New Roman" w:hAnsi="Times New Roman" w:cs="Times New Roman" w:eastAsia="Times New Roman"/>
          <w:sz w:val="24"/>
        </w:rPr>
        <w:t>издадена от ПГМКР „Свети Никола“ – гр. Бургас, серия ……………………, № …………………….</w:t>
      </w:r>
    </w:p>
    <w:p w14:paraId="6546E1C1" w14:textId="77777777" w:rsidR="00BC4E80" w:rsidRDefault="00BC4E80">
      <w:pPr>
        <w:spacing w:after="80"/>
      </w:pPr>
      <w:r>
        <w:rPr>
          <w:rFonts w:ascii="Times New Roman" w:hAnsi="Times New Roman" w:cs="Times New Roman" w:eastAsia="Times New Roman"/>
          <w:sz w:val="24"/>
        </w:rPr>
        <w:t>Приложението ми е необходимо за: ……………………………………………………………………</w:t>
      </w:r>
    </w:p>
    <w:p w14:paraId="6B4F9F6C" w14:textId="77777777" w:rsidR="00BC4E80" w:rsidRDefault="00BC4E80">
      <w:pPr>
        <w:spacing w:after="80"/>
      </w:pPr>
      <w:r>
        <w:rPr>
          <w:rFonts w:ascii="Times New Roman" w:hAnsi="Times New Roman" w:cs="Times New Roman" w:eastAsia="Times New Roman"/>
          <w:sz w:val="24"/>
        </w:rPr>
        <w:t>Желая приложението на език: ☐ английски   ☐ друг: …………………………………………………</w:t>
      </w:r>
    </w:p>
    <w:p w14:paraId="68A3EB2B" w14:textId="77777777" w:rsidR="00BC4E80" w:rsidRDefault="00BC4E80">
      <w:pPr>
        <w:spacing w:after="200"/>
      </w:pPr>
    </w:p>
    <w:p w14:paraId="7381B10D" w14:textId="77777777" w:rsidR="00BC4E80" w:rsidRDefault="00BC4E80">
      <w:pPr>
        <w:tabs>
          <w:tab w:val="left" w:pos="5386"/>
        </w:tabs>
        <w:spacing w:after="160" w:before="3402"/>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51723728"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85 към Правилника за дейността на училището</w:t>
      </w:r>
    </w:p>
    <w:p w14:paraId="25BAE80D"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7CA796AA" wp14:editId="444BF6FC">
            <wp:extent cx="6483600" cy="117515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0E65117E" w14:textId="77777777" w:rsidR="00BC4E80" w:rsidRDefault="00BC4E80">
      <w:pPr>
        <w:spacing w:after="160"/>
      </w:pPr>
      <w:r>
        <w:rPr>
          <w:rFonts w:ascii="Times New Roman" w:hAnsi="Times New Roman" w:cs="Times New Roman" w:eastAsia="Times New Roman"/>
        </w:rPr>
        <w:t>Вх. № ………………………………………………………… / ………………………………………………… г.</w:t>
      </w:r>
    </w:p>
    <w:p w14:paraId="565CCF49" w14:textId="77777777" w:rsidR="00BC4E80" w:rsidRDefault="00BC4E80">
      <w:r>
        <w:rPr>
          <w:rFonts w:ascii="Times New Roman" w:hAnsi="Times New Roman" w:cs="Times New Roman" w:eastAsia="Times New Roman"/>
          <w:b/>
          <w:sz w:val="24"/>
        </w:rPr>
        <w:t>ДО</w:t>
      </w:r>
    </w:p>
    <w:p w14:paraId="41890C6B" w14:textId="77777777" w:rsidR="00BC4E80" w:rsidRDefault="00BC4E80">
      <w:r>
        <w:rPr>
          <w:rFonts w:ascii="Times New Roman" w:hAnsi="Times New Roman" w:cs="Times New Roman" w:eastAsia="Times New Roman"/>
          <w:b/>
          <w:sz w:val="24"/>
        </w:rPr>
        <w:t>ДИРЕКТОРА</w:t>
      </w:r>
    </w:p>
    <w:p w14:paraId="41AE4A19" w14:textId="77777777" w:rsidR="00BC4E80" w:rsidRDefault="00BC4E80">
      <w:r>
        <w:rPr>
          <w:rFonts w:ascii="Times New Roman" w:hAnsi="Times New Roman" w:cs="Times New Roman" w:eastAsia="Times New Roman"/>
          <w:b/>
          <w:sz w:val="24"/>
        </w:rPr>
        <w:t>НА ПГМКР „СВЕТИ НИКОЛА“</w:t>
      </w:r>
    </w:p>
    <w:p w14:paraId="565D8A21" w14:textId="77777777" w:rsidR="00BC4E80" w:rsidRDefault="00BC4E80">
      <w:r>
        <w:rPr>
          <w:rFonts w:ascii="Times New Roman" w:hAnsi="Times New Roman" w:cs="Times New Roman" w:eastAsia="Times New Roman"/>
          <w:b/>
          <w:sz w:val="24"/>
        </w:rPr>
        <w:t>ГР. БУРГАС</w:t>
      </w:r>
    </w:p>
    <w:p w14:paraId="5D890727" w14:textId="77777777" w:rsidR="00BC4E80" w:rsidRDefault="00BC4E80">
      <w:pPr>
        <w:spacing w:after="160"/>
      </w:pPr>
    </w:p>
    <w:p w14:paraId="6CE443F9"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0C109B60" w14:textId="77777777" w:rsidR="00BC4E80" w:rsidRDefault="00BC4E80">
      <w:pPr>
        <w:spacing w:after="80"/>
        <w:jc w:val="center"/>
      </w:pPr>
      <w:r>
        <w:rPr>
          <w:rFonts w:ascii="Times New Roman" w:hAnsi="Times New Roman" w:cs="Times New Roman" w:eastAsia="Times New Roman"/>
          <w:b/>
        </w:rPr>
        <w:t>за издаване на европейско приложение към свидетелството за професионална квалификация</w:t>
      </w:r>
    </w:p>
    <w:p w14:paraId="74256559" w14:textId="77777777" w:rsidR="00BC4E80" w:rsidRDefault="00BC4E80">
      <w:pPr>
        <w:spacing w:after="160"/>
        <w:jc w:val="center"/>
      </w:pPr>
      <w:r>
        <w:rPr>
          <w:rFonts w:ascii="Times New Roman" w:hAnsi="Times New Roman" w:cs="Times New Roman" w:eastAsia="Times New Roman"/>
          <w:i/>
          <w:sz w:val="20"/>
        </w:rPr>
        <w:t>ЗПОО; Наредба № 8 от 11.08.2016 г.; услуга № 156</w:t>
      </w:r>
    </w:p>
    <w:p w14:paraId="59ADFF5E" w14:textId="77777777" w:rsidR="00BC4E80" w:rsidRDefault="00BC4E80">
      <w:pPr>
        <w:spacing w:after="40"/>
      </w:pPr>
      <w:r>
        <w:rPr>
          <w:rFonts w:ascii="Times New Roman" w:hAnsi="Times New Roman" w:cs="Times New Roman" w:eastAsia="Times New Roman"/>
          <w:sz w:val="24"/>
        </w:rPr>
        <w:t>от …………………………………………………………………………………………………………</w:t>
      </w:r>
    </w:p>
    <w:p w14:paraId="032A92B1" w14:textId="77777777" w:rsidR="00BC4E80" w:rsidRDefault="00BC4E80">
      <w:pPr>
        <w:spacing w:after="40"/>
      </w:pPr>
      <w:r>
        <w:rPr>
          <w:rFonts w:ascii="Times New Roman" w:hAnsi="Times New Roman" w:cs="Times New Roman" w:eastAsia="Times New Roman"/>
          <w:sz w:val="24"/>
        </w:rPr>
        <w:t>/трите имена/</w:t>
      </w:r>
    </w:p>
    <w:p w14:paraId="134A461A" w14:textId="77777777" w:rsidR="00BC4E80" w:rsidRDefault="00BC4E80">
      <w:pPr>
        <w:spacing w:after="40"/>
      </w:pPr>
      <w:r>
        <w:rPr>
          <w:rFonts w:ascii="Times New Roman" w:hAnsi="Times New Roman" w:cs="Times New Roman" w:eastAsia="Times New Roman"/>
          <w:sz w:val="24"/>
        </w:rPr>
        <w:t>ЕГН ………………………………, адрес ………………………………………………………………</w:t>
      </w:r>
    </w:p>
    <w:p w14:paraId="237016F6" w14:textId="77777777" w:rsidR="00BC4E80" w:rsidRDefault="00BC4E80">
      <w:pPr>
        <w:spacing w:after="40"/>
      </w:pPr>
      <w:r>
        <w:rPr>
          <w:rFonts w:ascii="Times New Roman" w:hAnsi="Times New Roman" w:cs="Times New Roman" w:eastAsia="Times New Roman"/>
          <w:sz w:val="24"/>
        </w:rPr>
        <w:t>телефон ………………………………………, e-mail …………………………………………………</w:t>
      </w:r>
    </w:p>
    <w:p w14:paraId="1E2D98BC" w14:textId="77777777" w:rsidR="00BC4E80" w:rsidRDefault="00BC4E80">
      <w:pPr>
        <w:spacing w:after="80"/>
      </w:pPr>
    </w:p>
    <w:p w14:paraId="56493512" w14:textId="77777777" w:rsidR="00BC4E80" w:rsidRDefault="00BC4E80">
      <w:pPr>
        <w:spacing w:after="120"/>
      </w:pPr>
      <w:r>
        <w:rPr>
          <w:rFonts w:ascii="Times New Roman" w:hAnsi="Times New Roman" w:cs="Times New Roman" w:eastAsia="Times New Roman"/>
          <w:b/>
          <w:sz w:val="24"/>
        </w:rPr>
        <w:t>УВАЖАЕМА ГОСПОЖО ДИРЕКТОР,</w:t>
      </w:r>
    </w:p>
    <w:p w14:paraId="5185C609" w14:textId="77777777" w:rsidR="00BC4E80" w:rsidRDefault="00BC4E80">
      <w:pPr>
        <w:spacing w:after="80"/>
        <w:jc w:val="both"/>
      </w:pPr>
      <w:r>
        <w:rPr>
          <w:rFonts w:ascii="Times New Roman" w:hAnsi="Times New Roman" w:cs="Times New Roman" w:eastAsia="Times New Roman"/>
          <w:sz w:val="24"/>
        </w:rPr>
        <w:t>Моля да ми бъде издадено европейско приложение към свидетелството за професионална квалификация, издадено от ПГМКР „Свети Никола“ – гр. Бургас,</w:t>
      </w:r>
    </w:p>
    <w:p w14:paraId="140B2096" w14:textId="77777777" w:rsidR="00BC4E80" w:rsidRDefault="00BC4E80">
      <w:pPr>
        <w:spacing w:after="80"/>
      </w:pPr>
      <w:r>
        <w:rPr>
          <w:rFonts w:ascii="Times New Roman" w:hAnsi="Times New Roman" w:cs="Times New Roman" w:eastAsia="Times New Roman"/>
          <w:sz w:val="24"/>
        </w:rPr>
        <w:t>серия ………………………, № ………………………, по професия ………………………………….</w:t>
      </w:r>
    </w:p>
    <w:p w14:paraId="09EDE1C1" w14:textId="77777777" w:rsidR="00BC4E80" w:rsidRDefault="00BC4E80">
      <w:pPr>
        <w:spacing w:after="80"/>
      </w:pPr>
      <w:r>
        <w:rPr>
          <w:rFonts w:ascii="Times New Roman" w:hAnsi="Times New Roman" w:cs="Times New Roman" w:eastAsia="Times New Roman"/>
          <w:sz w:val="24"/>
        </w:rPr>
        <w:t>Приложението ми е необходимо за: ……………………………………………………………………</w:t>
      </w:r>
    </w:p>
    <w:p w14:paraId="05FA52A1" w14:textId="77777777" w:rsidR="00BC4E80" w:rsidRDefault="00BC4E80">
      <w:pPr>
        <w:spacing w:after="200"/>
      </w:pPr>
    </w:p>
    <w:p w14:paraId="6F408FBA" w14:textId="77777777" w:rsidR="00BC4E80" w:rsidRDefault="00BC4E80">
      <w:pPr>
        <w:tabs>
          <w:tab w:val="left" w:pos="5386"/>
        </w:tabs>
        <w:spacing w:after="160" w:before="3402"/>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1AD6B6FA"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86 към Правилника за дейността на училището</w:t>
      </w:r>
    </w:p>
    <w:p w14:paraId="3A365795"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314F0BDF" wp14:editId="40873A2F">
            <wp:extent cx="6483600" cy="1175152"/>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51CAC2E6" w14:textId="77777777" w:rsidR="00BC4E80" w:rsidRDefault="00BC4E80">
      <w:pPr>
        <w:spacing w:after="160"/>
      </w:pPr>
      <w:r>
        <w:rPr>
          <w:rFonts w:ascii="Times New Roman" w:hAnsi="Times New Roman" w:cs="Times New Roman" w:eastAsia="Times New Roman"/>
        </w:rPr>
        <w:t>Вх. № ………………………………………………………… / ………………………………………………… г.</w:t>
      </w:r>
    </w:p>
    <w:p w14:paraId="6AA3CE3D" w14:textId="77777777" w:rsidR="00BC4E80" w:rsidRDefault="00BC4E80">
      <w:r>
        <w:rPr>
          <w:rFonts w:ascii="Times New Roman" w:hAnsi="Times New Roman" w:cs="Times New Roman" w:eastAsia="Times New Roman"/>
          <w:b/>
          <w:sz w:val="24"/>
        </w:rPr>
        <w:t>ДО</w:t>
      </w:r>
    </w:p>
    <w:p w14:paraId="292BEE73" w14:textId="77777777" w:rsidR="00BC4E80" w:rsidRDefault="00BC4E80">
      <w:r>
        <w:rPr>
          <w:rFonts w:ascii="Times New Roman" w:hAnsi="Times New Roman" w:cs="Times New Roman" w:eastAsia="Times New Roman"/>
          <w:b/>
          <w:sz w:val="24"/>
        </w:rPr>
        <w:t>ДИРЕКТОРА</w:t>
      </w:r>
    </w:p>
    <w:p w14:paraId="15678806" w14:textId="77777777" w:rsidR="00BC4E80" w:rsidRDefault="00BC4E80">
      <w:r>
        <w:rPr>
          <w:rFonts w:ascii="Times New Roman" w:hAnsi="Times New Roman" w:cs="Times New Roman" w:eastAsia="Times New Roman"/>
          <w:b/>
          <w:sz w:val="24"/>
        </w:rPr>
        <w:t>НА ПГМКР „СВЕТИ НИКОЛА“</w:t>
      </w:r>
    </w:p>
    <w:p w14:paraId="3FDA0447" w14:textId="77777777" w:rsidR="00BC4E80" w:rsidRDefault="00BC4E80">
      <w:r>
        <w:rPr>
          <w:rFonts w:ascii="Times New Roman" w:hAnsi="Times New Roman" w:cs="Times New Roman" w:eastAsia="Times New Roman"/>
          <w:b/>
          <w:sz w:val="24"/>
        </w:rPr>
        <w:t>ГР. БУРГАС</w:t>
      </w:r>
    </w:p>
    <w:p w14:paraId="29E2F72E" w14:textId="77777777" w:rsidR="00BC4E80" w:rsidRDefault="00BC4E80">
      <w:pPr>
        <w:spacing w:after="160"/>
      </w:pPr>
    </w:p>
    <w:p w14:paraId="03315BF5"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17A17AFB" w14:textId="77777777" w:rsidR="00BC4E80" w:rsidRDefault="00BC4E80">
      <w:pPr>
        <w:spacing w:after="80"/>
        <w:jc w:val="center"/>
      </w:pPr>
      <w:r>
        <w:rPr>
          <w:rFonts w:ascii="Times New Roman" w:hAnsi="Times New Roman" w:cs="Times New Roman" w:eastAsia="Times New Roman"/>
          <w:b/>
        </w:rPr>
        <w:t>за валидиране на професионални знания, умения и компетентности</w:t>
      </w:r>
    </w:p>
    <w:p w14:paraId="28F7B2C6" w14:textId="77777777" w:rsidR="00BC4E80" w:rsidRDefault="00BC4E80">
      <w:pPr>
        <w:spacing w:after="160"/>
        <w:jc w:val="center"/>
      </w:pPr>
      <w:r>
        <w:rPr>
          <w:rFonts w:ascii="Times New Roman" w:hAnsi="Times New Roman" w:cs="Times New Roman" w:eastAsia="Times New Roman"/>
          <w:i/>
          <w:sz w:val="20"/>
        </w:rPr>
        <w:t>чл. 40 от ЗПОО; Наредба № 2 от 13.11.2014 г. за условията и реда за валидиране на професионални знания, умения и компетентности</w:t>
      </w:r>
    </w:p>
    <w:p w14:paraId="41921A44" w14:textId="77777777" w:rsidR="00BC4E80" w:rsidRDefault="00BC4E80">
      <w:pPr>
        <w:spacing w:after="40"/>
      </w:pPr>
      <w:r>
        <w:rPr>
          <w:rFonts w:ascii="Times New Roman" w:hAnsi="Times New Roman" w:cs="Times New Roman" w:eastAsia="Times New Roman"/>
          <w:sz w:val="24"/>
        </w:rPr>
        <w:t>от …………………………………………………………………………………………………………</w:t>
      </w:r>
    </w:p>
    <w:p w14:paraId="1D066F5B" w14:textId="77777777" w:rsidR="00BC4E80" w:rsidRDefault="00BC4E80">
      <w:pPr>
        <w:spacing w:after="40"/>
      </w:pPr>
      <w:r>
        <w:rPr>
          <w:rFonts w:ascii="Times New Roman" w:hAnsi="Times New Roman" w:cs="Times New Roman" w:eastAsia="Times New Roman"/>
          <w:sz w:val="24"/>
        </w:rPr>
        <w:t>/трите имена/</w:t>
      </w:r>
    </w:p>
    <w:p w14:paraId="1AEAC8EF" w14:textId="77777777" w:rsidR="00BC4E80" w:rsidRDefault="00BC4E80">
      <w:pPr>
        <w:spacing w:after="40"/>
      </w:pPr>
      <w:r>
        <w:rPr>
          <w:rFonts w:ascii="Times New Roman" w:hAnsi="Times New Roman" w:cs="Times New Roman" w:eastAsia="Times New Roman"/>
          <w:sz w:val="24"/>
        </w:rPr>
        <w:t>ЕГН ………………………………, адрес ………………………………………………………………</w:t>
      </w:r>
    </w:p>
    <w:p w14:paraId="3C2B2841" w14:textId="77777777" w:rsidR="00BC4E80" w:rsidRDefault="00BC4E80">
      <w:pPr>
        <w:spacing w:after="40"/>
      </w:pPr>
      <w:r>
        <w:rPr>
          <w:rFonts w:ascii="Times New Roman" w:hAnsi="Times New Roman" w:cs="Times New Roman" w:eastAsia="Times New Roman"/>
          <w:sz w:val="24"/>
        </w:rPr>
        <w:t>телефон ………………………………………, e-mail …………………………………………………</w:t>
      </w:r>
    </w:p>
    <w:p w14:paraId="5EB41EA0" w14:textId="77777777" w:rsidR="00BC4E80" w:rsidRDefault="00BC4E80">
      <w:pPr>
        <w:spacing w:after="80"/>
      </w:pPr>
    </w:p>
    <w:p w14:paraId="3F07D83C" w14:textId="77777777" w:rsidR="00BC4E80" w:rsidRDefault="00BC4E80">
      <w:pPr>
        <w:spacing w:after="120"/>
      </w:pPr>
      <w:r>
        <w:rPr>
          <w:rFonts w:ascii="Times New Roman" w:hAnsi="Times New Roman" w:cs="Times New Roman" w:eastAsia="Times New Roman"/>
          <w:b/>
          <w:sz w:val="24"/>
        </w:rPr>
        <w:t>УВАЖАЕМА ГОСПОЖО ДИРЕКТОР,</w:t>
      </w:r>
    </w:p>
    <w:p w14:paraId="2AFF5628" w14:textId="77777777" w:rsidR="00BC4E80" w:rsidRDefault="00BC4E80">
      <w:pPr>
        <w:spacing w:after="80"/>
        <w:jc w:val="both"/>
      </w:pPr>
      <w:r>
        <w:rPr>
          <w:rFonts w:ascii="Times New Roman" w:hAnsi="Times New Roman" w:cs="Times New Roman" w:eastAsia="Times New Roman"/>
          <w:sz w:val="24"/>
        </w:rPr>
        <w:t>Моля да бъде извършено валидиране на притежаваните от мен професионални знания, умения и компетентности по:</w:t>
      </w:r>
    </w:p>
    <w:p w14:paraId="209906A3" w14:textId="77777777" w:rsidR="00BC4E80" w:rsidRDefault="00BC4E80">
      <w:pPr>
        <w:spacing w:after="80"/>
      </w:pPr>
      <w:r>
        <w:rPr>
          <w:rFonts w:ascii="Times New Roman" w:hAnsi="Times New Roman" w:cs="Times New Roman" w:eastAsia="Times New Roman"/>
          <w:sz w:val="24"/>
        </w:rPr>
        <w:t>професия …………………………………………………………………………………………………,</w:t>
      </w:r>
    </w:p>
    <w:p w14:paraId="29A06758" w14:textId="77777777" w:rsidR="00BC4E80" w:rsidRDefault="00BC4E80">
      <w:pPr>
        <w:spacing w:after="80"/>
      </w:pPr>
      <w:r>
        <w:rPr>
          <w:rFonts w:ascii="Times New Roman" w:hAnsi="Times New Roman" w:cs="Times New Roman" w:eastAsia="Times New Roman"/>
          <w:sz w:val="24"/>
        </w:rPr>
        <w:t>специалност ……………………………………………………………………………………………….</w:t>
      </w:r>
    </w:p>
    <w:p w14:paraId="09A9636E" w14:textId="77777777" w:rsidR="00BC4E80" w:rsidRDefault="00BC4E80">
      <w:pPr>
        <w:spacing w:after="80"/>
        <w:jc w:val="both"/>
      </w:pPr>
      <w:r>
        <w:rPr>
          <w:rFonts w:ascii="Times New Roman" w:hAnsi="Times New Roman" w:cs="Times New Roman" w:eastAsia="Times New Roman"/>
          <w:sz w:val="24"/>
        </w:rPr>
        <w:t>Придобил/а съм ги чрез: ☐ трудов опит   ☐ неформално обучение   ☐ самостоятелно учене</w:t>
      </w:r>
    </w:p>
    <w:p w14:paraId="425818E0" w14:textId="77777777" w:rsidR="00BC4E80" w:rsidRDefault="00BC4E80">
      <w:pPr>
        <w:spacing w:after="80"/>
      </w:pPr>
      <w:r>
        <w:rPr>
          <w:rFonts w:ascii="Times New Roman" w:hAnsi="Times New Roman" w:cs="Times New Roman" w:eastAsia="Times New Roman"/>
          <w:sz w:val="24"/>
        </w:rPr>
        <w:t>Стаж по професията: …………………………………………………………………………………….</w:t>
      </w:r>
    </w:p>
    <w:p w14:paraId="48BF1FC4" w14:textId="77777777" w:rsidR="00BC4E80" w:rsidRDefault="00BC4E80">
      <w:pPr>
        <w:spacing w:after="80"/>
        <w:jc w:val="both"/>
      </w:pPr>
      <w:r>
        <w:rPr>
          <w:rFonts w:ascii="Times New Roman" w:hAnsi="Times New Roman" w:cs="Times New Roman" w:eastAsia="Times New Roman"/>
          <w:sz w:val="24"/>
        </w:rPr>
        <w:t>Желая да ми бъде издадено: ☐ свидетелство за професионална квалификация   ☐ удостоверение за професионално обучение</w:t>
      </w:r>
    </w:p>
    <w:p w14:paraId="67328C99" w14:textId="77777777" w:rsidR="00BC4E80" w:rsidRDefault="00BC4E80">
      <w:pPr>
        <w:spacing w:after="80"/>
      </w:pPr>
    </w:p>
    <w:p w14:paraId="1948C717" w14:textId="77777777" w:rsidR="00BC4E80" w:rsidRDefault="00BC4E80">
      <w:pPr>
        <w:spacing w:after="80"/>
        <w:jc w:val="both"/>
      </w:pPr>
      <w:r>
        <w:rPr>
          <w:rFonts w:ascii="Times New Roman" w:hAnsi="Times New Roman" w:cs="Times New Roman" w:eastAsia="Times New Roman"/>
          <w:i/>
          <w:sz w:val="20"/>
        </w:rPr>
        <w:t>Прилагам: документи, удостоверяващи трудов стаж и/или проведено обучение; копие от документ за самоличност.</w:t>
      </w:r>
    </w:p>
    <w:p w14:paraId="180A7A5A" w14:textId="77777777" w:rsidR="00BC4E80" w:rsidRDefault="00BC4E80">
      <w:pPr>
        <w:spacing w:after="200"/>
      </w:pPr>
    </w:p>
    <w:p w14:paraId="65047CA0" w14:textId="77777777" w:rsidR="00BC4E80" w:rsidRDefault="00BC4E80">
      <w:pPr>
        <w:tabs>
          <w:tab w:val="left" w:pos="5386"/>
        </w:tabs>
        <w:spacing w:after="160" w:before="1554"/>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782DED39" w14:textId="77777777" w:rsidR="00BC4E80" w:rsidRDefault="00BC4E80">
      <w:pPr>
        <w:pageBreakBefore/>
        <w:spacing w:after="40"/>
        <w:jc w:val="right"/>
      </w:pPr>
      <w:r>
        <w:rPr>
          <w:rFonts w:ascii="Times New Roman" w:hAnsi="Times New Roman" w:cs="Times New Roman" w:eastAsia="Times New Roman"/>
          <w:i/>
          <w:sz w:val="20"/>
        </w:rPr>
        <w:lastRenderedPageBreak/>
        <w:t>Приложение № 87 към Правилника за дейността на училището</w:t>
      </w:r>
    </w:p>
    <w:p w14:paraId="14F2A184"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1ED0048D" wp14:editId="2D4B6925">
            <wp:extent cx="6483600" cy="1175152"/>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14:paraId="3B2AF788" w14:textId="77777777" w:rsidR="00BC4E80" w:rsidRDefault="00BC4E80">
      <w:pPr>
        <w:spacing w:after="160"/>
      </w:pPr>
      <w:r>
        <w:rPr>
          <w:rFonts w:ascii="Times New Roman" w:hAnsi="Times New Roman" w:cs="Times New Roman" w:eastAsia="Times New Roman"/>
        </w:rPr>
        <w:t>Вх. № ………………………………………………………… / ………………………………………………… г.</w:t>
      </w:r>
    </w:p>
    <w:p w14:paraId="7A66E72E" w14:textId="77777777" w:rsidR="00BC4E80" w:rsidRDefault="00BC4E80">
      <w:r>
        <w:rPr>
          <w:rFonts w:ascii="Times New Roman" w:hAnsi="Times New Roman" w:cs="Times New Roman" w:eastAsia="Times New Roman"/>
          <w:b/>
          <w:sz w:val="24"/>
        </w:rPr>
        <w:t>ДО</w:t>
      </w:r>
    </w:p>
    <w:p w14:paraId="58BFDA8D" w14:textId="77777777" w:rsidR="00BC4E80" w:rsidRDefault="00BC4E80">
      <w:r>
        <w:rPr>
          <w:rFonts w:ascii="Times New Roman" w:hAnsi="Times New Roman" w:cs="Times New Roman" w:eastAsia="Times New Roman"/>
          <w:b/>
          <w:sz w:val="24"/>
        </w:rPr>
        <w:t>ДИРЕКТОРА</w:t>
      </w:r>
    </w:p>
    <w:p w14:paraId="53304364" w14:textId="77777777" w:rsidR="00BC4E80" w:rsidRDefault="00BC4E80">
      <w:r>
        <w:rPr>
          <w:rFonts w:ascii="Times New Roman" w:hAnsi="Times New Roman" w:cs="Times New Roman" w:eastAsia="Times New Roman"/>
          <w:b/>
          <w:sz w:val="24"/>
        </w:rPr>
        <w:t>НА ПГМКР „СВЕТИ НИКОЛА“</w:t>
      </w:r>
    </w:p>
    <w:p w14:paraId="7D9629F1" w14:textId="77777777" w:rsidR="00BC4E80" w:rsidRDefault="00BC4E80">
      <w:r>
        <w:rPr>
          <w:rFonts w:ascii="Times New Roman" w:hAnsi="Times New Roman" w:cs="Times New Roman" w:eastAsia="Times New Roman"/>
          <w:b/>
          <w:sz w:val="24"/>
        </w:rPr>
        <w:t>ГР. БУРГАС</w:t>
      </w:r>
    </w:p>
    <w:p w14:paraId="04D401DC" w14:textId="77777777" w:rsidR="00BC4E80" w:rsidRDefault="00BC4E80">
      <w:pPr>
        <w:spacing w:after="160"/>
      </w:pPr>
    </w:p>
    <w:p w14:paraId="5457F969" w14:textId="77777777" w:rsidR="00BC4E80" w:rsidRDefault="00BC4E80">
      <w:pPr>
        <w:spacing w:before="80" w:after="40"/>
        <w:jc w:val="center"/>
      </w:pPr>
      <w:r>
        <w:rPr>
          <w:rFonts w:ascii="Times New Roman" w:hAnsi="Times New Roman" w:cs="Times New Roman" w:eastAsia="Times New Roman"/>
          <w:b/>
          <w:sz w:val="26"/>
        </w:rPr>
        <w:t>З А Я В Л Е Н И Е</w:t>
      </w:r>
    </w:p>
    <w:p w14:paraId="4E081C97" w14:textId="77777777" w:rsidR="00BC4E80" w:rsidRDefault="00BC4E80">
      <w:pPr>
        <w:spacing w:after="80"/>
        <w:jc w:val="center"/>
      </w:pPr>
      <w:r>
        <w:rPr>
          <w:rFonts w:ascii="Times New Roman" w:hAnsi="Times New Roman" w:cs="Times New Roman" w:eastAsia="Times New Roman"/>
          <w:b/>
        </w:rPr>
        <w:t>за достъп до обществена информация</w:t>
      </w:r>
    </w:p>
    <w:p w14:paraId="283DB8D4" w14:textId="77777777" w:rsidR="00BC4E80" w:rsidRDefault="00BC4E80">
      <w:pPr>
        <w:spacing w:after="160"/>
        <w:jc w:val="center"/>
      </w:pPr>
      <w:r>
        <w:rPr>
          <w:rFonts w:ascii="Times New Roman" w:hAnsi="Times New Roman" w:cs="Times New Roman" w:eastAsia="Times New Roman"/>
          <w:i/>
          <w:sz w:val="20"/>
        </w:rPr>
        <w:t>чл. 24 от Закона за достъп до обществена информация</w:t>
      </w:r>
    </w:p>
    <w:p w14:paraId="62E86D0A" w14:textId="77777777" w:rsidR="00BC4E80" w:rsidRDefault="00BC4E80">
      <w:pPr>
        <w:spacing w:after="40"/>
      </w:pPr>
      <w:r>
        <w:rPr>
          <w:rFonts w:ascii="Times New Roman" w:hAnsi="Times New Roman" w:cs="Times New Roman" w:eastAsia="Times New Roman"/>
          <w:sz w:val="24"/>
        </w:rPr>
        <w:t>от …………………………………………………………………………………………………………</w:t>
      </w:r>
    </w:p>
    <w:p w14:paraId="09ABF22D" w14:textId="77777777" w:rsidR="00BC4E80" w:rsidRDefault="00BC4E80">
      <w:pPr>
        <w:spacing w:after="40"/>
      </w:pPr>
      <w:r>
        <w:rPr>
          <w:rFonts w:ascii="Times New Roman" w:hAnsi="Times New Roman" w:cs="Times New Roman" w:eastAsia="Times New Roman"/>
          <w:sz w:val="24"/>
        </w:rPr>
        <w:t>/трите имена/</w:t>
      </w:r>
    </w:p>
    <w:p w14:paraId="24765E26" w14:textId="77777777" w:rsidR="00BC4E80" w:rsidRDefault="00BC4E80">
      <w:pPr>
        <w:spacing w:after="40"/>
      </w:pPr>
      <w:r>
        <w:rPr>
          <w:rFonts w:ascii="Times New Roman" w:hAnsi="Times New Roman" w:cs="Times New Roman" w:eastAsia="Times New Roman"/>
          <w:sz w:val="24"/>
        </w:rPr>
        <w:t>ЕГН ………………………………, адрес ………………………………………………………………</w:t>
      </w:r>
    </w:p>
    <w:p w14:paraId="6C069B50" w14:textId="77777777" w:rsidR="00BC4E80" w:rsidRDefault="00BC4E80">
      <w:pPr>
        <w:spacing w:after="40"/>
      </w:pPr>
      <w:r>
        <w:rPr>
          <w:rFonts w:ascii="Times New Roman" w:hAnsi="Times New Roman" w:cs="Times New Roman" w:eastAsia="Times New Roman"/>
          <w:sz w:val="24"/>
        </w:rPr>
        <w:t>телефон ………………………………………, e-mail …………………………………………………</w:t>
      </w:r>
    </w:p>
    <w:p w14:paraId="54813F27" w14:textId="77777777" w:rsidR="00BC4E80" w:rsidRDefault="00BC4E80">
      <w:pPr>
        <w:spacing w:after="80"/>
      </w:pPr>
    </w:p>
    <w:p w14:paraId="7D609501" w14:textId="77777777" w:rsidR="00BC4E80" w:rsidRDefault="00BC4E80">
      <w:pPr>
        <w:spacing w:after="120"/>
      </w:pPr>
      <w:r>
        <w:rPr>
          <w:rFonts w:ascii="Times New Roman" w:hAnsi="Times New Roman" w:cs="Times New Roman" w:eastAsia="Times New Roman"/>
          <w:b/>
          <w:sz w:val="24"/>
        </w:rPr>
        <w:t>УВАЖАЕМА ГОСПОЖО ДИРЕКТОР,</w:t>
      </w:r>
    </w:p>
    <w:p w14:paraId="7D413F65" w14:textId="77777777" w:rsidR="00BC4E80" w:rsidRDefault="00BC4E80">
      <w:pPr>
        <w:spacing w:after="80"/>
        <w:jc w:val="both"/>
      </w:pPr>
      <w:r>
        <w:rPr>
          <w:rFonts w:ascii="Times New Roman" w:hAnsi="Times New Roman" w:cs="Times New Roman" w:eastAsia="Times New Roman"/>
          <w:sz w:val="24"/>
        </w:rPr>
        <w:t>Моля да ми бъде предоставен достъп до следната обществена информация:</w:t>
      </w:r>
    </w:p>
    <w:p w14:paraId="4B2A0598" w14:textId="77777777" w:rsidR="00BC4E80" w:rsidRDefault="00BC4E80">
      <w:pPr>
        <w:spacing w:after="80"/>
      </w:pPr>
      <w:r>
        <w:rPr>
          <w:rFonts w:ascii="Times New Roman" w:hAnsi="Times New Roman" w:cs="Times New Roman" w:eastAsia="Times New Roman"/>
          <w:sz w:val="24"/>
        </w:rPr>
        <w:t>………………………………………………………………………………………………………………</w:t>
      </w:r>
    </w:p>
    <w:p w14:paraId="26257475" w14:textId="77777777" w:rsidR="00BC4E80" w:rsidRDefault="00BC4E80">
      <w:pPr>
        <w:spacing w:after="80"/>
      </w:pPr>
      <w:r>
        <w:rPr>
          <w:rFonts w:ascii="Times New Roman" w:hAnsi="Times New Roman" w:cs="Times New Roman" w:eastAsia="Times New Roman"/>
          <w:sz w:val="24"/>
        </w:rPr>
        <w:t>………………………………………………………………………………………………………………</w:t>
      </w:r>
    </w:p>
    <w:p w14:paraId="05F176FD" w14:textId="77777777" w:rsidR="00BC4E80" w:rsidRDefault="00BC4E80">
      <w:pPr>
        <w:spacing w:after="80"/>
      </w:pPr>
      <w:r>
        <w:rPr>
          <w:rFonts w:ascii="Times New Roman" w:hAnsi="Times New Roman" w:cs="Times New Roman" w:eastAsia="Times New Roman"/>
          <w:sz w:val="24"/>
        </w:rPr>
        <w:t>………………………………………………………………………………………………………………</w:t>
      </w:r>
    </w:p>
    <w:p w14:paraId="1B6E6A28" w14:textId="77777777" w:rsidR="00BC4E80" w:rsidRDefault="00BC4E80">
      <w:pPr>
        <w:spacing w:after="80"/>
        <w:jc w:val="both"/>
      </w:pPr>
      <w:r>
        <w:rPr>
          <w:rFonts w:ascii="Times New Roman" w:hAnsi="Times New Roman" w:cs="Times New Roman" w:eastAsia="Times New Roman"/>
          <w:sz w:val="24"/>
        </w:rPr>
        <w:t>Желая информацията да ми бъде предоставена в следната форма:</w:t>
      </w:r>
    </w:p>
    <w:p w14:paraId="75EB3461" w14:textId="77777777" w:rsidR="00BC4E80" w:rsidRDefault="00BC4E80">
      <w:pPr>
        <w:spacing w:after="80"/>
        <w:jc w:val="both"/>
      </w:pPr>
      <w:r>
        <w:rPr>
          <w:rFonts w:ascii="Times New Roman" w:hAnsi="Times New Roman" w:cs="Times New Roman" w:eastAsia="Times New Roman"/>
          <w:sz w:val="24"/>
        </w:rPr>
        <w:t>☐ преглед на информацията – оригинал или копие   ☐ устна справка   ☐ копия на хартиен носител   ☐ копия на технически носител   ☐ по електронен път</w:t>
      </w:r>
    </w:p>
    <w:p w14:paraId="5B4561C0" w14:textId="77777777" w:rsidR="00BC4E80" w:rsidRDefault="00BC4E80">
      <w:pPr>
        <w:spacing w:after="80"/>
      </w:pPr>
      <w:r>
        <w:rPr>
          <w:rFonts w:ascii="Times New Roman" w:hAnsi="Times New Roman" w:cs="Times New Roman" w:eastAsia="Times New Roman"/>
          <w:sz w:val="24"/>
        </w:rPr>
        <w:t>Адрес за кореспонденция: ………………………………………………………………………………</w:t>
      </w:r>
    </w:p>
    <w:p w14:paraId="0FC3EDFA" w14:textId="77777777" w:rsidR="00BC4E80" w:rsidRDefault="00BC4E80">
      <w:pPr>
        <w:spacing w:after="80"/>
      </w:pPr>
    </w:p>
    <w:p w14:paraId="6A8D4085" w14:textId="77777777" w:rsidR="00BC4E80" w:rsidRDefault="00BC4E80">
      <w:pPr>
        <w:spacing w:after="80"/>
        <w:jc w:val="both"/>
      </w:pPr>
      <w:r>
        <w:rPr>
          <w:rFonts w:ascii="Times New Roman" w:hAnsi="Times New Roman" w:cs="Times New Roman" w:eastAsia="Times New Roman"/>
          <w:i/>
          <w:sz w:val="20"/>
        </w:rPr>
        <w:t>Известно ми е, че разходите по предоставяне на информацията се заплащат по нормативно определени нормативи.</w:t>
      </w:r>
    </w:p>
    <w:p w14:paraId="47F13111" w14:textId="77777777" w:rsidR="00BC4E80" w:rsidRDefault="00BC4E80">
      <w:pPr>
        <w:spacing w:after="200"/>
      </w:pPr>
    </w:p>
    <w:p w14:paraId="0AF43198" w14:textId="77777777" w:rsidR="00BC4E80" w:rsidRDefault="00BC4E80">
      <w:pPr>
        <w:tabs>
          <w:tab w:val="left" w:pos="5386"/>
        </w:tabs>
        <w:spacing w:after="160"/>
      </w:pPr>
      <w:r>
        <w:rPr>
          <w:rFonts w:ascii="Times New Roman" w:hAnsi="Times New Roman" w:cs="Times New Roman" w:eastAsia="Times New Roman"/>
          <w:sz w:val="24"/>
        </w:rPr>
        <w:t>Дата: ……………………………………………… г.</w:t>
      </w:r>
      <w:r>
        <w:rPr>
          <w:rFonts w:ascii="Times New Roman" w:hAnsi="Times New Roman" w:cs="Times New Roman" w:eastAsia="Times New Roman"/>
          <w:sz w:val="24"/>
        </w:rPr>
        <w:tab/>
        <w:t>С уважение: ……………………………………</w:t>
      </w:r>
    </w:p>
    <w:p w14:paraId="35E5BD96" w14:textId="77777777" w:rsidR="00E607B5" w:rsidRDefault="00E607B5">
      <w:pPr>
        <w:spacing w:after="110" w:line="288" w:lineRule="auto"/>
        <w:jc w:val="both"/>
      </w:pPr>
    </w:p>
    <w:p>
      <w:pPr>
        <w:spacing w:after="80" w:before="0"/>
        <w:jc w:val="center"/>
      </w:pPr>
      <w:r>
        <w:rPr>
          <w:rFonts w:ascii="Times New Roman" w:hAnsi="Times New Roman" w:cs="Times New Roman" w:eastAsia="Times New Roman"/>
          <w:b/>
          <w:sz w:val="32"/>
        </w:rPr>
        <w:t>РАЗДЕЛ XV</w:t>
      </w:r>
    </w:p>
    <w:p>
      <w:pPr>
        <w:spacing w:after="200" w:before="0"/>
        <w:jc w:val="center"/>
      </w:pPr>
      <w:r>
        <w:rPr>
          <w:rFonts w:ascii="Times New Roman" w:hAnsi="Times New Roman" w:cs="Times New Roman" w:eastAsia="Times New Roman"/>
          <w:b/>
          <w:sz w:val="28"/>
        </w:rPr>
        <w:t>ЗАПОВЕДИ И ДЕКЛАРАЦИИ ПО САНКЦИИТЕ</w:t>
      </w:r>
    </w:p>
    <w:p>
      <w:pPr>
        <w:spacing w:after="120" w:before="0"/>
        <w:jc w:val="right"/>
        <w:pageBreakBefore/>
      </w:pPr>
      <w:r>
        <w:rPr>
          <w:rFonts w:ascii="Times New Roman" w:hAnsi="Times New Roman" w:cs="Times New Roman" w:eastAsia="Times New Roman"/>
          <w:b w:val="0"/>
          <w:sz w:val="20"/>
        </w:rPr>
        <w:t>Приложение № 88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З А П О В Е Д</w:t>
      </w:r>
    </w:p>
    <w:p>
      <w:pPr>
        <w:spacing w:after="40" w:before="0"/>
        <w:jc w:val="center"/>
      </w:pPr>
      <w:r>
        <w:rPr>
          <w:rFonts w:ascii="Times New Roman" w:hAnsi="Times New Roman" w:cs="Times New Roman" w:eastAsia="Times New Roman"/>
          <w:b/>
        </w:rPr>
        <w:t>за налагане на санкция на ученик</w:t>
      </w:r>
    </w:p>
    <w:p>
      <w:pPr>
        <w:spacing w:after="200" w:before="0"/>
        <w:jc w:val="center"/>
      </w:pPr>
      <w:r>
        <w:rPr>
          <w:rFonts w:ascii="Times New Roman" w:hAnsi="Times New Roman" w:cs="Times New Roman" w:eastAsia="Times New Roman"/>
          <w:b w:val="0"/>
          <w:sz w:val="20"/>
        </w:rPr>
        <w:t>чл. 199, ал. 1, чл. 203, ал. 1 и чл. 205 от ЗПУО; чл. 66 – 69 от Наредбата за приобщаващото образование</w:t>
      </w:r>
    </w:p>
    <w:p>
      <w:pPr>
        <w:spacing w:after="200" w:before="0"/>
        <w:jc w:val="center"/>
      </w:pPr>
      <w:r>
        <w:rPr>
          <w:rFonts w:ascii="Times New Roman" w:hAnsi="Times New Roman" w:cs="Times New Roman" w:eastAsia="Times New Roman"/>
          <w:b/>
          <w:sz w:val="24"/>
        </w:rPr>
        <w:t>№ РД – …………………………………………………… / ………………………………………………………… г.</w:t>
      </w:r>
    </w:p>
    <w:p>
      <w:pPr>
        <w:spacing w:after="80" w:before="0"/>
        <w:jc w:val="both"/>
      </w:pPr>
      <w:r>
        <w:rPr>
          <w:rFonts w:ascii="Times New Roman" w:hAnsi="Times New Roman" w:cs="Times New Roman" w:eastAsia="Times New Roman"/>
          <w:b w:val="0"/>
          <w:sz w:val="24"/>
        </w:rPr>
        <w:t>На основание чл. 199, ал. 1, т. …….., чл. 203, ал. 1 и чл. 205 от Закона за предучилищното и училищното образование, чл. 66 – 69 от Наредбата за приобщаващото образование и чл. 41 – 49 от Правилника за дейността на училището, след като разгледах:</w:t>
      </w:r>
    </w:p>
    <w:p>
      <w:pPr>
        <w:spacing w:after="40" w:before="0"/>
        <w:jc w:val="both"/>
      </w:pPr>
      <w:r>
        <w:rPr>
          <w:rFonts w:ascii="Times New Roman" w:hAnsi="Times New Roman" w:cs="Times New Roman" w:eastAsia="Times New Roman"/>
          <w:b w:val="0"/>
          <w:sz w:val="24"/>
        </w:rPr>
        <w:t>–  мотивирано писмено предложение на класния ръководител № …….. / ……………… г. (Приложение № 2), съответно решение на Педагогическия съвет – Протокол № …….. / ……………… г. (Приложение № 11);</w:t>
      </w:r>
    </w:p>
    <w:p>
      <w:pPr>
        <w:spacing w:after="40" w:before="0"/>
        <w:jc w:val="both"/>
      </w:pPr>
      <w:r>
        <w:rPr>
          <w:rFonts w:ascii="Times New Roman" w:hAnsi="Times New Roman" w:cs="Times New Roman" w:eastAsia="Times New Roman"/>
          <w:b w:val="0"/>
          <w:sz w:val="24"/>
        </w:rPr>
        <w:t>–  протокол за изслушване на ученика № …….. / ……………… г. (Приложение № 5) и/или писмено обяснение на ученика вх. № …….. / ……………… г. (Приложение № 12);</w:t>
      </w:r>
    </w:p>
    <w:p>
      <w:pPr>
        <w:spacing w:after="40" w:before="0"/>
        <w:jc w:val="both"/>
      </w:pPr>
      <w:r>
        <w:rPr>
          <w:rFonts w:ascii="Times New Roman" w:hAnsi="Times New Roman" w:cs="Times New Roman" w:eastAsia="Times New Roman"/>
          <w:b w:val="0"/>
          <w:sz w:val="24"/>
        </w:rPr>
        <w:t>–  становище на класния ръководител (Приложение № 6);</w:t>
      </w:r>
    </w:p>
    <w:p>
      <w:pPr>
        <w:spacing w:after="40" w:before="0"/>
        <w:jc w:val="both"/>
      </w:pPr>
      <w:r>
        <w:rPr>
          <w:rFonts w:ascii="Times New Roman" w:hAnsi="Times New Roman" w:cs="Times New Roman" w:eastAsia="Times New Roman"/>
          <w:b w:val="0"/>
          <w:sz w:val="24"/>
        </w:rPr>
        <w:t>–  документите за предприетите дейности за мотивация и за преодоляване на проблемното поведение,</w:t>
      </w:r>
    </w:p>
    <w:p>
      <w:pPr>
        <w:spacing w:after="80" w:before="0"/>
      </w:pPr>
      <w:r>
        <w:rPr>
          <w:rFonts w:ascii="Times New Roman" w:hAnsi="Times New Roman" w:cs="Times New Roman" w:eastAsia="Times New Roman"/>
          <w:b/>
          <w:sz w:val="24"/>
        </w:rPr>
        <w:t>У С Т А Н О В И Х:</w:t>
      </w:r>
    </w:p>
    <w:p>
      <w:pPr>
        <w:spacing w:after="40" w:before="0"/>
        <w:jc w:val="both"/>
      </w:pPr>
      <w:r>
        <w:rPr>
          <w:rFonts w:ascii="Times New Roman" w:hAnsi="Times New Roman" w:cs="Times New Roman" w:eastAsia="Times New Roman"/>
          <w:b w:val="0"/>
          <w:sz w:val="24"/>
        </w:rPr>
        <w:t>1. Фактическа обстановка – извършено нарушение и период: ………………………………………………………………………………</w:t>
      </w:r>
    </w:p>
    <w:p>
      <w:pPr>
        <w:spacing w:after="80" w:before="0"/>
      </w:pPr>
      <w:r>
        <w:rPr>
          <w:rFonts w:ascii="Times New Roman" w:hAnsi="Times New Roman" w:cs="Times New Roman" w:eastAsia="Times New Roman"/>
          <w:b w:val="0"/>
          <w:sz w:val="24"/>
        </w:rPr>
        <w:t>……………………………………………………………………………………………………………………………………</w:t>
      </w:r>
    </w:p>
    <w:p>
      <w:pPr>
        <w:spacing w:after="40" w:before="0"/>
        <w:jc w:val="both"/>
      </w:pPr>
      <w:r>
        <w:rPr>
          <w:rFonts w:ascii="Times New Roman" w:hAnsi="Times New Roman" w:cs="Times New Roman" w:eastAsia="Times New Roman"/>
          <w:b w:val="0"/>
          <w:sz w:val="24"/>
        </w:rPr>
        <w:t>2. Предприети дейности за мотивация на ученика и за преодоляване на проблемното му поведение: ………………………………………………………………………………</w:t>
      </w:r>
    </w:p>
    <w:p>
      <w:pPr>
        <w:spacing w:after="80" w:before="0"/>
        <w:jc w:val="both"/>
      </w:pPr>
      <w:r>
        <w:rPr>
          <w:rFonts w:ascii="Times New Roman" w:hAnsi="Times New Roman" w:cs="Times New Roman" w:eastAsia="Times New Roman"/>
          <w:b w:val="0"/>
          <w:sz w:val="24"/>
        </w:rPr>
        <w:t>Причини тези дейности да не дадат резултат: ………………………………………………………………………………</w:t>
      </w:r>
    </w:p>
    <w:p>
      <w:pPr>
        <w:spacing w:after="40" w:before="0"/>
        <w:jc w:val="both"/>
      </w:pPr>
      <w:r>
        <w:rPr>
          <w:rFonts w:ascii="Times New Roman" w:hAnsi="Times New Roman" w:cs="Times New Roman" w:eastAsia="Times New Roman"/>
          <w:b w:val="0"/>
          <w:sz w:val="24"/>
        </w:rPr>
        <w:t>3. Отчетени обстоятелства по чл. 201, ал. 2 от ЗПУО – причините и обстоятелствата при извършване на нарушението, видът и тежестта му, както и възрастовите и личностните особености на ученика.</w:t>
      </w:r>
    </w:p>
    <w:p>
      <w:pPr>
        <w:spacing w:after="120" w:before="0"/>
        <w:jc w:val="both"/>
      </w:pPr>
      <w:r>
        <w:rPr>
          <w:rFonts w:ascii="Times New Roman" w:hAnsi="Times New Roman" w:cs="Times New Roman" w:eastAsia="Times New Roman"/>
          <w:b w:val="0"/>
          <w:sz w:val="24"/>
        </w:rPr>
        <w:t>4. Не са налице обстоятелства по чл. 200, ал. 5 от ЗПУО – поведението на ученика не е резултат от увреждане или нарушение на здравето, посочено в медицински документи.</w:t>
      </w:r>
    </w:p>
    <w:p>
      <w:pPr>
        <w:spacing w:after="80" w:before="0"/>
        <w:jc w:val="both"/>
      </w:pPr>
      <w:r>
        <w:rPr>
          <w:rFonts w:ascii="Times New Roman" w:hAnsi="Times New Roman" w:cs="Times New Roman" w:eastAsia="Times New Roman"/>
          <w:b w:val="0"/>
          <w:sz w:val="24"/>
        </w:rPr>
        <w:t>Предвид изложеното</w:t>
      </w:r>
    </w:p>
    <w:p>
      <w:pPr>
        <w:spacing w:after="120" w:before="0"/>
        <w:jc w:val="center"/>
      </w:pPr>
      <w:r>
        <w:rPr>
          <w:rFonts w:ascii="Times New Roman" w:hAnsi="Times New Roman" w:cs="Times New Roman" w:eastAsia="Times New Roman"/>
          <w:b/>
          <w:sz w:val="26"/>
        </w:rPr>
        <w:t>Н А Р Е Ж Д А М:</w:t>
      </w:r>
    </w:p>
    <w:p>
      <w:pPr>
        <w:spacing w:after="40" w:before="0"/>
        <w:jc w:val="both"/>
      </w:pPr>
      <w:r>
        <w:rPr>
          <w:rFonts w:ascii="Times New Roman" w:hAnsi="Times New Roman" w:cs="Times New Roman" w:eastAsia="Times New Roman"/>
          <w:b w:val="0"/>
          <w:sz w:val="24"/>
        </w:rPr>
        <w:t>НАЛАГАМ санкция „………………………………………………………………………………“</w:t>
      </w:r>
    </w:p>
    <w:p>
      <w:pPr>
        <w:spacing w:after="40" w:before="0"/>
        <w:jc w:val="both"/>
      </w:pPr>
      <w:r>
        <w:rPr>
          <w:rFonts w:ascii="Times New Roman" w:hAnsi="Times New Roman" w:cs="Times New Roman" w:eastAsia="Times New Roman"/>
          <w:b w:val="0"/>
          <w:sz w:val="24"/>
        </w:rPr>
        <w:t>на ученика/ученичката ………………………………………………………………………………, от ……… клас,</w:t>
      </w:r>
    </w:p>
    <w:p>
      <w:pPr>
        <w:spacing w:after="120" w:before="0"/>
      </w:pPr>
      <w:r>
        <w:rPr>
          <w:rFonts w:ascii="Times New Roman" w:hAnsi="Times New Roman" w:cs="Times New Roman" w:eastAsia="Times New Roman"/>
          <w:b w:val="0"/>
          <w:sz w:val="24"/>
        </w:rPr>
        <w:t>Срок на санкцията: до ………………………………………………………………………………</w:t>
      </w:r>
    </w:p>
    <w:p>
      <w:pPr>
        <w:spacing w:after="40" w:before="0"/>
        <w:jc w:val="both"/>
      </w:pPr>
      <w:r>
        <w:rPr>
          <w:rFonts w:ascii="Times New Roman" w:hAnsi="Times New Roman" w:cs="Times New Roman" w:eastAsia="Times New Roman"/>
          <w:b/>
          <w:sz w:val="24"/>
        </w:rPr>
        <w:t>МОТИВИ: ………………………………………………………………………………</w:t>
      </w:r>
    </w:p>
    <w:p>
      <w:pPr>
        <w:spacing w:after="120" w:before="0"/>
      </w:pPr>
      <w:r>
        <w:rPr>
          <w:rFonts w:ascii="Times New Roman" w:hAnsi="Times New Roman" w:cs="Times New Roman" w:eastAsia="Times New Roman"/>
          <w:b w:val="0"/>
          <w:sz w:val="24"/>
        </w:rPr>
        <w:t>……………………………………………………………………………………………………………………………………</w:t>
      </w:r>
    </w:p>
    <w:p>
      <w:pPr>
        <w:spacing w:after="40" w:before="0"/>
        <w:jc w:val="both"/>
      </w:pPr>
      <w:r>
        <w:rPr>
          <w:rFonts w:ascii="Times New Roman" w:hAnsi="Times New Roman" w:cs="Times New Roman" w:eastAsia="Times New Roman"/>
          <w:b w:val="0"/>
          <w:sz w:val="24"/>
        </w:rPr>
        <w:t>Санкцията да бъде отразена в ученическата книжка, в личния картон/личното образователно дело, в бележника за кореспонденция, в електронния дневник и в НЕИСПУО.</w:t>
      </w:r>
    </w:p>
    <w:p>
      <w:pPr>
        <w:spacing w:after="40" w:before="0"/>
        <w:jc w:val="both"/>
      </w:pPr>
      <w:r>
        <w:rPr>
          <w:rFonts w:ascii="Times New Roman" w:hAnsi="Times New Roman" w:cs="Times New Roman" w:eastAsia="Times New Roman"/>
          <w:b w:val="0"/>
          <w:sz w:val="24"/>
        </w:rPr>
        <w:t>На ученика да бъдат осигурени дейности за превенция и за преодоляване на проблемното поведение съгласно чл. 199, ал. 5 от ЗПУО.</w:t>
      </w:r>
    </w:p>
    <w:p>
      <w:pPr>
        <w:spacing w:after="40" w:before="0"/>
        <w:jc w:val="both"/>
      </w:pPr>
      <w:r>
        <w:rPr>
          <w:rFonts w:ascii="Times New Roman" w:hAnsi="Times New Roman" w:cs="Times New Roman" w:eastAsia="Times New Roman"/>
          <w:b w:val="0"/>
          <w:sz w:val="24"/>
        </w:rPr>
        <w:t>Заповедта да бъде съобщена на ученика и на родителя в тридневен срок от издаването ѝ (чл. 205, ал. 3 от ЗПУО), а при санкция „преместване в друго училище“ – и на началника на РУО – Бургас.</w:t>
      </w:r>
    </w:p>
    <w:p>
      <w:pPr>
        <w:spacing w:after="120" w:before="0"/>
        <w:jc w:val="both"/>
      </w:pPr>
      <w:r>
        <w:rPr>
          <w:rFonts w:ascii="Times New Roman" w:hAnsi="Times New Roman" w:cs="Times New Roman" w:eastAsia="Times New Roman"/>
          <w:b w:val="0"/>
          <w:sz w:val="24"/>
        </w:rPr>
        <w:t>Заповедта подлежи на оспорване по административен ред пред органите по чл. 259, ал. 2, т. 1, 2, 3 и 5 от ЗПУО и на обжалване по реда на Административнопроцесуалния кодекс.</w:t>
      </w:r>
    </w:p>
    <w:p>
      <w:pPr>
        <w:spacing w:after="240" w:before="0"/>
        <w:jc w:val="both"/>
      </w:pPr>
      <w:r>
        <w:rPr>
          <w:rFonts w:ascii="Times New Roman" w:hAnsi="Times New Roman" w:cs="Times New Roman" w:eastAsia="Times New Roman"/>
          <w:b w:val="0"/>
          <w:sz w:val="24"/>
        </w:rPr>
        <w:t>Контрол по изпълнението на заповедта възлагам на ……………………………………………………………………</w:t>
      </w:r>
    </w:p>
    <w:p>
      <w:pPr>
        <w:spacing w:after="120" w:before="0"/>
      </w:pPr>
      <w:r>
        <w:rPr>
          <w:rFonts w:ascii="Times New Roman" w:hAnsi="Times New Roman" w:cs="Times New Roman" w:eastAsia="Times New Roman"/>
          <w:b/>
          <w:sz w:val="24"/>
        </w:rPr>
        <w:t>ДИРЕКТОР: ………………………………</w:t>
        <w:tab/>
        <w:t>инж. Христина Жабова</w:t>
      </w:r>
    </w:p>
    <w:p>
      <w:pPr>
        <w:spacing w:after="60" w:before="0"/>
      </w:pPr>
      <w:r>
        <w:rPr>
          <w:rFonts w:ascii="Times New Roman" w:hAnsi="Times New Roman" w:cs="Times New Roman" w:eastAsia="Times New Roman"/>
          <w:sz w:val="24"/>
          <w:szCs w:val="24"/>
        </w:rPr>
        <w:t xml:space="preserve">(подпис и печат)</w:t>
      </w:r>
    </w:p>
    <w:p>
      <w:pPr>
        <w:spacing w:after="40" w:before="0"/>
      </w:pPr>
      <w:r>
        <w:rPr>
          <w:rFonts w:ascii="Times New Roman" w:hAnsi="Times New Roman" w:cs="Times New Roman" w:eastAsia="Times New Roman"/>
          <w:b w:val="0"/>
          <w:sz w:val="24"/>
        </w:rPr>
        <w:t>Получил заповедта – ученик: …………………………………………………………</w:t>
        <w:tab/>
        <w:t>Дата: ……………………</w:t>
      </w:r>
    </w:p>
    <w:p>
      <w:pPr>
        <w:spacing w:after="40" w:before="0"/>
      </w:pPr>
      <w:r>
        <w:rPr>
          <w:rFonts w:ascii="Times New Roman" w:hAnsi="Times New Roman" w:cs="Times New Roman" w:eastAsia="Times New Roman"/>
          <w:b w:val="0"/>
          <w:sz w:val="24"/>
        </w:rPr>
        <w:t>Получил заповедта – родител: ……………………………………………………</w:t>
        <w:tab/>
        <w:t>Дата: ……………………</w:t>
      </w:r>
    </w:p>
    <w:p>
      <w:pPr>
        <w:spacing w:after="120" w:before="0"/>
        <w:jc w:val="right"/>
        <w:pageBreakBefore/>
      </w:pPr>
      <w:r>
        <w:rPr>
          <w:rFonts w:ascii="Times New Roman" w:hAnsi="Times New Roman" w:cs="Times New Roman" w:eastAsia="Times New Roman"/>
          <w:b w:val="0"/>
          <w:sz w:val="20"/>
        </w:rPr>
        <w:t>Приложение № 89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З А П О В Е Д</w:t>
      </w:r>
    </w:p>
    <w:p>
      <w:pPr>
        <w:spacing w:after="40" w:before="0"/>
        <w:jc w:val="center"/>
      </w:pPr>
      <w:r>
        <w:rPr>
          <w:rFonts w:ascii="Times New Roman" w:hAnsi="Times New Roman" w:cs="Times New Roman" w:eastAsia="Times New Roman"/>
          <w:b/>
        </w:rPr>
        <w:t>за заличаване на наложена санкция</w:t>
      </w:r>
    </w:p>
    <w:p>
      <w:pPr>
        <w:spacing w:after="200" w:before="0"/>
        <w:jc w:val="center"/>
      </w:pPr>
      <w:r>
        <w:rPr>
          <w:rFonts w:ascii="Times New Roman" w:hAnsi="Times New Roman" w:cs="Times New Roman" w:eastAsia="Times New Roman"/>
          <w:b w:val="0"/>
          <w:sz w:val="20"/>
        </w:rPr>
        <w:t>чл. 207, ал. 1 от ЗПУО; чл. 69, ал. 4 от Наредбата за приобщаващото образование</w:t>
      </w:r>
    </w:p>
    <w:p>
      <w:pPr>
        <w:spacing w:after="200" w:before="0"/>
        <w:jc w:val="center"/>
      </w:pPr>
      <w:r>
        <w:rPr>
          <w:rFonts w:ascii="Times New Roman" w:hAnsi="Times New Roman" w:cs="Times New Roman" w:eastAsia="Times New Roman"/>
          <w:b/>
          <w:sz w:val="24"/>
        </w:rPr>
        <w:t>№ РД – …………………………………………………… / ………………………………………………………… г.</w:t>
      </w:r>
    </w:p>
    <w:p>
      <w:pPr>
        <w:spacing w:after="120" w:before="0"/>
        <w:jc w:val="both"/>
      </w:pPr>
      <w:r>
        <w:rPr>
          <w:rFonts w:ascii="Times New Roman" w:hAnsi="Times New Roman" w:cs="Times New Roman" w:eastAsia="Times New Roman"/>
          <w:b w:val="0"/>
          <w:sz w:val="24"/>
        </w:rPr>
        <w:t>На основание чл. 207, ал. 1 от Закона за предучилищното и училищното образование, чл. 69, ал. 4 от Наредбата за приобщаващото образование и чл. 49 от Правилника за дейността на училището</w:t>
      </w:r>
    </w:p>
    <w:p>
      <w:pPr>
        <w:spacing w:after="120" w:before="0"/>
        <w:jc w:val="center"/>
      </w:pPr>
      <w:r>
        <w:rPr>
          <w:rFonts w:ascii="Times New Roman" w:hAnsi="Times New Roman" w:cs="Times New Roman" w:eastAsia="Times New Roman"/>
          <w:b/>
          <w:sz w:val="26"/>
        </w:rPr>
        <w:t>Н А Р Е Ж Д А М:</w:t>
      </w:r>
    </w:p>
    <w:p>
      <w:pPr>
        <w:spacing w:after="40" w:before="0"/>
        <w:jc w:val="both"/>
      </w:pPr>
      <w:r>
        <w:rPr>
          <w:rFonts w:ascii="Times New Roman" w:hAnsi="Times New Roman" w:cs="Times New Roman" w:eastAsia="Times New Roman"/>
          <w:b w:val="0"/>
          <w:sz w:val="24"/>
        </w:rPr>
        <w:t>ЗАЛИЧАВАМ наложената със Заповед № РД – …….. / ……………… г. санкция „……………………………………………………………………“</w:t>
      </w:r>
    </w:p>
    <w:p>
      <w:pPr>
        <w:spacing w:after="80" w:before="0"/>
        <w:jc w:val="both"/>
      </w:pPr>
      <w:r>
        <w:rPr>
          <w:rFonts w:ascii="Times New Roman" w:hAnsi="Times New Roman" w:cs="Times New Roman" w:eastAsia="Times New Roman"/>
          <w:b w:val="0"/>
          <w:sz w:val="24"/>
        </w:rPr>
        <w:t>на ученика/ученичката ………………………………………………………………………………, от ……… клас,</w:t>
      </w:r>
    </w:p>
    <w:p>
      <w:pPr>
        <w:spacing w:after="40" w:before="0"/>
      </w:pPr>
      <w:r>
        <w:rPr>
          <w:rFonts w:ascii="Times New Roman" w:hAnsi="Times New Roman" w:cs="Times New Roman" w:eastAsia="Times New Roman"/>
          <w:b w:val="0"/>
          <w:sz w:val="24"/>
        </w:rPr>
        <w:t>на следното основание:</w:t>
      </w:r>
    </w:p>
    <w:p>
      <w:pPr>
        <w:spacing w:after="40" w:before="0"/>
      </w:pPr>
      <w:r>
        <w:rPr>
          <w:rFonts w:ascii="Times New Roman" w:hAnsi="Times New Roman" w:cs="Times New Roman" w:eastAsia="Times New Roman"/>
          <w:b w:val="0"/>
          <w:sz w:val="24"/>
        </w:rPr>
        <w:t>□  изтичане на срока, за който санкцията е наложена;</w:t>
      </w:r>
    </w:p>
    <w:p>
      <w:pPr>
        <w:spacing w:after="80" w:before="0"/>
        <w:jc w:val="both"/>
      </w:pPr>
      <w:r>
        <w:rPr>
          <w:rFonts w:ascii="Times New Roman" w:hAnsi="Times New Roman" w:cs="Times New Roman" w:eastAsia="Times New Roman"/>
          <w:b w:val="0"/>
          <w:sz w:val="24"/>
        </w:rPr>
        <w:t>□  предсрочно заличаване по реда, по който санкцията е наложена – по мотивирано предложение на класния ръководител, съответно на Педагогическия съвет.</w:t>
      </w:r>
    </w:p>
    <w:p>
      <w:pPr>
        <w:spacing w:after="40" w:before="0"/>
        <w:jc w:val="both"/>
      </w:pPr>
      <w:r>
        <w:rPr>
          <w:rFonts w:ascii="Times New Roman" w:hAnsi="Times New Roman" w:cs="Times New Roman" w:eastAsia="Times New Roman"/>
          <w:b/>
          <w:sz w:val="24"/>
        </w:rPr>
        <w:t>МОТИВИ: ………………………………………………………………………………</w:t>
      </w:r>
    </w:p>
    <w:p>
      <w:pPr>
        <w:spacing w:after="120" w:before="0"/>
      </w:pPr>
      <w:r>
        <w:rPr>
          <w:rFonts w:ascii="Times New Roman" w:hAnsi="Times New Roman" w:cs="Times New Roman" w:eastAsia="Times New Roman"/>
          <w:b w:val="0"/>
          <w:sz w:val="24"/>
        </w:rPr>
        <w:t>……………………………………………………………………………………………………………………………………</w:t>
      </w:r>
    </w:p>
    <w:p>
      <w:pPr>
        <w:spacing w:after="240" w:before="0"/>
        <w:jc w:val="both"/>
      </w:pPr>
      <w:r>
        <w:rPr>
          <w:rFonts w:ascii="Times New Roman" w:hAnsi="Times New Roman" w:cs="Times New Roman" w:eastAsia="Times New Roman"/>
          <w:b w:val="0"/>
          <w:sz w:val="24"/>
        </w:rPr>
        <w:t>Заличаването да бъде отразено в ученическата книжка, в личния картон/личното образователно дело, в бележника за кореспонденция, в електронния дневник и в НЕИСПУО.</w:t>
      </w:r>
    </w:p>
    <w:p>
      <w:pPr>
        <w:spacing w:after="60" w:before="0"/>
        <w:jc w:val="both"/>
      </w:pPr>
      <w:r>
        <w:rPr>
          <w:rFonts w:ascii="Times New Roman" w:hAnsi="Times New Roman" w:cs="Times New Roman" w:eastAsia="Times New Roman"/>
          <w:sz w:val="24"/>
          <w:szCs w:val="24"/>
        </w:rPr>
        <w:t xml:space="preserve">Заповедта да бъде съобщена на ученика и на родителя по реда на чл. 205, ал. 3 от ЗПУО.</w:t>
      </w:r>
    </w:p>
    <w:p>
      <w:pPr>
        <w:spacing w:after="40" w:before="0"/>
      </w:pPr>
      <w:r>
        <w:rPr>
          <w:rFonts w:ascii="Times New Roman" w:hAnsi="Times New Roman" w:cs="Times New Roman" w:eastAsia="Times New Roman"/>
          <w:b/>
          <w:sz w:val="24"/>
        </w:rPr>
        <w:t>ДИРЕКТОР: ………………………………</w:t>
        <w:tab/>
        <w:t>инж. Христина Жабова</w:t>
      </w:r>
    </w:p>
    <w:p>
      <w:pPr>
        <w:spacing w:after="60" w:before="0"/>
      </w:pPr>
      <w:r>
        <w:rPr>
          <w:rFonts w:ascii="Times New Roman" w:hAnsi="Times New Roman" w:cs="Times New Roman" w:eastAsia="Times New Roman"/>
          <w:sz w:val="24"/>
          <w:szCs w:val="24"/>
        </w:rPr>
        <w:t xml:space="preserve">(подпис и печат)</w:t>
      </w:r>
    </w:p>
    <w:p>
      <w:pPr>
        <w:spacing w:after="60" w:before="0"/>
      </w:pPr>
      <w:r>
        <w:rPr>
          <w:rFonts w:ascii="Times New Roman" w:hAnsi="Times New Roman" w:cs="Times New Roman" w:eastAsia="Times New Roman"/>
          <w:sz w:val="24"/>
          <w:szCs w:val="24"/>
        </w:rPr>
        <w:t xml:space="preserve">Получил заповедта – ученик: …………………………………………………………	Дата: ……………………</w:t>
      </w:r>
    </w:p>
    <w:p>
      <w:pPr>
        <w:spacing w:after="60" w:before="0"/>
      </w:pPr>
      <w:r>
        <w:rPr>
          <w:rFonts w:ascii="Times New Roman" w:hAnsi="Times New Roman" w:cs="Times New Roman" w:eastAsia="Times New Roman"/>
          <w:sz w:val="24"/>
          <w:szCs w:val="24"/>
        </w:rPr>
        <w:t xml:space="preserve">Получил заповедта – родител: ……………………………………………………	Дата: ……………………</w:t>
      </w:r>
    </w:p>
    <w:p>
      <w:pPr>
        <w:spacing w:after="120" w:before="0"/>
        <w:jc w:val="right"/>
        <w:pageBreakBefore/>
      </w:pPr>
      <w:r>
        <w:rPr>
          <w:rFonts w:ascii="Times New Roman" w:hAnsi="Times New Roman" w:cs="Times New Roman" w:eastAsia="Times New Roman"/>
          <w:b w:val="0"/>
          <w:sz w:val="20"/>
        </w:rPr>
        <w:t>Приложение № 90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З А П О В Е Д</w:t>
      </w:r>
    </w:p>
    <w:p>
      <w:pPr>
        <w:spacing w:after="40" w:before="0"/>
        <w:jc w:val="center"/>
      </w:pPr>
      <w:r>
        <w:rPr>
          <w:rFonts w:ascii="Times New Roman" w:hAnsi="Times New Roman" w:cs="Times New Roman" w:eastAsia="Times New Roman"/>
          <w:b/>
        </w:rPr>
        <w:t>за отстраняване на ученик от училище</w:t>
      </w:r>
    </w:p>
    <w:p>
      <w:pPr>
        <w:spacing w:after="200" w:before="0"/>
        <w:jc w:val="center"/>
      </w:pPr>
      <w:r>
        <w:rPr>
          <w:rFonts w:ascii="Times New Roman" w:hAnsi="Times New Roman" w:cs="Times New Roman" w:eastAsia="Times New Roman"/>
          <w:b w:val="0"/>
          <w:sz w:val="20"/>
        </w:rPr>
        <w:t>чл. 199, ал. 3 и чл. 203, ал. 2 от ЗПУО; чл. 27, ал. 10 от Правилника за дейността на училището</w:t>
      </w:r>
    </w:p>
    <w:p>
      <w:pPr>
        <w:spacing w:after="200" w:before="0"/>
        <w:jc w:val="center"/>
      </w:pPr>
      <w:r>
        <w:rPr>
          <w:rFonts w:ascii="Times New Roman" w:hAnsi="Times New Roman" w:cs="Times New Roman" w:eastAsia="Times New Roman"/>
          <w:b/>
          <w:sz w:val="24"/>
        </w:rPr>
        <w:t>№ РД – …………………………………………………… / ………………………………………………………… г.</w:t>
      </w:r>
    </w:p>
    <w:p>
      <w:pPr>
        <w:spacing w:after="120" w:before="0"/>
        <w:jc w:val="both"/>
      </w:pPr>
      <w:r>
        <w:rPr>
          <w:rFonts w:ascii="Times New Roman" w:hAnsi="Times New Roman" w:cs="Times New Roman" w:eastAsia="Times New Roman"/>
          <w:b w:val="0"/>
          <w:sz w:val="24"/>
        </w:rPr>
        <w:t>На основание чл. 199, ал. 3 и чл. 203, ал. 2 от Закона за предучилищното и училищното образование</w:t>
      </w:r>
    </w:p>
    <w:p>
      <w:pPr>
        <w:spacing w:after="120" w:before="0"/>
        <w:jc w:val="center"/>
      </w:pPr>
      <w:r>
        <w:rPr>
          <w:rFonts w:ascii="Times New Roman" w:hAnsi="Times New Roman" w:cs="Times New Roman" w:eastAsia="Times New Roman"/>
          <w:b/>
          <w:sz w:val="26"/>
        </w:rPr>
        <w:t>Н А Р Е Ж Д А М:</w:t>
      </w:r>
    </w:p>
    <w:p>
      <w:pPr>
        <w:spacing w:after="80" w:before="0"/>
        <w:jc w:val="both"/>
      </w:pPr>
      <w:r>
        <w:rPr>
          <w:rFonts w:ascii="Times New Roman" w:hAnsi="Times New Roman" w:cs="Times New Roman" w:eastAsia="Times New Roman"/>
          <w:b w:val="0"/>
          <w:sz w:val="24"/>
        </w:rPr>
        <w:t>ОТСТРАНЯВАМ от училище ученика/ученичката ………………………………………………………………………………, от ……… клас,</w:t>
      </w:r>
    </w:p>
    <w:p>
      <w:pPr>
        <w:spacing w:after="40" w:before="0"/>
      </w:pPr>
      <w:r>
        <w:rPr>
          <w:rFonts w:ascii="Times New Roman" w:hAnsi="Times New Roman" w:cs="Times New Roman" w:eastAsia="Times New Roman"/>
          <w:b w:val="0"/>
          <w:sz w:val="24"/>
        </w:rPr>
        <w:t>на следното основание:</w:t>
      </w:r>
    </w:p>
    <w:p>
      <w:pPr>
        <w:spacing w:after="40" w:before="0"/>
        <w:jc w:val="both"/>
      </w:pPr>
      <w:r>
        <w:rPr>
          <w:rFonts w:ascii="Times New Roman" w:hAnsi="Times New Roman" w:cs="Times New Roman" w:eastAsia="Times New Roman"/>
          <w:b w:val="0"/>
          <w:sz w:val="24"/>
        </w:rPr>
        <w:t>□  явяване в училище с облекло или във вид, които са в нарушение на Правилника за дейността на училището;</w:t>
      </w:r>
    </w:p>
    <w:p>
      <w:pPr>
        <w:spacing w:after="80" w:before="0"/>
        <w:jc w:val="both"/>
      </w:pPr>
      <w:r>
        <w:rPr>
          <w:rFonts w:ascii="Times New Roman" w:hAnsi="Times New Roman" w:cs="Times New Roman" w:eastAsia="Times New Roman"/>
          <w:b w:val="0"/>
          <w:sz w:val="24"/>
        </w:rPr>
        <w:t>□  състояние, което не позволява участие в учебния процес.</w:t>
      </w:r>
    </w:p>
    <w:p>
      <w:pPr>
        <w:spacing w:after="80" w:before="0"/>
        <w:jc w:val="both"/>
      </w:pPr>
      <w:r>
        <w:rPr>
          <w:rFonts w:ascii="Times New Roman" w:hAnsi="Times New Roman" w:cs="Times New Roman" w:eastAsia="Times New Roman"/>
          <w:b w:val="0"/>
          <w:sz w:val="24"/>
        </w:rPr>
        <w:t>Конкретни обстоятелства: ………………………………………………………………………………</w:t>
      </w:r>
    </w:p>
    <w:p>
      <w:pPr>
        <w:spacing w:after="80" w:before="0"/>
        <w:jc w:val="both"/>
      </w:pPr>
      <w:r>
        <w:rPr>
          <w:rFonts w:ascii="Times New Roman" w:hAnsi="Times New Roman" w:cs="Times New Roman" w:eastAsia="Times New Roman"/>
          <w:b w:val="0"/>
          <w:sz w:val="24"/>
        </w:rPr>
        <w:t>Отстраняването е до отпадане на основанието за него.</w:t>
      </w:r>
    </w:p>
    <w:p>
      <w:pPr>
        <w:spacing w:after="40" w:before="0"/>
        <w:jc w:val="both"/>
      </w:pPr>
      <w:r>
        <w:rPr>
          <w:rFonts w:ascii="Times New Roman" w:hAnsi="Times New Roman" w:cs="Times New Roman" w:eastAsia="Times New Roman"/>
          <w:b w:val="0"/>
          <w:sz w:val="24"/>
        </w:rPr>
        <w:t>Веднага след отстраняването да бъдат предприети дейности за мотивация и за преодоляване на проблемното поведение и да бъде уведомен родителят (чл. 199, ал. 4 от ЗПУО).</w:t>
      </w:r>
    </w:p>
    <w:p>
      <w:pPr>
        <w:spacing w:after="240" w:before="0"/>
        <w:jc w:val="both"/>
      </w:pPr>
      <w:r>
        <w:rPr>
          <w:rFonts w:ascii="Times New Roman" w:hAnsi="Times New Roman" w:cs="Times New Roman" w:eastAsia="Times New Roman"/>
          <w:b w:val="0"/>
          <w:sz w:val="24"/>
        </w:rPr>
        <w:t>За времето на отстраняването на ученика не се отбелязват отсъствия. Мярката се документира в електронния дневник.</w:t>
      </w:r>
    </w:p>
    <w:p>
      <w:pPr>
        <w:spacing w:after="120" w:before="0"/>
      </w:pPr>
      <w:r>
        <w:rPr>
          <w:rFonts w:ascii="Times New Roman" w:hAnsi="Times New Roman" w:cs="Times New Roman" w:eastAsia="Times New Roman"/>
          <w:b/>
          <w:sz w:val="24"/>
        </w:rPr>
        <w:t>ДИРЕКТОР: ………………………………</w:t>
        <w:tab/>
        <w:t>инж. Христина Жабова</w:t>
      </w:r>
    </w:p>
    <w:p>
      <w:pPr>
        <w:spacing w:after="60" w:before="0"/>
      </w:pPr>
      <w:r>
        <w:rPr>
          <w:rFonts w:ascii="Times New Roman" w:hAnsi="Times New Roman" w:cs="Times New Roman" w:eastAsia="Times New Roman"/>
          <w:sz w:val="24"/>
          <w:szCs w:val="24"/>
        </w:rPr>
        <w:t xml:space="preserve">(подпис и печат)</w:t>
      </w:r>
    </w:p>
    <w:p>
      <w:pPr>
        <w:spacing w:after="40" w:before="3328"/>
      </w:pPr>
      <w:r>
        <w:rPr>
          <w:rFonts w:ascii="Times New Roman" w:hAnsi="Times New Roman" w:cs="Times New Roman" w:eastAsia="Times New Roman"/>
          <w:b w:val="0"/>
          <w:sz w:val="24"/>
        </w:rPr>
        <w:t>Уведомен родител: ………………………………………………………………</w:t>
        <w:tab/>
        <w:t>Дата: ……………………</w:t>
      </w:r>
    </w:p>
    <w:p>
      <w:pPr>
        <w:spacing w:after="120" w:before="0"/>
        <w:jc w:val="right"/>
        <w:pageBreakBefore/>
      </w:pPr>
      <w:r>
        <w:rPr>
          <w:rFonts w:ascii="Times New Roman" w:hAnsi="Times New Roman" w:cs="Times New Roman" w:eastAsia="Times New Roman"/>
          <w:b w:val="0"/>
          <w:sz w:val="20"/>
        </w:rPr>
        <w:t>Приложение № 91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Д Е К Л А Р А Ц И Я</w:t>
      </w:r>
    </w:p>
    <w:p>
      <w:pPr>
        <w:spacing w:after="40" w:before="0"/>
        <w:jc w:val="center"/>
      </w:pPr>
      <w:r>
        <w:rPr>
          <w:rFonts w:ascii="Times New Roman" w:hAnsi="Times New Roman" w:cs="Times New Roman" w:eastAsia="Times New Roman"/>
          <w:b/>
        </w:rPr>
        <w:t>за информирано съгласие за обучение по индивидуален учебен план</w:t>
      </w:r>
    </w:p>
    <w:p>
      <w:pPr>
        <w:spacing w:after="200" w:before="0"/>
        <w:jc w:val="center"/>
      </w:pPr>
      <w:r>
        <w:rPr>
          <w:rFonts w:ascii="Times New Roman" w:hAnsi="Times New Roman" w:cs="Times New Roman" w:eastAsia="Times New Roman"/>
          <w:b w:val="0"/>
          <w:sz w:val="20"/>
        </w:rPr>
        <w:t>чл. 21 от Наредба № 4 от 2015 г. за учебния план; чл. 76а от Правилника за дейността на училището</w:t>
      </w:r>
    </w:p>
    <w:p>
      <w:pPr>
        <w:spacing w:after="0" w:before="0"/>
      </w:pPr>
      <w:r>
        <w:rPr>
          <w:rFonts w:ascii="Times New Roman" w:hAnsi="Times New Roman" w:cs="Times New Roman" w:eastAsia="Times New Roman"/>
          <w:b/>
          <w:sz w:val="24"/>
        </w:rPr>
        <w:t>ДО</w:t>
      </w:r>
    </w:p>
    <w:p>
      <w:pPr>
        <w:spacing w:after="0" w:before="0"/>
      </w:pPr>
      <w:r>
        <w:rPr>
          <w:rFonts w:ascii="Times New Roman" w:hAnsi="Times New Roman" w:cs="Times New Roman" w:eastAsia="Times New Roman"/>
          <w:b/>
          <w:sz w:val="24"/>
        </w:rPr>
        <w:t>ДИРЕКТОРА</w:t>
      </w:r>
    </w:p>
    <w:p>
      <w:pPr>
        <w:spacing w:after="200" w:before="0"/>
      </w:pPr>
      <w:r>
        <w:rPr>
          <w:rFonts w:ascii="Times New Roman" w:hAnsi="Times New Roman" w:cs="Times New Roman" w:eastAsia="Times New Roman"/>
          <w:b/>
          <w:sz w:val="24"/>
        </w:rPr>
        <w:t>НА ПГМКР „СВЕТИ НИКОЛА“ – ГР. БУРГАС</w:t>
      </w:r>
    </w:p>
    <w:p>
      <w:pPr>
        <w:spacing w:after="40" w:before="0"/>
      </w:pPr>
      <w:r>
        <w:rPr>
          <w:rFonts w:ascii="Times New Roman" w:hAnsi="Times New Roman" w:cs="Times New Roman" w:eastAsia="Times New Roman"/>
          <w:b w:val="0"/>
          <w:sz w:val="24"/>
        </w:rPr>
        <w:t>От ………………………………………………………………………………</w:t>
      </w:r>
    </w:p>
    <w:p>
      <w:pPr>
        <w:spacing w:after="160" w:before="0"/>
        <w:jc w:val="both"/>
      </w:pPr>
      <w:r>
        <w:rPr>
          <w:rFonts w:ascii="Times New Roman" w:hAnsi="Times New Roman" w:cs="Times New Roman" w:eastAsia="Times New Roman"/>
          <w:b w:val="0"/>
          <w:sz w:val="24"/>
        </w:rPr>
        <w:t>родител/настойник на ………………………………………………………………………………, ученик/ученичка от ……… клас</w:t>
      </w:r>
    </w:p>
    <w:p>
      <w:pPr>
        <w:spacing w:after="80" w:before="0"/>
      </w:pPr>
      <w:r>
        <w:rPr>
          <w:rFonts w:ascii="Times New Roman" w:hAnsi="Times New Roman" w:cs="Times New Roman" w:eastAsia="Times New Roman"/>
          <w:b/>
          <w:sz w:val="24"/>
        </w:rPr>
        <w:t>Д Е К Л А Р И Р А М, че:</w:t>
      </w:r>
    </w:p>
    <w:p>
      <w:pPr>
        <w:spacing w:after="40" w:before="0"/>
        <w:jc w:val="both"/>
      </w:pPr>
      <w:r>
        <w:rPr>
          <w:rFonts w:ascii="Times New Roman" w:hAnsi="Times New Roman" w:cs="Times New Roman" w:eastAsia="Times New Roman"/>
          <w:b w:val="0"/>
          <w:sz w:val="24"/>
        </w:rPr>
        <w:t>1. Запознат/а съм със становището на екипа за подкрепа за личностно развитие и с приложените медицински документи.</w:t>
      </w:r>
    </w:p>
    <w:p>
      <w:pPr>
        <w:spacing w:after="80" w:before="0"/>
        <w:jc w:val="both"/>
      </w:pPr>
      <w:r>
        <w:rPr>
          <w:rFonts w:ascii="Times New Roman" w:hAnsi="Times New Roman" w:cs="Times New Roman" w:eastAsia="Times New Roman"/>
          <w:b w:val="0"/>
          <w:sz w:val="24"/>
        </w:rPr>
        <w:t>2. Запознат/а съм със съдържанието на предложения индивидуален учебен план и с последиците от обучението по него.</w:t>
      </w:r>
    </w:p>
    <w:p>
      <w:pPr>
        <w:spacing w:after="40" w:before="0"/>
        <w:jc w:val="both"/>
      </w:pPr>
      <w:r>
        <w:rPr>
          <w:rFonts w:ascii="Times New Roman" w:hAnsi="Times New Roman" w:cs="Times New Roman" w:eastAsia="Times New Roman"/>
          <w:b w:val="0"/>
          <w:sz w:val="24"/>
        </w:rPr>
        <w:t>3. Давам информирано съгласие индивидуалният учебен план да предвижда:</w:t>
      </w:r>
    </w:p>
    <w:p>
      <w:pPr>
        <w:spacing w:after="40" w:before="0"/>
        <w:jc w:val="both"/>
      </w:pPr>
      <w:r>
        <w:rPr>
          <w:rFonts w:ascii="Times New Roman" w:hAnsi="Times New Roman" w:cs="Times New Roman" w:eastAsia="Times New Roman"/>
          <w:b w:val="0"/>
          <w:sz w:val="24"/>
        </w:rPr>
        <w:t>□  отсъствие в раздел А и/или в раздел Б на следните учебни предмети: …………………………………………………………………………</w:t>
      </w:r>
    </w:p>
    <w:p>
      <w:pPr>
        <w:spacing w:after="120" w:before="0"/>
        <w:jc w:val="both"/>
      </w:pPr>
      <w:r>
        <w:rPr>
          <w:rFonts w:ascii="Times New Roman" w:hAnsi="Times New Roman" w:cs="Times New Roman" w:eastAsia="Times New Roman"/>
          <w:b w:val="0"/>
          <w:sz w:val="24"/>
        </w:rPr>
        <w:t>□  намален брой учебни часове с ……… % (не повече от 50 %) от общия брой часове, предвидени в училищния учебен план за раздел А и раздел Б.</w:t>
      </w:r>
    </w:p>
    <w:p>
      <w:pPr>
        <w:spacing w:after="240" w:before="0"/>
        <w:jc w:val="both"/>
      </w:pPr>
      <w:r>
        <w:rPr>
          <w:rFonts w:ascii="Times New Roman" w:hAnsi="Times New Roman" w:cs="Times New Roman" w:eastAsia="Times New Roman"/>
          <w:b w:val="0"/>
          <w:sz w:val="24"/>
        </w:rPr>
        <w:t>Известно ми е, че индивидуалният учебен план се утвърждава от директора и че при промяна на обстоятелствата може да бъде изменен по реда, по който е приет.</w:t>
      </w:r>
    </w:p>
    <w:p>
      <w:pPr>
        <w:spacing w:after="40" w:before="3402"/>
      </w:pPr>
      <w:r>
        <w:rPr>
          <w:rFonts w:ascii="Times New Roman" w:hAnsi="Times New Roman" w:cs="Times New Roman" w:eastAsia="Times New Roman"/>
          <w:b w:val="0"/>
          <w:sz w:val="24"/>
        </w:rPr>
        <w:t>Дата: ……………………………… г.</w:t>
        <w:tab/>
        <w:t>Декларатор: ………………………………</w:t>
      </w:r>
    </w:p>
    <w:p>
      <w:pPr>
        <w:spacing w:after="80" w:before="0"/>
        <w:jc w:val="center"/>
        <w:pageBreakBefore/>
      </w:pPr>
      <w:r>
        <w:rPr>
          <w:rFonts w:ascii="Times New Roman" w:hAnsi="Times New Roman" w:cs="Times New Roman" w:eastAsia="Times New Roman"/>
          <w:b/>
          <w:sz w:val="32"/>
        </w:rPr>
        <w:t xml:space="preserve">РАЗДЕЛ XVI</w:t>
      </w:r>
    </w:p>
    <w:p>
      <w:pPr>
        <w:spacing w:after="200" w:before="0"/>
        <w:jc w:val="center"/>
      </w:pPr>
      <w:r>
        <w:rPr>
          <w:rFonts w:ascii="Times New Roman" w:hAnsi="Times New Roman" w:cs="Times New Roman" w:eastAsia="Times New Roman"/>
          <w:b/>
          <w:sz w:val="28"/>
        </w:rPr>
        <w:t xml:space="preserve">ДРУГИ ОБРАЗЦИ</w:t>
      </w:r>
    </w:p>
    <w:p>
      <w:pPr>
        <w:spacing w:after="120" w:before="0"/>
        <w:jc w:val="right"/>
        <w:pageBreakBefore/>
      </w:pPr>
      <w:r>
        <w:rPr>
          <w:rFonts w:ascii="Times New Roman" w:hAnsi="Times New Roman" w:cs="Times New Roman" w:eastAsia="Times New Roman"/>
          <w:b w:val="0"/>
          <w:sz w:val="20"/>
        </w:rPr>
        <w:t xml:space="preserve">Приложение № 92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0" w:before="0"/>
      </w:pPr>
      <w:r>
        <w:rPr>
          <w:rFonts w:ascii="Times New Roman" w:hAnsi="Times New Roman" w:cs="Times New Roman" w:eastAsia="Times New Roman"/>
          <w:b/>
          <w:sz w:val="24"/>
        </w:rPr>
        <w:t xml:space="preserve">ДО</w:t>
      </w:r>
    </w:p>
    <w:p>
      <w:pPr>
        <w:spacing w:after="0" w:before="0"/>
      </w:pPr>
      <w:r>
        <w:rPr>
          <w:rFonts w:ascii="Times New Roman" w:hAnsi="Times New Roman" w:cs="Times New Roman" w:eastAsia="Times New Roman"/>
          <w:b/>
          <w:sz w:val="24"/>
        </w:rPr>
        <w:t xml:space="preserve">ДИРЕКТОРА</w:t>
      </w:r>
    </w:p>
    <w:p>
      <w:pPr>
        <w:spacing w:after="0" w:before="0"/>
      </w:pPr>
      <w:r>
        <w:rPr>
          <w:rFonts w:ascii="Times New Roman" w:hAnsi="Times New Roman" w:cs="Times New Roman" w:eastAsia="Times New Roman"/>
          <w:b/>
          <w:sz w:val="24"/>
        </w:rPr>
        <w:t xml:space="preserve">НА ПГМКР „СВЕТИ НИКОЛА“ – ГР. БУРГАС</w:t>
      </w:r>
    </w:p>
    <w:p>
      <w:pPr>
        <w:spacing w:after="40" w:before="0"/>
        <w:jc w:val="both"/>
      </w:pPr>
      <w:r>
        <w:rPr>
          <w:rFonts w:ascii="Times New Roman" w:hAnsi="Times New Roman" w:cs="Times New Roman" w:eastAsia="Times New Roman"/>
          <w:b w:val="0"/>
          <w:sz w:val="24"/>
        </w:rPr>
        <w:t xml:space="preserve"/>
      </w:r>
    </w:p>
    <w:p>
      <w:pPr>
        <w:spacing w:after="40" w:before="0"/>
        <w:jc w:val="center"/>
      </w:pPr>
      <w:r>
        <w:rPr>
          <w:rFonts w:ascii="Times New Roman" w:hAnsi="Times New Roman" w:cs="Times New Roman" w:eastAsia="Times New Roman"/>
          <w:b/>
          <w:sz w:val="26"/>
        </w:rPr>
        <w:t xml:space="preserve">З А Я В Л Е Н И Е</w:t>
      </w:r>
    </w:p>
    <w:p>
      <w:pPr>
        <w:spacing w:after="40" w:before="0"/>
        <w:jc w:val="center"/>
      </w:pPr>
      <w:r>
        <w:rPr>
          <w:rFonts w:ascii="Times New Roman" w:hAnsi="Times New Roman" w:cs="Times New Roman" w:eastAsia="Times New Roman"/>
          <w:b/>
        </w:rPr>
        <w:t xml:space="preserve">за освобождаване от учебните часове по физическо възпитание и спорт</w:t>
      </w:r>
    </w:p>
    <w:p>
      <w:pPr>
        <w:spacing w:after="200" w:before="0"/>
        <w:jc w:val="center"/>
      </w:pPr>
      <w:r>
        <w:rPr>
          <w:rFonts w:ascii="Times New Roman" w:hAnsi="Times New Roman" w:cs="Times New Roman" w:eastAsia="Times New Roman"/>
          <w:b w:val="0"/>
          <w:sz w:val="20"/>
        </w:rPr>
        <w:t xml:space="preserve">чл. 115 от ПДУ; чл. 62, ал. 5 – 7 от Наредбата за приобщаващото образование</w:t>
      </w:r>
    </w:p>
    <w:p>
      <w:pPr>
        <w:spacing w:after="40" w:before="0"/>
        <w:jc w:val="left"/>
      </w:pPr>
      <w:r>
        <w:rPr>
          <w:rFonts w:ascii="Times New Roman" w:hAnsi="Times New Roman" w:cs="Times New Roman" w:eastAsia="Times New Roman"/>
          <w:b w:val="0"/>
          <w:sz w:val="24"/>
        </w:rPr>
        <w:t xml:space="preserve">От ………………………………………………………………………………</w:t>
      </w:r>
    </w:p>
    <w:p>
      <w:pPr>
        <w:spacing w:after="40" w:before="0"/>
        <w:jc w:val="left"/>
      </w:pPr>
      <w:r>
        <w:rPr>
          <w:rFonts w:ascii="Times New Roman" w:hAnsi="Times New Roman" w:cs="Times New Roman" w:eastAsia="Times New Roman"/>
          <w:b w:val="0"/>
          <w:sz w:val="24"/>
        </w:rPr>
        <w:t xml:space="preserve">родител/настойник на ………………………………………………………………………………, ученик/ученичка от ……… клас</w:t>
      </w:r>
    </w:p>
    <w:p>
      <w:pPr>
        <w:spacing w:after="40" w:before="0"/>
        <w:jc w:val="both"/>
      </w:pPr>
      <w:r>
        <w:rPr>
          <w:rFonts w:ascii="Times New Roman" w:hAnsi="Times New Roman" w:cs="Times New Roman" w:eastAsia="Times New Roman"/>
          <w:b/>
          <w:sz w:val="24"/>
        </w:rPr>
        <w:t xml:space="preserve">УВАЖАЕМА ГОСПОЖО ДИРЕКТОР,</w:t>
      </w:r>
    </w:p>
    <w:p>
      <w:pPr>
        <w:spacing w:after="40" w:before="0"/>
        <w:jc w:val="left"/>
      </w:pPr>
      <w:r>
        <w:rPr>
          <w:rFonts w:ascii="Times New Roman" w:hAnsi="Times New Roman" w:cs="Times New Roman" w:eastAsia="Times New Roman"/>
          <w:b w:val="0"/>
          <w:sz w:val="24"/>
        </w:rPr>
        <w:t xml:space="preserve">Моля синът ми / дъщеря ми да бъде освободен/а от учебните часове по физическо възпитание и спорт за периода от ……………… до ……………… г. / за първия учебен срок / за втория учебен срок / за учебната 20…… / 20…… година.</w:t>
      </w:r>
    </w:p>
    <w:p>
      <w:pPr>
        <w:spacing w:after="40" w:before="0"/>
        <w:jc w:val="both"/>
      </w:pPr>
      <w:r>
        <w:rPr>
          <w:rFonts w:ascii="Times New Roman" w:hAnsi="Times New Roman" w:cs="Times New Roman" w:eastAsia="Times New Roman"/>
          <w:b w:val="0"/>
          <w:sz w:val="24"/>
        </w:rPr>
        <w:t xml:space="preserve">Основание:</w:t>
      </w:r>
    </w:p>
    <w:p>
      <w:pPr>
        <w:spacing w:after="40" w:before="0"/>
        <w:jc w:val="both"/>
      </w:pPr>
      <w:r>
        <w:rPr>
          <w:rFonts w:ascii="Times New Roman" w:hAnsi="Times New Roman" w:cs="Times New Roman" w:eastAsia="Times New Roman"/>
          <w:b w:val="0"/>
          <w:sz w:val="24"/>
        </w:rPr>
        <w:t xml:space="preserve">□  противопоказни са физическото натоварване и присъствието в учебния час – чл. 62, ал. 5 от Наредбата за приобщаващото образование;</w:t>
      </w:r>
    </w:p>
    <w:p>
      <w:pPr>
        <w:spacing w:after="40" w:before="0"/>
        <w:jc w:val="both"/>
      </w:pPr>
      <w:r>
        <w:rPr>
          <w:rFonts w:ascii="Times New Roman" w:hAnsi="Times New Roman" w:cs="Times New Roman" w:eastAsia="Times New Roman"/>
          <w:b w:val="0"/>
          <w:sz w:val="24"/>
        </w:rPr>
        <w:t xml:space="preserve">□  противопоказно е само физическото натоварване – ученикът присъства в учебния час, без да участва в двигателната дейност, съгласно чл. 62, ал. 6 от Наредбата.</w:t>
      </w:r>
    </w:p>
    <w:p>
      <w:pPr>
        <w:spacing w:after="40" w:before="0"/>
        <w:jc w:val="both"/>
      </w:pPr>
      <w:r>
        <w:rPr>
          <w:rFonts w:ascii="Times New Roman" w:hAnsi="Times New Roman" w:cs="Times New Roman" w:eastAsia="Times New Roman"/>
          <w:b w:val="0"/>
          <w:sz w:val="24"/>
        </w:rPr>
        <w:t xml:space="preserve">Прилагам медицински документ:</w:t>
      </w:r>
    </w:p>
    <w:p>
      <w:pPr>
        <w:spacing w:after="40" w:before="0"/>
        <w:jc w:val="both"/>
      </w:pPr>
      <w:r>
        <w:rPr>
          <w:rFonts w:ascii="Times New Roman" w:hAnsi="Times New Roman" w:cs="Times New Roman" w:eastAsia="Times New Roman"/>
          <w:b w:val="0"/>
          <w:sz w:val="24"/>
        </w:rPr>
        <w:t xml:space="preserve">□  протокол на лекарска консултативна комисия (ЛКК) – за срок или за учебна година;</w:t>
      </w:r>
    </w:p>
    <w:p>
      <w:pPr>
        <w:spacing w:after="40" w:before="0"/>
        <w:jc w:val="both"/>
      </w:pPr>
      <w:r>
        <w:rPr>
          <w:rFonts w:ascii="Times New Roman" w:hAnsi="Times New Roman" w:cs="Times New Roman" w:eastAsia="Times New Roman"/>
          <w:b w:val="0"/>
          <w:sz w:val="24"/>
        </w:rPr>
        <w:t xml:space="preserve">□  медицински документ от личния или лекуващия лекар – със срок на освобождаването.</w:t>
      </w:r>
    </w:p>
    <w:p>
      <w:pPr>
        <w:spacing w:after="40" w:before="0"/>
        <w:jc w:val="both"/>
      </w:pPr>
      <w:r>
        <w:rPr>
          <w:rFonts w:ascii="Times New Roman" w:hAnsi="Times New Roman" w:cs="Times New Roman" w:eastAsia="Times New Roman"/>
          <w:b w:val="0"/>
          <w:sz w:val="24"/>
        </w:rPr>
        <w:t xml:space="preserve">Известно ми е, че при освобождаване за целия учебен срок или за учебната година ученикът няма право да напуска територията на училището по време на учебния час, а начинът на уплътняване на времето се определя със заповед на директора – чл. 62, ал. 7 от Наредбата за приобщаващото образование.</w:t>
      </w:r>
    </w:p>
    <w:p>
      <w:pPr>
        <w:spacing w:after="40" w:before="2662"/>
        <w:jc w:val="left"/>
      </w:pPr>
      <w:r>
        <w:rPr>
          <w:rFonts w:ascii="Times New Roman" w:hAnsi="Times New Roman" w:cs="Times New Roman" w:eastAsia="Times New Roman"/>
          <w:b w:val="0"/>
          <w:sz w:val="24"/>
        </w:rPr>
        <w:t xml:space="preserve">Дата: ……………………………… г.	С уважение: ………………………………</w:t>
      </w:r>
    </w:p>
    <w:p>
      <w:pPr>
        <w:spacing w:after="120" w:before="0"/>
        <w:jc w:val="right"/>
        <w:pageBreakBefore/>
      </w:pPr>
      <w:r>
        <w:rPr>
          <w:rFonts w:ascii="Times New Roman" w:hAnsi="Times New Roman" w:cs="Times New Roman" w:eastAsia="Times New Roman"/>
          <w:b w:val="0"/>
          <w:sz w:val="20"/>
        </w:rPr>
        <w:t xml:space="preserve">Приложение № 93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0" w:before="0"/>
      </w:pPr>
      <w:r>
        <w:rPr>
          <w:rFonts w:ascii="Times New Roman" w:hAnsi="Times New Roman" w:cs="Times New Roman" w:eastAsia="Times New Roman"/>
          <w:b/>
          <w:sz w:val="24"/>
        </w:rPr>
        <w:t xml:space="preserve">ДО</w:t>
      </w:r>
    </w:p>
    <w:p>
      <w:pPr>
        <w:spacing w:after="0" w:before="0"/>
      </w:pPr>
      <w:r>
        <w:rPr>
          <w:rFonts w:ascii="Times New Roman" w:hAnsi="Times New Roman" w:cs="Times New Roman" w:eastAsia="Times New Roman"/>
          <w:b/>
          <w:sz w:val="24"/>
        </w:rPr>
        <w:t xml:space="preserve">НАЧАЛНИКА НА РУО – БУРГАС</w:t>
      </w:r>
    </w:p>
    <w:p>
      <w:pPr>
        <w:spacing w:after="0" w:before="0"/>
      </w:pPr>
      <w:r>
        <w:rPr>
          <w:rFonts w:ascii="Times New Roman" w:hAnsi="Times New Roman" w:cs="Times New Roman" w:eastAsia="Times New Roman"/>
          <w:b/>
          <w:sz w:val="24"/>
        </w:rPr>
        <w:t xml:space="preserve">ОБЛАСТНИЯ ОТДЕЛ НА ИА „АВТОМОБИЛНА АДМИНИСТРАЦИЯ“ – БУРГАС</w:t>
      </w:r>
    </w:p>
    <w:p>
      <w:pPr>
        <w:spacing w:after="0" w:before="0"/>
      </w:pPr>
      <w:r>
        <w:rPr>
          <w:rFonts w:ascii="Times New Roman" w:hAnsi="Times New Roman" w:cs="Times New Roman" w:eastAsia="Times New Roman"/>
          <w:b/>
          <w:sz w:val="24"/>
        </w:rPr>
        <w:t xml:space="preserve">СЕКТОР „ПЪТНА ПОЛИЦИЯ“ ПРИ ОДМВР – БУРГАС</w:t>
      </w:r>
    </w:p>
    <w:p>
      <w:pPr>
        <w:spacing w:after="40" w:before="0"/>
        <w:jc w:val="both"/>
      </w:pPr>
      <w:r>
        <w:rPr>
          <w:rFonts w:ascii="Times New Roman" w:hAnsi="Times New Roman" w:cs="Times New Roman" w:eastAsia="Times New Roman"/>
          <w:b w:val="0"/>
          <w:sz w:val="24"/>
        </w:rPr>
        <w:t xml:space="preserve"/>
      </w:r>
    </w:p>
    <w:p>
      <w:pPr>
        <w:spacing w:after="40" w:before="0"/>
        <w:jc w:val="center"/>
      </w:pPr>
      <w:r>
        <w:rPr>
          <w:rFonts w:ascii="Times New Roman" w:hAnsi="Times New Roman" w:cs="Times New Roman" w:eastAsia="Times New Roman"/>
          <w:b/>
          <w:sz w:val="26"/>
        </w:rPr>
        <w:t xml:space="preserve">У В Е Д О М Л Е Н И Е</w:t>
      </w:r>
    </w:p>
    <w:p>
      <w:pPr>
        <w:spacing w:after="40" w:before="0"/>
        <w:jc w:val="center"/>
      </w:pPr>
      <w:r>
        <w:rPr>
          <w:rFonts w:ascii="Times New Roman" w:hAnsi="Times New Roman" w:cs="Times New Roman" w:eastAsia="Times New Roman"/>
          <w:b/>
        </w:rPr>
        <w:t xml:space="preserve">за организирано пътуване на ученици</w:t>
      </w:r>
    </w:p>
    <w:p>
      <w:pPr>
        <w:spacing w:after="200" w:before="0"/>
        <w:jc w:val="center"/>
      </w:pPr>
      <w:r>
        <w:rPr>
          <w:rFonts w:ascii="Times New Roman" w:hAnsi="Times New Roman" w:cs="Times New Roman" w:eastAsia="Times New Roman"/>
          <w:b w:val="0"/>
          <w:sz w:val="20"/>
        </w:rPr>
        <w:t xml:space="preserve">чл. 63а и чл. 183 от ПДУ – подава се не по-късно от 24 часа преди началото на пътуването</w:t>
      </w:r>
    </w:p>
    <w:p>
      <w:pPr>
        <w:spacing w:after="40" w:before="0"/>
        <w:jc w:val="left"/>
      </w:pPr>
      <w:r>
        <w:rPr>
          <w:rFonts w:ascii="Times New Roman" w:hAnsi="Times New Roman" w:cs="Times New Roman" w:eastAsia="Times New Roman"/>
          <w:b w:val="0"/>
          <w:sz w:val="24"/>
        </w:rPr>
        <w:t xml:space="preserve">Изх. № …………… / …………………… г.</w:t>
      </w:r>
    </w:p>
    <w:p>
      <w:pPr>
        <w:spacing w:after="40" w:before="0"/>
        <w:jc w:val="both"/>
      </w:pPr>
      <w:r>
        <w:rPr>
          <w:rFonts w:ascii="Times New Roman" w:hAnsi="Times New Roman" w:cs="Times New Roman" w:eastAsia="Times New Roman"/>
          <w:b w:val="0"/>
          <w:sz w:val="24"/>
        </w:rPr>
        <w:t xml:space="preserve">Уведомяваме Ви, че ПГМКР „Свети Никола“ – гр. Бургас организира пътуване на ученици със следните данни:</w:t>
      </w:r>
    </w:p>
    <w:p>
      <w:pPr>
        <w:spacing w:after="40" w:before="0"/>
        <w:jc w:val="left"/>
      </w:pPr>
      <w:r>
        <w:rPr>
          <w:rFonts w:ascii="Times New Roman" w:hAnsi="Times New Roman" w:cs="Times New Roman" w:eastAsia="Times New Roman"/>
          <w:b w:val="0"/>
          <w:sz w:val="24"/>
        </w:rPr>
        <w:t xml:space="preserve">1. Цел на пътуването: ………………………………………………………………………………</w:t>
      </w:r>
    </w:p>
    <w:p>
      <w:pPr>
        <w:spacing w:after="40" w:before="0"/>
        <w:jc w:val="left"/>
      </w:pPr>
      <w:r>
        <w:rPr>
          <w:rFonts w:ascii="Times New Roman" w:hAnsi="Times New Roman" w:cs="Times New Roman" w:eastAsia="Times New Roman"/>
          <w:b w:val="0"/>
          <w:sz w:val="24"/>
        </w:rPr>
        <w:t xml:space="preserve">2. Брой ученици: ……… ; клас/паралелка: ……………… ; ръководители: …………………………………………………………………………</w:t>
      </w:r>
    </w:p>
    <w:p>
      <w:pPr>
        <w:spacing w:after="40" w:before="0"/>
        <w:jc w:val="left"/>
      </w:pPr>
      <w:r>
        <w:rPr>
          <w:rFonts w:ascii="Times New Roman" w:hAnsi="Times New Roman" w:cs="Times New Roman" w:eastAsia="Times New Roman"/>
          <w:b w:val="0"/>
          <w:sz w:val="24"/>
        </w:rPr>
        <w:t xml:space="preserve">3. Маршрут: ………………………………………………………………………………</w:t>
      </w:r>
    </w:p>
    <w:p>
      <w:pPr>
        <w:spacing w:after="40" w:before="0"/>
        <w:jc w:val="left"/>
      </w:pPr>
      <w:r>
        <w:rPr>
          <w:rFonts w:ascii="Times New Roman" w:hAnsi="Times New Roman" w:cs="Times New Roman" w:eastAsia="Times New Roman"/>
          <w:b w:val="0"/>
          <w:sz w:val="24"/>
        </w:rPr>
        <w:t xml:space="preserve">   Начален пункт: ……………………………… ; дата и час на тръгване: ……………………………</w:t>
      </w:r>
    </w:p>
    <w:p>
      <w:pPr>
        <w:spacing w:after="40" w:before="0"/>
        <w:jc w:val="left"/>
      </w:pPr>
      <w:r>
        <w:rPr>
          <w:rFonts w:ascii="Times New Roman" w:hAnsi="Times New Roman" w:cs="Times New Roman" w:eastAsia="Times New Roman"/>
          <w:b w:val="0"/>
          <w:sz w:val="24"/>
        </w:rPr>
        <w:t xml:space="preserve">   Очаквано време на пристигане в крайния пункт: ……………………………………………</w:t>
      </w:r>
    </w:p>
    <w:p>
      <w:pPr>
        <w:spacing w:after="40" w:before="0"/>
        <w:jc w:val="left"/>
      </w:pPr>
      <w:r>
        <w:rPr>
          <w:rFonts w:ascii="Times New Roman" w:hAnsi="Times New Roman" w:cs="Times New Roman" w:eastAsia="Times New Roman"/>
          <w:b w:val="0"/>
          <w:sz w:val="24"/>
        </w:rPr>
        <w:t xml:space="preserve">   Сборно място и час на тръгване от крайния пункт: ……………………………………</w:t>
      </w:r>
    </w:p>
    <w:p>
      <w:pPr>
        <w:spacing w:after="40" w:before="0"/>
        <w:jc w:val="left"/>
      </w:pPr>
      <w:r>
        <w:rPr>
          <w:rFonts w:ascii="Times New Roman" w:hAnsi="Times New Roman" w:cs="Times New Roman" w:eastAsia="Times New Roman"/>
          <w:b w:val="0"/>
          <w:sz w:val="24"/>
        </w:rPr>
        <w:t xml:space="preserve">   Очаквано време на пристигане: …………………… ; продължителност на престоя: ……………</w:t>
      </w:r>
    </w:p>
    <w:p>
      <w:pPr>
        <w:spacing w:after="40" w:before="0"/>
        <w:jc w:val="both"/>
      </w:pPr>
      <w:r>
        <w:rPr>
          <w:rFonts w:ascii="Times New Roman" w:hAnsi="Times New Roman" w:cs="Times New Roman" w:eastAsia="Times New Roman"/>
          <w:b w:val="0"/>
          <w:sz w:val="24"/>
        </w:rPr>
        <w:t xml:space="preserve">4. Вид на превоза:</w:t>
      </w:r>
    </w:p>
    <w:p>
      <w:pPr>
        <w:spacing w:after="40" w:before="0"/>
        <w:jc w:val="left"/>
      </w:pPr>
      <w:r>
        <w:rPr>
          <w:rFonts w:ascii="Times New Roman" w:hAnsi="Times New Roman" w:cs="Times New Roman" w:eastAsia="Times New Roman"/>
          <w:b w:val="0"/>
          <w:sz w:val="24"/>
        </w:rPr>
        <w:t xml:space="preserve">□  случаен автобусен превоз – превозвач: ……………………………………………………………………, седалище и адрес на управление: …………………………………………………………, ЕИК: ……………… ; договор № ……… / ……………… г.;</w:t>
      </w:r>
    </w:p>
    <w:p>
      <w:pPr>
        <w:spacing w:after="40" w:before="0"/>
        <w:jc w:val="left"/>
      </w:pPr>
      <w:r>
        <w:rPr>
          <w:rFonts w:ascii="Times New Roman" w:hAnsi="Times New Roman" w:cs="Times New Roman" w:eastAsia="Times New Roman"/>
          <w:b w:val="0"/>
          <w:sz w:val="24"/>
        </w:rPr>
        <w:t xml:space="preserve">□  превоз за собствена сметка – Заповед на директора № ……… / ……………… г. за организиране и провеждане на пътуването.</w:t>
      </w:r>
    </w:p>
    <w:p>
      <w:pPr>
        <w:spacing w:after="40" w:before="0"/>
        <w:jc w:val="both"/>
      </w:pPr>
      <w:r>
        <w:rPr>
          <w:rFonts w:ascii="Times New Roman" w:hAnsi="Times New Roman" w:cs="Times New Roman" w:eastAsia="Times New Roman"/>
          <w:b w:val="0"/>
          <w:sz w:val="24"/>
        </w:rPr>
        <w:t xml:space="preserve">Директорът носи отговорност за пълнотата и точността на предоставената информация – чл. 63а, ал. 3 от ПДУ.</w:t>
      </w:r>
    </w:p>
    <w:p>
      <w:pPr>
        <w:spacing w:after="40" w:before="1698"/>
        <w:jc w:val="left"/>
      </w:pPr>
      <w:r>
        <w:rPr>
          <w:rFonts w:ascii="Times New Roman" w:hAnsi="Times New Roman" w:cs="Times New Roman" w:eastAsia="Times New Roman"/>
          <w:b w:val="0"/>
          <w:sz w:val="24"/>
        </w:rPr>
        <w:t xml:space="preserve">Дата: ……………………………… г.	ДИРЕКТОР: ………………………………</w:t>
      </w:r>
    </w:p>
    <w:p>
      <w:pPr>
        <w:spacing w:after="40" w:before="0"/>
        <w:jc w:val="both"/>
      </w:pPr>
      <w:r>
        <w:rPr>
          <w:rFonts w:ascii="Times New Roman" w:hAnsi="Times New Roman" w:cs="Times New Roman" w:eastAsia="Times New Roman"/>
          <w:b w:val="0"/>
          <w:sz w:val="24"/>
        </w:rPr>
        <w:t xml:space="preserve">(подпис и печат)</w:t>
      </w:r>
    </w:p>
    <w:p>
      <w:pPr>
        <w:spacing w:after="80" w:before="0"/>
        <w:jc w:val="center"/>
        <w:pageBreakBefore/>
      </w:pPr>
      <w:r>
        <w:rPr>
          <w:rFonts w:ascii="Times New Roman" w:hAnsi="Times New Roman" w:cs="Times New Roman" w:eastAsia="Times New Roman"/>
          <w:b/>
          <w:sz w:val="32"/>
        </w:rPr>
        <w:t xml:space="preserve">РАЗДЕЛ XVII</w:t>
      </w:r>
    </w:p>
    <w:p>
      <w:pPr>
        <w:spacing w:after="200" w:before="0"/>
        <w:jc w:val="center"/>
      </w:pPr>
      <w:r>
        <w:rPr>
          <w:rFonts w:ascii="Times New Roman" w:hAnsi="Times New Roman" w:cs="Times New Roman" w:eastAsia="Times New Roman"/>
          <w:b/>
          <w:sz w:val="28"/>
        </w:rPr>
        <w:t xml:space="preserve">ПРОТИВОДЕЙСТВИЕ НА ТОРМОЗА И НАСИЛИЕТО</w:t>
      </w:r>
    </w:p>
    <w:p>
      <w:pPr>
        <w:spacing w:after="120" w:before="0"/>
        <w:jc w:val="right"/>
        <w:pageBreakBefore/>
      </w:pPr>
      <w:r>
        <w:rPr>
          <w:rFonts w:ascii="Times New Roman" w:hAnsi="Times New Roman" w:cs="Times New Roman" w:eastAsia="Times New Roman"/>
          <w:b w:val="0"/>
          <w:sz w:val="20"/>
        </w:rPr>
        <w:t xml:space="preserve">Приложение № 94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0" w:before="0"/>
        <w:jc w:val="right"/>
      </w:pPr>
      <w:r>
        <w:rPr>
          <w:rFonts w:ascii="Times New Roman" w:hAnsi="Times New Roman" w:cs="Times New Roman" w:eastAsia="Times New Roman"/>
          <w:b/>
          <w:sz w:val="24"/>
        </w:rPr>
        <w:t xml:space="preserve">УТВЪРДИЛ:</w:t>
      </w:r>
    </w:p>
    <w:p>
      <w:pPr>
        <w:spacing w:after="0" w:before="0"/>
        <w:jc w:val="right"/>
      </w:pPr>
      <w:r>
        <w:rPr>
          <w:rFonts w:ascii="Times New Roman" w:hAnsi="Times New Roman" w:cs="Times New Roman" w:eastAsia="Times New Roman"/>
          <w:b w:val="0"/>
          <w:sz w:val="24"/>
        </w:rPr>
        <w:t xml:space="preserve">Директор: ………………………………</w:t>
      </w:r>
    </w:p>
    <w:p>
      <w:pPr>
        <w:spacing w:after="200" w:before="0"/>
        <w:jc w:val="right"/>
      </w:pPr>
      <w:r>
        <w:rPr>
          <w:rFonts w:ascii="Times New Roman" w:hAnsi="Times New Roman" w:cs="Times New Roman" w:eastAsia="Times New Roman"/>
          <w:b w:val="0"/>
          <w:sz w:val="24"/>
        </w:rPr>
        <w:t xml:space="preserve">инж. Христина Жабова</w:t>
      </w:r>
    </w:p>
    <w:p>
      <w:pPr>
        <w:spacing w:after="40" w:before="0"/>
        <w:jc w:val="center"/>
      </w:pPr>
      <w:r>
        <w:rPr>
          <w:rFonts w:ascii="Times New Roman" w:hAnsi="Times New Roman" w:cs="Times New Roman" w:eastAsia="Times New Roman"/>
          <w:b/>
          <w:sz w:val="26"/>
        </w:rPr>
        <w:t xml:space="preserve">М Е Х А Н И З Ъ М</w:t>
      </w:r>
    </w:p>
    <w:p>
      <w:pPr>
        <w:spacing w:after="40" w:before="0"/>
        <w:jc w:val="center"/>
      </w:pPr>
      <w:r>
        <w:rPr>
          <w:rFonts w:ascii="Times New Roman" w:hAnsi="Times New Roman" w:cs="Times New Roman" w:eastAsia="Times New Roman"/>
          <w:b/>
        </w:rPr>
        <w:t xml:space="preserve">за противодействие на тормоза и насилието в училище</w:t>
      </w:r>
    </w:p>
    <w:p>
      <w:pPr>
        <w:spacing w:after="200" w:before="0"/>
        <w:jc w:val="center"/>
      </w:pPr>
      <w:r>
        <w:rPr>
          <w:rFonts w:ascii="Times New Roman" w:hAnsi="Times New Roman" w:cs="Times New Roman" w:eastAsia="Times New Roman"/>
          <w:b w:val="0"/>
          <w:sz w:val="20"/>
        </w:rPr>
        <w:t xml:space="preserve">чл. 27, ал. 8 и чл. 37 от ПДУ; Механизъм за противодействие на тормоза и насилието в институциите в системата на предучилищното и училищното образование, утвърден със Заповед № РД 09-5906/28.12.2017 г. на министъра на образованието и науката</w:t>
      </w:r>
    </w:p>
    <w:p>
      <w:pPr>
        <w:spacing w:after="80" w:before="200"/>
        <w:jc w:val="left"/>
      </w:pPr>
      <w:r>
        <w:rPr>
          <w:rFonts w:ascii="Times New Roman" w:hAnsi="Times New Roman" w:cs="Times New Roman" w:eastAsia="Times New Roman"/>
          <w:b/>
          <w:sz w:val="24"/>
        </w:rPr>
        <w:t xml:space="preserve">І. АКТУАЛНОСТ И ЦЕЛИ НА МЕХАНИЗМА</w:t>
      </w:r>
    </w:p>
    <w:p>
      <w:pPr>
        <w:spacing w:after="60" w:before="0"/>
        <w:jc w:val="both"/>
      </w:pPr>
      <w:r>
        <w:rPr>
          <w:rFonts w:ascii="Times New Roman" w:hAnsi="Times New Roman" w:cs="Times New Roman" w:eastAsia="Times New Roman"/>
          <w:b w:val="0"/>
          <w:sz w:val="24"/>
        </w:rPr>
        <w:t xml:space="preserve">Настоящият механизъм урежда рамката за превенция, ранна идентификация и интервенция при прояви на насилие и тормоз между учениците в ПГМКР „Свети Никола“ – гр. Бургас за учебните 2025/2026 и 2026/2027 г. Документът е разработен въз основа на националния „Механизъм за противодействие на тормоза и насилието в институциите в системата на предучилищното и училищното образование“ (Заповед № РД 09-5906/28.12.2017 г. на МОН) и представлява Приложение № 94 към Правилника за дейността на училището (ПДУ).</w:t>
      </w:r>
    </w:p>
    <w:p>
      <w:pPr>
        <w:spacing w:after="60" w:before="120"/>
        <w:jc w:val="left"/>
      </w:pPr>
      <w:r>
        <w:rPr>
          <w:rFonts w:ascii="Times New Roman" w:hAnsi="Times New Roman" w:cs="Times New Roman" w:eastAsia="Times New Roman"/>
          <w:b/>
          <w:sz w:val="24"/>
        </w:rPr>
        <w:t xml:space="preserve">Основни цели:</w:t>
      </w:r>
    </w:p>
    <w:p>
      <w:pPr>
        <w:spacing w:after="40" w:before="0"/>
        <w:jc w:val="both"/>
      </w:pPr>
      <w:r>
        <w:rPr>
          <w:rFonts w:ascii="Times New Roman" w:hAnsi="Times New Roman" w:cs="Times New Roman" w:eastAsia="Times New Roman"/>
          <w:b w:val="0"/>
          <w:sz w:val="24"/>
        </w:rPr>
        <w:t xml:space="preserve">▪  Изграждане на позитивна училищна среда, култура на ненасилие и толерантност.</w:t>
      </w:r>
    </w:p>
    <w:p>
      <w:pPr>
        <w:spacing w:after="40" w:before="0"/>
        <w:jc w:val="both"/>
      </w:pPr>
      <w:r>
        <w:rPr>
          <w:rFonts w:ascii="Times New Roman" w:hAnsi="Times New Roman" w:cs="Times New Roman" w:eastAsia="Times New Roman"/>
          <w:b w:val="0"/>
          <w:sz w:val="24"/>
        </w:rPr>
        <w:t xml:space="preserve">▪  Въвеждане на единен общоучилищен подход за реакция при случаи на насилие и тормоз.</w:t>
      </w:r>
    </w:p>
    <w:p>
      <w:pPr>
        <w:spacing w:after="40" w:before="0"/>
        <w:jc w:val="both"/>
      </w:pPr>
      <w:r>
        <w:rPr>
          <w:rFonts w:ascii="Times New Roman" w:hAnsi="Times New Roman" w:cs="Times New Roman" w:eastAsia="Times New Roman"/>
          <w:b w:val="0"/>
          <w:sz w:val="24"/>
        </w:rPr>
        <w:t xml:space="preserve">▪  Повишаване на чувствителността и капацитета на учителите, учениците и родителите за разпознаване и справяне с агресията.</w:t>
      </w:r>
    </w:p>
    <w:p>
      <w:pPr>
        <w:spacing w:after="40" w:before="0"/>
        <w:jc w:val="both"/>
      </w:pPr>
      <w:r>
        <w:rPr>
          <w:rFonts w:ascii="Times New Roman" w:hAnsi="Times New Roman" w:cs="Times New Roman" w:eastAsia="Times New Roman"/>
          <w:b w:val="0"/>
          <w:sz w:val="24"/>
        </w:rPr>
        <w:t xml:space="preserve">▪  Осигуряване на навременна подкрепа и закрила за пострадалите и провеждане на възпитателно-корекционна работа с извършителите.</w:t>
      </w:r>
    </w:p>
    <w:p>
      <w:pPr>
        <w:spacing w:after="80" w:before="200"/>
        <w:jc w:val="left"/>
      </w:pPr>
      <w:r>
        <w:rPr>
          <w:rFonts w:ascii="Times New Roman" w:hAnsi="Times New Roman" w:cs="Times New Roman" w:eastAsia="Times New Roman"/>
          <w:b/>
          <w:sz w:val="24"/>
        </w:rPr>
        <w:t xml:space="preserve">ІІ. ОПРЕДЕЛЕНИЯ, ФОРМИ НА НАСИЛИЕ И СПЕЦИФИЧНИ НАРУШЕНИЯ</w:t>
      </w:r>
    </w:p>
    <w:p>
      <w:pPr>
        <w:spacing w:after="60" w:before="120"/>
        <w:jc w:val="left"/>
      </w:pPr>
      <w:r>
        <w:rPr>
          <w:rFonts w:ascii="Times New Roman" w:hAnsi="Times New Roman" w:cs="Times New Roman" w:eastAsia="Times New Roman"/>
          <w:b/>
          <w:sz w:val="24"/>
        </w:rPr>
        <w:t xml:space="preserve">1. Дефиниция за насилие и тормоз</w:t>
      </w:r>
    </w:p>
    <w:p>
      <w:pPr>
        <w:spacing w:after="60" w:before="0"/>
        <w:jc w:val="both"/>
      </w:pPr>
      <w:r>
        <w:rPr>
          <w:rFonts w:ascii="Times New Roman" w:hAnsi="Times New Roman" w:cs="Times New Roman" w:eastAsia="Times New Roman"/>
          <w:b w:val="0"/>
          <w:sz w:val="24"/>
        </w:rPr>
        <w:t xml:space="preserve">Насилие: Всеки акт на физическо, психическо или сексуално насилие, пренебрегване, търговска или друга експлоатация, водеща до вреда върху здравето, живота, развитието или достойнството на детето.</w:t>
      </w:r>
    </w:p>
    <w:p>
      <w:pPr>
        <w:spacing w:after="60" w:before="0"/>
        <w:jc w:val="both"/>
      </w:pPr>
      <w:r>
        <w:rPr>
          <w:rFonts w:ascii="Times New Roman" w:hAnsi="Times New Roman" w:cs="Times New Roman" w:eastAsia="Times New Roman"/>
          <w:b w:val="0"/>
          <w:sz w:val="24"/>
        </w:rPr>
        <w:t xml:space="preserve">Тормоз: Специфична форма на насилие, характеризираща се с три ключови белега:</w:t>
      </w:r>
    </w:p>
    <w:p>
      <w:pPr>
        <w:spacing w:after="40" w:before="0"/>
        <w:jc w:val="both"/>
      </w:pPr>
      <w:r>
        <w:rPr>
          <w:rFonts w:ascii="Times New Roman" w:hAnsi="Times New Roman" w:cs="Times New Roman" w:eastAsia="Times New Roman"/>
          <w:b w:val="0"/>
          <w:sz w:val="24"/>
        </w:rPr>
        <w:t xml:space="preserve">▪  Злонамереност: Цели нанасяне на вреда или унижение.</w:t>
      </w:r>
    </w:p>
    <w:p>
      <w:pPr>
        <w:spacing w:after="40" w:before="0"/>
        <w:jc w:val="both"/>
      </w:pPr>
      <w:r>
        <w:rPr>
          <w:rFonts w:ascii="Times New Roman" w:hAnsi="Times New Roman" w:cs="Times New Roman" w:eastAsia="Times New Roman"/>
          <w:b w:val="0"/>
          <w:sz w:val="24"/>
        </w:rPr>
        <w:t xml:space="preserve">▪  Неравнопоставеност (позиция на силата): Използване на доминиращо положение.</w:t>
      </w:r>
    </w:p>
    <w:p>
      <w:pPr>
        <w:spacing w:after="40" w:before="0"/>
        <w:jc w:val="both"/>
      </w:pPr>
      <w:r>
        <w:rPr>
          <w:rFonts w:ascii="Times New Roman" w:hAnsi="Times New Roman" w:cs="Times New Roman" w:eastAsia="Times New Roman"/>
          <w:b w:val="0"/>
          <w:sz w:val="24"/>
        </w:rPr>
        <w:t xml:space="preserve">▪  Повторяемост: Системно проявление във времето.</w:t>
      </w:r>
    </w:p>
    <w:p>
      <w:pPr>
        <w:spacing w:after="60" w:before="120"/>
        <w:jc w:val="left"/>
      </w:pPr>
      <w:r>
        <w:rPr>
          <w:rFonts w:ascii="Times New Roman" w:hAnsi="Times New Roman" w:cs="Times New Roman" w:eastAsia="Times New Roman"/>
          <w:b/>
          <w:sz w:val="24"/>
        </w:rPr>
        <w:t xml:space="preserve">2. Основни форми на тормоз:</w:t>
      </w:r>
    </w:p>
    <w:p>
      <w:pPr>
        <w:spacing w:after="40" w:before="0"/>
        <w:jc w:val="both"/>
      </w:pPr>
      <w:r>
        <w:rPr>
          <w:rFonts w:ascii="Times New Roman" w:hAnsi="Times New Roman" w:cs="Times New Roman" w:eastAsia="Times New Roman"/>
          <w:b w:val="0"/>
          <w:sz w:val="24"/>
        </w:rPr>
        <w:t xml:space="preserve">▪  Физически тормоз: Удряне, блъскане, спъване, разрушаване или отнемане на лична и училищна собственост.</w:t>
      </w:r>
    </w:p>
    <w:p>
      <w:pPr>
        <w:spacing w:after="40" w:before="0"/>
        <w:jc w:val="both"/>
      </w:pPr>
      <w:r>
        <w:rPr>
          <w:rFonts w:ascii="Times New Roman" w:hAnsi="Times New Roman" w:cs="Times New Roman" w:eastAsia="Times New Roman"/>
          <w:b w:val="0"/>
          <w:sz w:val="24"/>
        </w:rPr>
        <w:t xml:space="preserve">▪  Вербален тормоз: Обиди, подигравки, заплахи, унизителни подмятания.</w:t>
      </w:r>
    </w:p>
    <w:p>
      <w:pPr>
        <w:spacing w:after="40" w:before="0"/>
        <w:jc w:val="both"/>
      </w:pPr>
      <w:r>
        <w:rPr>
          <w:rFonts w:ascii="Times New Roman" w:hAnsi="Times New Roman" w:cs="Times New Roman" w:eastAsia="Times New Roman"/>
          <w:b w:val="0"/>
          <w:sz w:val="24"/>
        </w:rPr>
        <w:t xml:space="preserve">▪  Психически и социален тормоз: Изолиране, игнориране, разпространение на слухове, изнудване, злепоставяне.</w:t>
      </w:r>
    </w:p>
    <w:p>
      <w:pPr>
        <w:spacing w:after="40" w:before="0"/>
        <w:jc w:val="both"/>
      </w:pPr>
      <w:r>
        <w:rPr>
          <w:rFonts w:ascii="Times New Roman" w:hAnsi="Times New Roman" w:cs="Times New Roman" w:eastAsia="Times New Roman"/>
          <w:b w:val="0"/>
          <w:sz w:val="24"/>
        </w:rPr>
        <w:t xml:space="preserve">▪  Сексуален тормоз: Нежелано словесно/физическо поведение със сексуален контекст, коментари, докосвания.</w:t>
      </w:r>
    </w:p>
    <w:p>
      <w:pPr>
        <w:spacing w:after="40" w:before="0"/>
        <w:jc w:val="both"/>
      </w:pPr>
      <w:r>
        <w:rPr>
          <w:rFonts w:ascii="Times New Roman" w:hAnsi="Times New Roman" w:cs="Times New Roman" w:eastAsia="Times New Roman"/>
          <w:b w:val="0"/>
          <w:sz w:val="24"/>
        </w:rPr>
        <w:t xml:space="preserve">▪  Кибертормоз (онлайн тормоз): Разпространяване на обидни съобщения, снимки/видеоклипове без съгласие, кражба на профили, онлайн злепоставяне в социалните мрежи.</w:t>
      </w:r>
    </w:p>
    <w:p>
      <w:pPr>
        <w:spacing w:after="60" w:before="120"/>
        <w:jc w:val="left"/>
      </w:pPr>
      <w:r>
        <w:rPr>
          <w:rFonts w:ascii="Times New Roman" w:hAnsi="Times New Roman" w:cs="Times New Roman" w:eastAsia="Times New Roman"/>
          <w:b/>
          <w:sz w:val="24"/>
        </w:rPr>
        <w:t xml:space="preserve">3. Специализиран раздел: Внасяне и употреба на вейп устройства, цигари и субстанции</w:t>
      </w:r>
    </w:p>
    <w:p>
      <w:pPr>
        <w:spacing w:after="60" w:before="0"/>
        <w:jc w:val="both"/>
      </w:pPr>
      <w:r>
        <w:rPr>
          <w:rFonts w:ascii="Times New Roman" w:hAnsi="Times New Roman" w:cs="Times New Roman" w:eastAsia="Times New Roman"/>
          <w:b w:val="0"/>
          <w:sz w:val="24"/>
        </w:rPr>
        <w:t xml:space="preserve">Категорично се забранява внасянето, държането, употребата и разпространението на електронни цигари (вейп), никотинови изделия, алкохол и упойващи вещества в района на гимназията.</w:t>
      </w:r>
    </w:p>
    <w:p>
      <w:pPr>
        <w:spacing w:after="60" w:before="0"/>
        <w:jc w:val="both"/>
      </w:pPr>
      <w:r>
        <w:rPr>
          <w:rFonts w:ascii="Times New Roman" w:hAnsi="Times New Roman" w:cs="Times New Roman" w:eastAsia="Times New Roman"/>
          <w:b w:val="0"/>
          <w:sz w:val="24"/>
        </w:rPr>
        <w:t xml:space="preserve">Внасянето или разпространението на вейп устройства сред съученици с цел натиск, изнудване или финансова зависимост се класифицира като сериозно нарушение на ПДУ и форма на тормоз.</w:t>
      </w:r>
    </w:p>
    <w:p>
      <w:pPr>
        <w:spacing w:after="60" w:before="0"/>
        <w:jc w:val="both"/>
      </w:pPr>
      <w:r>
        <w:rPr>
          <w:rFonts w:ascii="Times New Roman" w:hAnsi="Times New Roman" w:cs="Times New Roman" w:eastAsia="Times New Roman"/>
          <w:b w:val="0"/>
          <w:sz w:val="24"/>
        </w:rPr>
        <w:t xml:space="preserve">При констатиране на такъв случай: предметът се изземва, незабавно се уведомяват родителите и Директорът, свиква се Координационният съвет и се уведомява Районното управление на МВР при съмнения за незаконни вещества.</w:t>
      </w:r>
    </w:p>
    <w:p>
      <w:pPr>
        <w:spacing w:after="60" w:before="0"/>
        <w:jc w:val="both"/>
      </w:pPr>
      <w:r>
        <w:rPr>
          <w:rFonts w:ascii="Times New Roman" w:hAnsi="Times New Roman" w:cs="Times New Roman" w:eastAsia="Times New Roman"/>
          <w:b w:val="0"/>
          <w:sz w:val="24"/>
        </w:rPr>
        <w:t xml:space="preserve">При случаи, свързани с разпространение или употреба на наркотични вещества, се прилагат и Механизмът за действие и Алгоритъмът към него в случаи на разпространение и употреба на наркотични вещества в училище, утвърдени от Министерството на образованието и науката.</w:t>
      </w:r>
    </w:p>
    <w:p>
      <w:pPr>
        <w:spacing w:after="80" w:before="200"/>
        <w:jc w:val="left"/>
      </w:pPr>
      <w:r>
        <w:rPr>
          <w:rFonts w:ascii="Times New Roman" w:hAnsi="Times New Roman" w:cs="Times New Roman" w:eastAsia="Times New Roman"/>
          <w:b/>
          <w:sz w:val="24"/>
        </w:rPr>
        <w:t xml:space="preserve">ІІІ. УЧИЛИЩНА ПОЛИТИКА ЗА ПРЕВЕНЦИЯ, РИСКОВИ ЗОНИ И КООРДИНАЦИОНЕН СЪВЕТ</w:t>
      </w:r>
    </w:p>
    <w:p>
      <w:pPr>
        <w:spacing w:after="60" w:before="120"/>
        <w:jc w:val="left"/>
      </w:pPr>
      <w:r>
        <w:rPr>
          <w:rFonts w:ascii="Times New Roman" w:hAnsi="Times New Roman" w:cs="Times New Roman" w:eastAsia="Times New Roman"/>
          <w:b/>
          <w:sz w:val="24"/>
        </w:rPr>
        <w:t xml:space="preserve">1. Координационен съвет за противодействие на тормоза и насилието</w:t>
      </w:r>
    </w:p>
    <w:p>
      <w:pPr>
        <w:spacing w:after="60" w:before="0"/>
        <w:jc w:val="both"/>
      </w:pPr>
      <w:r>
        <w:rPr>
          <w:rFonts w:ascii="Times New Roman" w:hAnsi="Times New Roman" w:cs="Times New Roman" w:eastAsia="Times New Roman"/>
          <w:b w:val="0"/>
          <w:sz w:val="24"/>
        </w:rPr>
        <w:t xml:space="preserve">Координационният съвет е съвещателен орган, утвърждаван със заповед на Директора в началото на всяка учебна година.</w:t>
      </w:r>
    </w:p>
    <w:p>
      <w:pPr>
        <w:spacing w:after="60" w:before="0"/>
        <w:jc w:val="both"/>
      </w:pPr>
      <w:r>
        <w:rPr>
          <w:rFonts w:ascii="Times New Roman" w:hAnsi="Times New Roman" w:cs="Times New Roman" w:eastAsia="Times New Roman"/>
          <w:b w:val="0"/>
          <w:sz w:val="24"/>
        </w:rPr>
        <w:t xml:space="preserve">Състав:</w:t>
      </w:r>
    </w:p>
    <w:p>
      <w:pPr>
        <w:spacing w:after="40" w:before="0"/>
        <w:jc w:val="both"/>
      </w:pPr>
      <w:r>
        <w:rPr>
          <w:rFonts w:ascii="Times New Roman" w:hAnsi="Times New Roman" w:cs="Times New Roman" w:eastAsia="Times New Roman"/>
          <w:b w:val="0"/>
          <w:sz w:val="24"/>
        </w:rPr>
        <w:t xml:space="preserve">▪  Председател: заместник-директор или училищен психолог – определя се със заповедта на Директора;</w:t>
      </w:r>
    </w:p>
    <w:p>
      <w:pPr>
        <w:spacing w:after="40" w:before="0"/>
        <w:jc w:val="both"/>
      </w:pPr>
      <w:r>
        <w:rPr>
          <w:rFonts w:ascii="Times New Roman" w:hAnsi="Times New Roman" w:cs="Times New Roman" w:eastAsia="Times New Roman"/>
          <w:b w:val="0"/>
          <w:sz w:val="24"/>
        </w:rPr>
        <w:t xml:space="preserve">▪  Членове: училищен психолог и/или педагогически съветник, представители на Педагогическия съвет (учители и класни ръководители), представител на непедагогическия персонал/охраната, представител на Обществения съвет / Училищното настоятелство.</w:t>
      </w:r>
    </w:p>
    <w:p>
      <w:pPr>
        <w:spacing w:after="60" w:before="0"/>
        <w:jc w:val="both"/>
      </w:pPr>
      <w:r>
        <w:rPr>
          <w:rFonts w:ascii="Times New Roman" w:hAnsi="Times New Roman" w:cs="Times New Roman" w:eastAsia="Times New Roman"/>
          <w:b w:val="0"/>
          <w:sz w:val="24"/>
        </w:rPr>
        <w:t xml:space="preserve">Основни функции: Извършва ежегодна оценка на риска, изготвя и следи изпълнението на училищния план за противодействие на тормоза, свиква извънредни заседания за разглеждане на сигнали от II и III ниво и изготвя индивидуални планове за подкрепа.</w:t>
      </w:r>
    </w:p>
    <w:p>
      <w:pPr>
        <w:spacing w:after="60" w:before="120"/>
        <w:jc w:val="left"/>
      </w:pPr>
      <w:r>
        <w:rPr>
          <w:rFonts w:ascii="Times New Roman" w:hAnsi="Times New Roman" w:cs="Times New Roman" w:eastAsia="Times New Roman"/>
          <w:b/>
          <w:sz w:val="24"/>
        </w:rPr>
        <w:t xml:space="preserve">2. Специфични рискови зони в ПГМКР „Свети Никола“</w:t>
      </w:r>
    </w:p>
    <w:p>
      <w:pPr>
        <w:spacing w:after="60" w:before="0"/>
        <w:jc w:val="both"/>
      </w:pPr>
      <w:r>
        <w:rPr>
          <w:rFonts w:ascii="Times New Roman" w:hAnsi="Times New Roman" w:cs="Times New Roman" w:eastAsia="Times New Roman"/>
          <w:b w:val="0"/>
          <w:sz w:val="24"/>
        </w:rPr>
        <w:t xml:space="preserve">Организира се засилен дежурен контрол и наблюдение от страна на педагогическия и непедагогическия персонал в следните зони:</w:t>
      </w:r>
    </w:p>
    <w:p>
      <w:pPr>
        <w:spacing w:after="40" w:before="0"/>
        <w:jc w:val="both"/>
      </w:pPr>
      <w:r>
        <w:rPr>
          <w:rFonts w:ascii="Times New Roman" w:hAnsi="Times New Roman" w:cs="Times New Roman" w:eastAsia="Times New Roman"/>
          <w:b w:val="0"/>
          <w:sz w:val="24"/>
        </w:rPr>
        <w:t xml:space="preserve">▪  Училищните специализирани работилници и лаборатории (по кораборемонт, машинни елементи, електрообзавеждане);</w:t>
      </w:r>
    </w:p>
    <w:p>
      <w:pPr>
        <w:spacing w:after="40" w:before="0"/>
        <w:jc w:val="both"/>
      </w:pPr>
      <w:r>
        <w:rPr>
          <w:rFonts w:ascii="Times New Roman" w:hAnsi="Times New Roman" w:cs="Times New Roman" w:eastAsia="Times New Roman"/>
          <w:b w:val="0"/>
          <w:sz w:val="24"/>
        </w:rPr>
        <w:t xml:space="preserve">▪  Тренажорите и симулационните комплекси („Синя академия“, симулатори по корабоводене и машинно отделение);</w:t>
      </w:r>
    </w:p>
    <w:p>
      <w:pPr>
        <w:spacing w:after="40" w:before="0"/>
        <w:jc w:val="both"/>
      </w:pPr>
      <w:r>
        <w:rPr>
          <w:rFonts w:ascii="Times New Roman" w:hAnsi="Times New Roman" w:cs="Times New Roman" w:eastAsia="Times New Roman"/>
          <w:b w:val="0"/>
          <w:sz w:val="24"/>
        </w:rPr>
        <w:t xml:space="preserve">▪  Училищният STEM център и компютърните кабинети;</w:t>
      </w:r>
    </w:p>
    <w:p>
      <w:pPr>
        <w:spacing w:after="40" w:before="0"/>
        <w:jc w:val="both"/>
      </w:pPr>
      <w:r>
        <w:rPr>
          <w:rFonts w:ascii="Times New Roman" w:hAnsi="Times New Roman" w:cs="Times New Roman" w:eastAsia="Times New Roman"/>
          <w:b w:val="0"/>
          <w:sz w:val="24"/>
        </w:rPr>
        <w:t xml:space="preserve">▪  Санитарните възли, коридорите, училищният двор и спортните площадки.</w:t>
      </w:r>
    </w:p>
    <w:p>
      <w:pPr>
        <w:spacing w:after="60" w:before="120"/>
        <w:jc w:val="left"/>
      </w:pPr>
      <w:r>
        <w:rPr>
          <w:rFonts w:ascii="Times New Roman" w:hAnsi="Times New Roman" w:cs="Times New Roman" w:eastAsia="Times New Roman"/>
          <w:b/>
          <w:sz w:val="24"/>
        </w:rPr>
        <w:t xml:space="preserve">3. Годишен план-програма за превенция</w:t>
      </w:r>
    </w:p>
    <w:p>
      <w:pPr>
        <w:spacing w:after="40" w:before="0"/>
        <w:jc w:val="both"/>
      </w:pPr>
      <w:r>
        <w:rPr>
          <w:rFonts w:ascii="Times New Roman" w:hAnsi="Times New Roman" w:cs="Times New Roman" w:eastAsia="Times New Roman"/>
          <w:b w:val="0"/>
          <w:sz w:val="24"/>
        </w:rPr>
        <w:t xml:space="preserve">▪  Начало на учебната година (септември – октомври): Провеждане на входяща диагностика/анкетиране за нивата на тормоз и агресия; приемане на Правила на класа във всички паралелки.</w:t>
      </w:r>
    </w:p>
    <w:p>
      <w:pPr>
        <w:spacing w:after="40" w:before="0"/>
        <w:jc w:val="both"/>
      </w:pPr>
      <w:r>
        <w:rPr>
          <w:rFonts w:ascii="Times New Roman" w:hAnsi="Times New Roman" w:cs="Times New Roman" w:eastAsia="Times New Roman"/>
          <w:b w:val="0"/>
          <w:sz w:val="24"/>
        </w:rPr>
        <w:t xml:space="preserve">▪  Периодични дейности: Часове на класа, посветени на емпатията, ненасилствената комуникация, превенцията на кибертормоза и вредата от употребата на вейп и вещества.</w:t>
      </w:r>
    </w:p>
    <w:p>
      <w:pPr>
        <w:spacing w:after="40" w:before="0"/>
        <w:jc w:val="both"/>
      </w:pPr>
      <w:r>
        <w:rPr>
          <w:rFonts w:ascii="Times New Roman" w:hAnsi="Times New Roman" w:cs="Times New Roman" w:eastAsia="Times New Roman"/>
          <w:b w:val="0"/>
          <w:sz w:val="24"/>
        </w:rPr>
        <w:t xml:space="preserve">▪  Информационни кампании: Отбелязване на Деня за борба с тормоза в училище („Ден на розовата фланелка“ – февруари), Международния ден за безопасен интернет (февруари).</w:t>
      </w:r>
    </w:p>
    <w:p>
      <w:pPr>
        <w:spacing w:after="40" w:before="0"/>
        <w:jc w:val="both"/>
      </w:pPr>
      <w:r>
        <w:rPr>
          <w:rFonts w:ascii="Times New Roman" w:hAnsi="Times New Roman" w:cs="Times New Roman" w:eastAsia="Times New Roman"/>
          <w:b w:val="0"/>
          <w:sz w:val="24"/>
        </w:rPr>
        <w:t xml:space="preserve">▪  Квалификация: Провеждане на обучения за педагогическите специалисти за разпознаване на ранни белези на тормоз и кибертормоз.</w:t>
      </w:r>
    </w:p>
    <w:p>
      <w:pPr>
        <w:spacing w:after="80" w:before="200"/>
        <w:jc w:val="left"/>
      </w:pPr>
      <w:r>
        <w:rPr>
          <w:rFonts w:ascii="Times New Roman" w:hAnsi="Times New Roman" w:cs="Times New Roman" w:eastAsia="Times New Roman"/>
          <w:b/>
          <w:sz w:val="24"/>
        </w:rPr>
        <w:t xml:space="preserve">ІV. АЛГОРИТЪМ И СТЪПКИ ЗА ДЕЙСТВИЕ ПРИ ИДЕНТИФИЦИРАНЕ НА ТОРМОЗ</w:t>
      </w:r>
    </w:p>
    <w:p>
      <w:pPr>
        <w:spacing w:after="60" w:before="0"/>
        <w:jc w:val="both"/>
      </w:pPr>
      <w:r>
        <w:rPr>
          <w:rFonts w:ascii="Times New Roman" w:hAnsi="Times New Roman" w:cs="Times New Roman" w:eastAsia="Times New Roman"/>
          <w:b w:val="0"/>
          <w:sz w:val="24"/>
        </w:rPr>
        <w:t xml:space="preserve">Първа стъпка – Незабавно прекратяване на ситуацията: Всеки учител/служител е длъжен незабавно да се намеси и да прекрати физическия или вербалния контакт.</w:t>
      </w:r>
    </w:p>
    <w:p>
      <w:pPr>
        <w:spacing w:after="60" w:before="0"/>
        <w:jc w:val="both"/>
      </w:pPr>
      <w:r>
        <w:rPr>
          <w:rFonts w:ascii="Times New Roman" w:hAnsi="Times New Roman" w:cs="Times New Roman" w:eastAsia="Times New Roman"/>
          <w:b w:val="0"/>
          <w:sz w:val="24"/>
        </w:rPr>
        <w:t xml:space="preserve">Втора стъпка – Оценка и категоризация на нивото:</w:t>
      </w:r>
    </w:p>
    <w:p>
      <w:pPr>
        <w:spacing w:after="40" w:before="0"/>
        <w:jc w:val="both"/>
      </w:pPr>
      <w:r>
        <w:rPr>
          <w:rFonts w:ascii="Times New Roman" w:hAnsi="Times New Roman" w:cs="Times New Roman" w:eastAsia="Times New Roman"/>
          <w:b w:val="0"/>
          <w:sz w:val="24"/>
        </w:rPr>
        <w:t xml:space="preserve">▪  Първо ниво (леко нарушение): Решава се от класния ръководител/учителя чрез разговор и възстановяване на щетата.</w:t>
      </w:r>
    </w:p>
    <w:p>
      <w:pPr>
        <w:spacing w:after="40" w:before="0"/>
        <w:jc w:val="both"/>
      </w:pPr>
      <w:r>
        <w:rPr>
          <w:rFonts w:ascii="Times New Roman" w:hAnsi="Times New Roman" w:cs="Times New Roman" w:eastAsia="Times New Roman"/>
          <w:b w:val="0"/>
          <w:sz w:val="24"/>
        </w:rPr>
        <w:t xml:space="preserve">▪  Второ ниво (повторно/по-сериозно нарушение): Вписва се в Регистъра на инцидентите (Приложение № 53), свиква се Координационният съвет, уведомяват се родителите и училищният психолог за започване на работа по случая.</w:t>
      </w:r>
    </w:p>
    <w:p>
      <w:pPr>
        <w:spacing w:after="40" w:before="0"/>
        <w:jc w:val="both"/>
      </w:pPr>
      <w:r>
        <w:rPr>
          <w:rFonts w:ascii="Times New Roman" w:hAnsi="Times New Roman" w:cs="Times New Roman" w:eastAsia="Times New Roman"/>
          <w:b w:val="0"/>
          <w:sz w:val="24"/>
        </w:rPr>
        <w:t xml:space="preserve">▪  Трето ниво (криза / риск за живота и здравето): Незабавно уведомяване на Директора, свикване на Координационния съвет, подаване на сигнал до ОЗД / МВР / 112.</w:t>
      </w:r>
    </w:p>
    <w:p>
      <w:pPr>
        <w:spacing w:after="60" w:before="0"/>
        <w:jc w:val="both"/>
      </w:pPr>
      <w:r>
        <w:rPr>
          <w:rFonts w:ascii="Times New Roman" w:hAnsi="Times New Roman" w:cs="Times New Roman" w:eastAsia="Times New Roman"/>
          <w:b w:val="0"/>
          <w:sz w:val="24"/>
        </w:rPr>
        <w:t xml:space="preserve">Трета стъпка – Подкрепа на пострадалото дете: Осигуряване на защитена среда, провеждане на психологически консултации и работа за възстановяване на сигурността.</w:t>
      </w:r>
    </w:p>
    <w:p>
      <w:pPr>
        <w:spacing w:after="60" w:before="0"/>
        <w:jc w:val="both"/>
      </w:pPr>
      <w:r>
        <w:rPr>
          <w:rFonts w:ascii="Times New Roman" w:hAnsi="Times New Roman" w:cs="Times New Roman" w:eastAsia="Times New Roman"/>
          <w:b w:val="0"/>
          <w:sz w:val="24"/>
        </w:rPr>
        <w:t xml:space="preserve">Четвърта стъпка – Възпитателни мерки спрямо извършителя: Индивидуална психологическа подкрепа, прилагане на санкции съгласно ЗПУО и ПДУ и сътрудничество с външни институции (ОЗД, МКБППМН).</w:t>
      </w:r>
    </w:p>
    <w:p>
      <w:pPr>
        <w:spacing w:after="60" w:before="0"/>
        <w:jc w:val="both"/>
      </w:pPr>
      <w:r>
        <w:rPr>
          <w:rFonts w:ascii="Times New Roman" w:hAnsi="Times New Roman" w:cs="Times New Roman" w:eastAsia="Times New Roman"/>
          <w:b w:val="0"/>
          <w:sz w:val="24"/>
        </w:rPr>
        <w:t xml:space="preserve">Пета стъпка – Взаимодействие с родителите: Задължително своевременно информиране и провеждане на партньорски разговори.</w:t>
      </w:r>
    </w:p>
    <w:p>
      <w:pPr>
        <w:spacing w:after="80" w:before="200"/>
        <w:jc w:val="left"/>
      </w:pPr>
      <w:r>
        <w:rPr>
          <w:rFonts w:ascii="Times New Roman" w:hAnsi="Times New Roman" w:cs="Times New Roman" w:eastAsia="Times New Roman"/>
          <w:b/>
          <w:sz w:val="24"/>
        </w:rPr>
        <w:t xml:space="preserve">V. ПОДАВАНЕ НА СИГНАЛИ И ВЗАИМОДЕЙСТВИЕ С ВЪНШНИ СЛУЖБИ</w:t>
      </w:r>
    </w:p>
    <w:p>
      <w:pPr>
        <w:spacing w:after="60" w:before="0"/>
        <w:jc w:val="both"/>
      </w:pPr>
      <w:r>
        <w:rPr>
          <w:rFonts w:ascii="Times New Roman" w:hAnsi="Times New Roman" w:cs="Times New Roman" w:eastAsia="Times New Roman"/>
          <w:b w:val="0"/>
          <w:sz w:val="24"/>
        </w:rPr>
        <w:t xml:space="preserve">При наличие на риск за детето или тежък инцидент, Директорът/Координационният съвет подават незабавно сигнал към:</w:t>
      </w:r>
    </w:p>
    <w:p>
      <w:pPr>
        <w:spacing w:after="40" w:before="0"/>
        <w:jc w:val="both"/>
      </w:pPr>
      <w:r>
        <w:rPr>
          <w:rFonts w:ascii="Times New Roman" w:hAnsi="Times New Roman" w:cs="Times New Roman" w:eastAsia="Times New Roman"/>
          <w:b w:val="0"/>
          <w:sz w:val="24"/>
        </w:rPr>
        <w:t xml:space="preserve">▪  Отдел „Закрила на детето“ (ОЗД) – гр. Бургас;</w:t>
      </w:r>
    </w:p>
    <w:p>
      <w:pPr>
        <w:spacing w:after="40" w:before="0"/>
        <w:jc w:val="both"/>
      </w:pPr>
      <w:r>
        <w:rPr>
          <w:rFonts w:ascii="Times New Roman" w:hAnsi="Times New Roman" w:cs="Times New Roman" w:eastAsia="Times New Roman"/>
          <w:b w:val="0"/>
          <w:sz w:val="24"/>
        </w:rPr>
        <w:t xml:space="preserve">▪  Районно управление на МВР – гр. Бургас / телефон 112;</w:t>
      </w:r>
    </w:p>
    <w:p>
      <w:pPr>
        <w:spacing w:after="40" w:before="0"/>
        <w:jc w:val="both"/>
      </w:pPr>
      <w:r>
        <w:rPr>
          <w:rFonts w:ascii="Times New Roman" w:hAnsi="Times New Roman" w:cs="Times New Roman" w:eastAsia="Times New Roman"/>
          <w:b w:val="0"/>
          <w:sz w:val="24"/>
        </w:rPr>
        <w:t xml:space="preserve">▪  Национална телефонна линия за деца: 116 111;</w:t>
      </w:r>
    </w:p>
    <w:p>
      <w:pPr>
        <w:spacing w:after="40" w:before="0"/>
        <w:jc w:val="both"/>
      </w:pPr>
      <w:r>
        <w:rPr>
          <w:rFonts w:ascii="Times New Roman" w:hAnsi="Times New Roman" w:cs="Times New Roman" w:eastAsia="Times New Roman"/>
          <w:b w:val="0"/>
          <w:sz w:val="24"/>
        </w:rPr>
        <w:t xml:space="preserve">▪  Национален център за безопасен интернет: 124 123 / www.safenet.bg.</w:t>
      </w:r>
    </w:p>
    <w:p>
      <w:pPr>
        <w:spacing w:after="80" w:before="200"/>
        <w:jc w:val="left"/>
      </w:pPr>
      <w:r>
        <w:rPr>
          <w:rFonts w:ascii="Times New Roman" w:hAnsi="Times New Roman" w:cs="Times New Roman" w:eastAsia="Times New Roman"/>
          <w:b/>
          <w:sz w:val="24"/>
        </w:rPr>
        <w:t xml:space="preserve">VІ. ОБРАЗЦИ НА ДОКУМЕНТИ</w:t>
      </w:r>
    </w:p>
    <w:p>
      <w:pPr>
        <w:spacing w:after="60" w:before="0"/>
        <w:jc w:val="both"/>
      </w:pPr>
      <w:r>
        <w:rPr>
          <w:rFonts w:ascii="Times New Roman" w:hAnsi="Times New Roman" w:cs="Times New Roman" w:eastAsia="Times New Roman"/>
          <w:b w:val="0"/>
          <w:sz w:val="24"/>
        </w:rPr>
        <w:t xml:space="preserve">За документиране на случаите на тормоз и насилие се използват образците от раздел VII на приложенията към Правилника за дейността на училището:</w:t>
      </w:r>
    </w:p>
    <w:p>
      <w:pPr>
        <w:spacing w:after="40" w:before="0"/>
        <w:jc w:val="both"/>
      </w:pPr>
      <w:r>
        <w:rPr>
          <w:rFonts w:ascii="Times New Roman" w:hAnsi="Times New Roman" w:cs="Times New Roman" w:eastAsia="Times New Roman"/>
          <w:b w:val="0"/>
          <w:sz w:val="24"/>
        </w:rPr>
        <w:t xml:space="preserve">▪  Приложение № 47 – Сигнал за проява на насилие или тормоз;</w:t>
      </w:r>
    </w:p>
    <w:p>
      <w:pPr>
        <w:spacing w:after="40" w:before="0"/>
        <w:jc w:val="both"/>
      </w:pPr>
      <w:r>
        <w:rPr>
          <w:rFonts w:ascii="Times New Roman" w:hAnsi="Times New Roman" w:cs="Times New Roman" w:eastAsia="Times New Roman"/>
          <w:b w:val="0"/>
          <w:sz w:val="24"/>
        </w:rPr>
        <w:t xml:space="preserve">▪  Приложение № 48 – Протокол за установен случай на насилие или тормоз;</w:t>
      </w:r>
    </w:p>
    <w:p>
      <w:pPr>
        <w:spacing w:after="40" w:before="0"/>
        <w:jc w:val="both"/>
      </w:pPr>
      <w:r>
        <w:rPr>
          <w:rFonts w:ascii="Times New Roman" w:hAnsi="Times New Roman" w:cs="Times New Roman" w:eastAsia="Times New Roman"/>
          <w:b w:val="0"/>
          <w:sz w:val="24"/>
        </w:rPr>
        <w:t xml:space="preserve">▪  Приложение № 49 – Карта за оценка на ситуацията при случай на тормоз или насилие;</w:t>
      </w:r>
    </w:p>
    <w:p>
      <w:pPr>
        <w:spacing w:after="40" w:before="0"/>
        <w:jc w:val="both"/>
      </w:pPr>
      <w:r>
        <w:rPr>
          <w:rFonts w:ascii="Times New Roman" w:hAnsi="Times New Roman" w:cs="Times New Roman" w:eastAsia="Times New Roman"/>
          <w:b w:val="0"/>
          <w:sz w:val="24"/>
        </w:rPr>
        <w:t xml:space="preserve">▪  Приложение № 50 – План за работа с ученик – участник в случай на тормоз или насилие (за пострадалия и за извършителя);</w:t>
      </w:r>
    </w:p>
    <w:p>
      <w:pPr>
        <w:spacing w:after="40" w:before="0"/>
        <w:jc w:val="both"/>
      </w:pPr>
      <w:r>
        <w:rPr>
          <w:rFonts w:ascii="Times New Roman" w:hAnsi="Times New Roman" w:cs="Times New Roman" w:eastAsia="Times New Roman"/>
          <w:b w:val="0"/>
          <w:sz w:val="24"/>
        </w:rPr>
        <w:t xml:space="preserve">▪  Приложение № 51 – Доклад за предприетите мерки по случай на тормоз или насилие;</w:t>
      </w:r>
    </w:p>
    <w:p>
      <w:pPr>
        <w:spacing w:after="40" w:before="0"/>
        <w:jc w:val="both"/>
      </w:pPr>
      <w:r>
        <w:rPr>
          <w:rFonts w:ascii="Times New Roman" w:hAnsi="Times New Roman" w:cs="Times New Roman" w:eastAsia="Times New Roman"/>
          <w:b w:val="0"/>
          <w:sz w:val="24"/>
        </w:rPr>
        <w:t xml:space="preserve">▪  Приложение № 53 – Регистър на инцидентите.</w:t>
      </w:r>
    </w:p>
    <w:p>
      <w:pPr>
        <w:spacing w:after="80" w:before="0"/>
        <w:jc w:val="center"/>
        <w:pageBreakBefore/>
      </w:pPr>
      <w:r>
        <w:rPr>
          <w:rFonts w:ascii="Times New Roman" w:hAnsi="Times New Roman" w:cs="Times New Roman" w:eastAsia="Times New Roman"/>
          <w:b/>
          <w:sz w:val="32"/>
        </w:rPr>
        <w:t xml:space="preserve">РАЗДЕЛ XVIII</w:t>
      </w:r>
    </w:p>
    <w:p>
      <w:pPr>
        <w:spacing w:after="200" w:before="0"/>
        <w:jc w:val="center"/>
      </w:pPr>
      <w:r>
        <w:rPr>
          <w:rFonts w:ascii="Times New Roman" w:hAnsi="Times New Roman" w:cs="Times New Roman" w:eastAsia="Times New Roman"/>
          <w:b/>
          <w:sz w:val="28"/>
        </w:rPr>
        <w:t xml:space="preserve">КОНТРОЛ НА САНКЦИОННАТА ПРОЦЕДУРА</w:t>
      </w:r>
    </w:p>
    <w:p>
      <w:pPr>
        <w:spacing w:after="120" w:before="0"/>
        <w:jc w:val="right"/>
        <w:pageBreakBefore/>
      </w:pPr>
      <w:r>
        <w:rPr>
          <w:rFonts w:ascii="Times New Roman" w:hAnsi="Times New Roman" w:cs="Times New Roman" w:eastAsia="Times New Roman"/>
          <w:sz w:val="20"/>
        </w:rPr>
        <w:t xml:space="preserve">Приложение № 95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 xml:space="preserve">К О Н Т Р О Л Е Н   Л И С Т</w:t>
      </w:r>
    </w:p>
    <w:p>
      <w:pPr>
        <w:spacing w:after="40" w:before="0"/>
        <w:jc w:val="center"/>
      </w:pPr>
      <w:r>
        <w:rPr>
          <w:rFonts w:ascii="Times New Roman" w:hAnsi="Times New Roman" w:cs="Times New Roman" w:eastAsia="Times New Roman"/>
          <w:b/>
        </w:rPr>
        <w:t xml:space="preserve">на директора преди подписване на заповед за налагане на санкция</w:t>
      </w:r>
    </w:p>
    <w:p>
      <w:pPr>
        <w:spacing w:after="200" w:before="0"/>
        <w:jc w:val="center"/>
      </w:pPr>
      <w:r>
        <w:rPr>
          <w:rFonts w:ascii="Times New Roman" w:hAnsi="Times New Roman" w:cs="Times New Roman" w:eastAsia="Times New Roman"/>
          <w:sz w:val="20"/>
        </w:rPr>
        <w:t xml:space="preserve">чл. 199 – 206 от ЗПУО; чл. 60 – 69 от Наредбата за приобщаващото образование; чл. 41 – 49 от ПДУ</w:t>
      </w:r>
    </w:p>
    <w:p>
      <w:pPr>
        <w:spacing w:after="40" w:before="0"/>
        <w:jc w:val="left"/>
      </w:pPr>
      <w:r>
        <w:rPr>
          <w:rFonts w:ascii="Times New Roman" w:hAnsi="Times New Roman" w:cs="Times New Roman" w:eastAsia="Times New Roman"/>
          <w:sz w:val="24"/>
        </w:rPr>
        <w:t xml:space="preserve">Ученик: …………………………………………………   Клас: ………</w:t>
      </w:r>
    </w:p>
    <w:p>
      <w:pPr>
        <w:spacing w:after="40" w:before="0"/>
        <w:jc w:val="left"/>
      </w:pPr>
      <w:r>
        <w:rPr>
          <w:rFonts w:ascii="Times New Roman" w:hAnsi="Times New Roman" w:cs="Times New Roman" w:eastAsia="Times New Roman"/>
          <w:sz w:val="24"/>
        </w:rPr>
        <w:t xml:space="preserve">Предлагана санкция: …………………………………………………</w:t>
      </w:r>
    </w:p>
    <w:p>
      <w:pPr>
        <w:spacing w:after="40" w:before="0"/>
        <w:jc w:val="left"/>
      </w:pPr>
      <w:r>
        <w:rPr>
          <w:rFonts w:ascii="Times New Roman" w:hAnsi="Times New Roman" w:cs="Times New Roman" w:eastAsia="Times New Roman"/>
          <w:sz w:val="24"/>
        </w:rPr>
        <w:t xml:space="preserve">Предложение от: ☐ класния ръководител  ☐ ПС – Протокол № …… / ………… г.</w:t>
      </w:r>
    </w:p>
    <w:p>
      <w:pPr>
        <w:spacing w:after="20" w:before="80"/>
        <w:jc w:val="left"/>
      </w:pPr>
      <w:r>
        <w:rPr>
          <w:rFonts w:ascii="Times New Roman" w:hAnsi="Times New Roman" w:cs="Times New Roman" w:eastAsia="Times New Roman"/>
          <w:b/>
          <w:sz w:val="24"/>
        </w:rPr>
        <w:t xml:space="preserve">А. Нарушение и предходни мерки</w:t>
      </w:r>
    </w:p>
    <w:p>
      <w:pPr>
        <w:spacing w:after="20" w:before="0"/>
        <w:jc w:val="both"/>
      </w:pPr>
      <w:r>
        <w:rPr>
          <w:rFonts w:ascii="Times New Roman" w:hAnsi="Times New Roman" w:cs="Times New Roman" w:eastAsia="Times New Roman"/>
          <w:sz w:val="24"/>
        </w:rPr>
        <w:t xml:space="preserve">☐  Нарушението е конкретно описано – дати/период и доказателства.</w:t>
      </w:r>
    </w:p>
    <w:p>
      <w:pPr>
        <w:spacing w:after="20" w:before="0"/>
        <w:jc w:val="both"/>
      </w:pPr>
      <w:r>
        <w:rPr>
          <w:rFonts w:ascii="Times New Roman" w:hAnsi="Times New Roman" w:cs="Times New Roman" w:eastAsia="Times New Roman"/>
          <w:sz w:val="24"/>
        </w:rPr>
        <w:t xml:space="preserve">☐  Разграничени са уважителните от неуважителните отсъствия.</w:t>
      </w:r>
    </w:p>
    <w:p>
      <w:pPr>
        <w:spacing w:after="20" w:before="0"/>
        <w:jc w:val="both"/>
      </w:pPr>
      <w:r>
        <w:rPr>
          <w:rFonts w:ascii="Times New Roman" w:hAnsi="Times New Roman" w:cs="Times New Roman" w:eastAsia="Times New Roman"/>
          <w:sz w:val="24"/>
        </w:rPr>
        <w:t xml:space="preserve">☐  Документирани са предприетите мерки за подкрепа и мотивация и причините те да не дадат резултат (чл. 199, ал. 1 ЗПУО; чл. 42 от ПДУ; чл. 68, ал. 2 от Наредбата).</w:t>
      </w:r>
    </w:p>
    <w:p>
      <w:pPr>
        <w:spacing w:after="20" w:before="0"/>
        <w:jc w:val="both"/>
      </w:pPr>
      <w:r>
        <w:rPr>
          <w:rFonts w:ascii="Times New Roman" w:hAnsi="Times New Roman" w:cs="Times New Roman" w:eastAsia="Times New Roman"/>
          <w:sz w:val="24"/>
        </w:rPr>
        <w:t xml:space="preserve">☐  Проверено е, че поведението не е резултат от увреждане или нарушение на здравето, посочено в медицински документи (чл. 200, ал. 5 ЗПУО).</w:t>
      </w:r>
    </w:p>
    <w:p>
      <w:pPr>
        <w:spacing w:after="20" w:before="80"/>
        <w:jc w:val="left"/>
      </w:pPr>
      <w:r>
        <w:rPr>
          <w:rFonts w:ascii="Times New Roman" w:hAnsi="Times New Roman" w:cs="Times New Roman" w:eastAsia="Times New Roman"/>
          <w:b/>
          <w:sz w:val="24"/>
        </w:rPr>
        <w:t xml:space="preserve">Б. Процедура</w:t>
      </w:r>
    </w:p>
    <w:p>
      <w:pPr>
        <w:spacing w:after="20" w:before="0"/>
        <w:jc w:val="both"/>
      </w:pPr>
      <w:r>
        <w:rPr>
          <w:rFonts w:ascii="Times New Roman" w:hAnsi="Times New Roman" w:cs="Times New Roman" w:eastAsia="Times New Roman"/>
          <w:sz w:val="24"/>
        </w:rPr>
        <w:t xml:space="preserve">☐  Родителят е уведомен писмено за откриването на процедурата и има доказателство за връчването (чл. 204, ал. 1 ЗПУО; чл. 64 от Наредбата).</w:t>
      </w:r>
    </w:p>
    <w:p>
      <w:pPr>
        <w:spacing w:after="20" w:before="0"/>
        <w:jc w:val="both"/>
      </w:pPr>
      <w:r>
        <w:rPr>
          <w:rFonts w:ascii="Times New Roman" w:hAnsi="Times New Roman" w:cs="Times New Roman" w:eastAsia="Times New Roman"/>
          <w:sz w:val="24"/>
        </w:rPr>
        <w:t xml:space="preserve">☐  При санкция по чл. 199, ал. 1, т. 3 – 5 ЗПУО е уведомена структурата за закрила на детето (чл. 204, ал. 1 ЗПУО).</w:t>
      </w:r>
    </w:p>
    <w:p>
      <w:pPr>
        <w:spacing w:after="20" w:before="0"/>
        <w:jc w:val="both"/>
      </w:pPr>
      <w:r>
        <w:rPr>
          <w:rFonts w:ascii="Times New Roman" w:hAnsi="Times New Roman" w:cs="Times New Roman" w:eastAsia="Times New Roman"/>
          <w:sz w:val="24"/>
        </w:rPr>
        <w:t xml:space="preserve">☐  Ученикът е изслушан и/или е прието писменото му обяснение (чл. 204, ал. 3 ЗПУО).</w:t>
      </w:r>
    </w:p>
    <w:p>
      <w:pPr>
        <w:spacing w:after="20" w:before="0"/>
        <w:jc w:val="both"/>
      </w:pPr>
      <w:r>
        <w:rPr>
          <w:rFonts w:ascii="Times New Roman" w:hAnsi="Times New Roman" w:cs="Times New Roman" w:eastAsia="Times New Roman"/>
          <w:sz w:val="24"/>
        </w:rPr>
        <w:t xml:space="preserve">☐  При изслушването са присъствали психолог или педагогически съветник и социален работник (чл. 204, ал. 3 ЗПУО; чл. 65, ал. 1 от Наредбата).</w:t>
      </w:r>
    </w:p>
    <w:p>
      <w:pPr>
        <w:spacing w:after="20" w:before="0"/>
        <w:jc w:val="both"/>
      </w:pPr>
      <w:r>
        <w:rPr>
          <w:rFonts w:ascii="Times New Roman" w:hAnsi="Times New Roman" w:cs="Times New Roman" w:eastAsia="Times New Roman"/>
          <w:sz w:val="24"/>
        </w:rPr>
        <w:t xml:space="preserve">☐  Предложението е направено от компетентния орган – класният ръководител за т. 1 и 2, Педагогическият съвет за т. 3 – 5 (чл. 203, ал. 1 ЗПУО).</w:t>
      </w:r>
    </w:p>
    <w:p>
      <w:pPr>
        <w:spacing w:after="20" w:before="0"/>
        <w:jc w:val="both"/>
      </w:pPr>
      <w:r>
        <w:rPr>
          <w:rFonts w:ascii="Times New Roman" w:hAnsi="Times New Roman" w:cs="Times New Roman" w:eastAsia="Times New Roman"/>
          <w:sz w:val="24"/>
        </w:rPr>
        <w:t xml:space="preserve">☐  Взето е предвид мнението на класния ръководител (чл. 67 от Наредбата).</w:t>
      </w:r>
    </w:p>
    <w:p>
      <w:pPr>
        <w:spacing w:after="20" w:before="80"/>
        <w:jc w:val="left"/>
      </w:pPr>
      <w:r>
        <w:rPr>
          <w:rFonts w:ascii="Times New Roman" w:hAnsi="Times New Roman" w:cs="Times New Roman" w:eastAsia="Times New Roman"/>
          <w:b/>
          <w:sz w:val="24"/>
        </w:rPr>
        <w:t xml:space="preserve">В. Заповед</w:t>
      </w:r>
    </w:p>
    <w:p>
      <w:pPr>
        <w:spacing w:after="20" w:before="0"/>
        <w:jc w:val="both"/>
      </w:pPr>
      <w:r>
        <w:rPr>
          <w:rFonts w:ascii="Times New Roman" w:hAnsi="Times New Roman" w:cs="Times New Roman" w:eastAsia="Times New Roman"/>
          <w:sz w:val="24"/>
        </w:rPr>
        <w:t xml:space="preserve">☐  Видът на санкцията е съобразен с причините, обстоятелствата, тежестта на нарушението и особеностите на ученика (чл. 201, ал. 2 ЗПУО).</w:t>
      </w:r>
    </w:p>
    <w:p>
      <w:pPr>
        <w:spacing w:after="20" w:before="0"/>
        <w:jc w:val="both"/>
      </w:pPr>
      <w:r>
        <w:rPr>
          <w:rFonts w:ascii="Times New Roman" w:hAnsi="Times New Roman" w:cs="Times New Roman" w:eastAsia="Times New Roman"/>
          <w:sz w:val="24"/>
        </w:rPr>
        <w:t xml:space="preserve">☐  Заповедта съдържа вида, срока и мотивите, включително предприетите мерки (чл. 205, ал. 2 ЗПУО; чл. 68, ал. 2 от Наредбата).</w:t>
      </w:r>
    </w:p>
    <w:p>
      <w:pPr>
        <w:spacing w:after="20" w:before="0"/>
        <w:jc w:val="both"/>
      </w:pPr>
      <w:r>
        <w:rPr>
          <w:rFonts w:ascii="Times New Roman" w:hAnsi="Times New Roman" w:cs="Times New Roman" w:eastAsia="Times New Roman"/>
          <w:sz w:val="24"/>
        </w:rPr>
        <w:t xml:space="preserve">☐  Спазен е 14-дневният срок от предложението (чл. 205, ал. 1 ЗПУО).</w:t>
      </w:r>
    </w:p>
    <w:p>
      <w:pPr>
        <w:spacing w:after="20" w:before="0"/>
        <w:jc w:val="both"/>
      </w:pPr>
      <w:r>
        <w:rPr>
          <w:rFonts w:ascii="Times New Roman" w:hAnsi="Times New Roman" w:cs="Times New Roman" w:eastAsia="Times New Roman"/>
          <w:sz w:val="24"/>
        </w:rPr>
        <w:t xml:space="preserve">☐  Предвидено е съобщаване в тридневен срок, а при „преместване в друго училище“ – и на началника на РУО (чл. 205, ал. 3 ЗПУО).</w:t>
      </w:r>
    </w:p>
    <w:p>
      <w:pPr>
        <w:spacing w:after="20" w:before="0"/>
        <w:jc w:val="both"/>
      </w:pPr>
      <w:r>
        <w:rPr>
          <w:rFonts w:ascii="Times New Roman" w:hAnsi="Times New Roman" w:cs="Times New Roman" w:eastAsia="Times New Roman"/>
          <w:sz w:val="24"/>
        </w:rPr>
        <w:t xml:space="preserve">☐  Предвидено е отразяване в ученическата книжка, личния картон/ЛОД, бележника за кореспонденция, електронния дневник и НЕИСПУО (чл. 206, ал. 1 ЗПУО; чл. 48 от ПДУ).</w:t>
      </w:r>
    </w:p>
    <w:p>
      <w:pPr>
        <w:spacing w:after="40" w:before="160"/>
        <w:jc w:val="left"/>
      </w:pPr>
      <w:r>
        <w:rPr>
          <w:rFonts w:ascii="Times New Roman" w:hAnsi="Times New Roman" w:cs="Times New Roman" w:eastAsia="Times New Roman"/>
          <w:sz w:val="24"/>
        </w:rPr>
        <w:t xml:space="preserve">Дата: ……………………………… г.	ДИРЕКТОР: ………………………………</w:t>
      </w:r>
    </w:p>
    <w:p>
      <w:pPr>
        <w:spacing w:after="120" w:before="0"/>
        <w:jc w:val="right"/>
        <w:pageBreakBefore/>
      </w:pPr>
      <w:r>
        <w:rPr>
          <w:rFonts w:ascii="Times New Roman" w:hAnsi="Times New Roman" w:cs="Times New Roman" w:eastAsia="Times New Roman"/>
          <w:sz w:val="20"/>
        </w:rPr>
        <w:t xml:space="preserve">Приложение № 96 към Правилника за дейността на училището</w:t>
      </w:r>
    </w:p>
    <w:p w14:paraId="167158EB" w14:textId="77777777" w:rsidR="00BC4E80" w:rsidRDefault="00BC4E80">
      <w:pPr>
        <w:spacing w:after="340"/>
        <w:ind w:left="0" w:right="0"/>
        <w:jc w:val="center"/>
      </w:pPr>
      <w:r>
        <w:rPr>
          <w:rFonts w:ascii="Times New Roman" w:hAnsi="Times New Roman" w:cs="Times New Roman" w:eastAsia="Times New Roman"/>
          <w:noProof/>
        </w:rPr>
        <w:drawing>
          <wp:inline distT="0" distB="0" distL="0" distR="0" wp14:anchorId="526F66D3" wp14:editId="16C894F5">
            <wp:extent cx="6483600" cy="1175152"/>
            <wp:effectExtent l="0" t="0" r="0" b="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ka2.png"/>
                    <pic:cNvPicPr/>
                  </pic:nvPicPr>
                  <pic:blipFill>
                    <a:blip r:embed="rId7"/>
                    <a:stretch>
                      <a:fillRect/>
                    </a:stretch>
                  </pic:blipFill>
                  <pic:spPr>
                    <a:xfrm>
                      <a:off x="0" y="0"/>
                      <a:ext cx="6483600" cy="1175152"/>
                    </a:xfrm>
                    <a:prstGeom prst="rect">
                      <a:avLst/>
                    </a:prstGeom>
                  </pic:spPr>
                </pic:pic>
              </a:graphicData>
            </a:graphic>
          </wp:inline>
        </w:drawing>
      </w:r>
    </w:p>
    <w:p>
      <w:pPr>
        <w:spacing w:after="40" w:before="0"/>
        <w:jc w:val="center"/>
      </w:pPr>
      <w:r>
        <w:rPr>
          <w:rFonts w:ascii="Times New Roman" w:hAnsi="Times New Roman" w:cs="Times New Roman" w:eastAsia="Times New Roman"/>
          <w:b/>
          <w:sz w:val="26"/>
        </w:rPr>
        <w:t xml:space="preserve">К О Н Т Р О Л Н А   К А Р Т А</w:t>
      </w:r>
    </w:p>
    <w:p>
      <w:pPr>
        <w:spacing w:after="40" w:before="0"/>
        <w:jc w:val="center"/>
      </w:pPr>
      <w:r>
        <w:rPr>
          <w:rFonts w:ascii="Times New Roman" w:hAnsi="Times New Roman" w:cs="Times New Roman" w:eastAsia="Times New Roman"/>
          <w:b/>
        </w:rPr>
        <w:t xml:space="preserve">за отразяване и архивиране на преписката по налагане на санкция</w:t>
      </w:r>
    </w:p>
    <w:p>
      <w:pPr>
        <w:spacing w:after="200" w:before="0"/>
        <w:jc w:val="center"/>
      </w:pPr>
      <w:r>
        <w:rPr>
          <w:rFonts w:ascii="Times New Roman" w:hAnsi="Times New Roman" w:cs="Times New Roman" w:eastAsia="Times New Roman"/>
          <w:sz w:val="20"/>
        </w:rPr>
        <w:t xml:space="preserve">чл. 41 – 49 от ПДУ; чл. 204 – 207 от ЗПУО</w:t>
      </w:r>
    </w:p>
    <w:p>
      <w:pPr>
        <w:spacing w:after="40" w:before="0"/>
        <w:jc w:val="left"/>
      </w:pPr>
      <w:r>
        <w:rPr>
          <w:rFonts w:ascii="Times New Roman" w:hAnsi="Times New Roman" w:cs="Times New Roman" w:eastAsia="Times New Roman"/>
          <w:sz w:val="24"/>
        </w:rPr>
        <w:t xml:space="preserve">Ученик: …………………………………………………   Клас: ………</w:t>
      </w:r>
    </w:p>
    <w:p>
      <w:pPr>
        <w:spacing w:after="40" w:before="0"/>
        <w:jc w:val="left"/>
      </w:pPr>
      <w:r>
        <w:rPr>
          <w:rFonts w:ascii="Times New Roman" w:hAnsi="Times New Roman" w:cs="Times New Roman" w:eastAsia="Times New Roman"/>
          <w:sz w:val="24"/>
        </w:rPr>
        <w:t xml:space="preserve">Санкция: …………………………………………………   Заповед № …… / ………… г.</w:t>
      </w:r>
    </w:p>
    <w:tbl>
      <w:tblPr>
        <w:tblW w:w="9355" w:type="dxa"/>
        <w:tblBorders>
          <w:top w:val="single" w:sz="6" w:space="0" w:color="000000"/>
          <w:left w:val="single" w:sz="6" w:space="0" w:color="000000"/>
          <w:bottom w:val="single" w:sz="6" w:space="0" w:color="000000"/>
          <w:right w:val="single" w:sz="6" w:space="0" w:color="000000"/>
          <w:insideH w:val="single" w:sz="2" w:space="0" w:color="7F7F7F"/>
          <w:insideV w:val="single" w:sz="2" w:space="0" w:color="7F7F7F"/>
        </w:tblBorders>
        <w:tblLayout w:type="fixed"/>
        <w:tblCellMar>
          <w:left w:w="10" w:type="dxa"/>
          <w:right w:w="10" w:type="dxa"/>
        </w:tblCellMar>
        <w:tblLook w:val="04A0" w:firstRow="1" w:lastRow="0" w:firstColumn="1" w:lastColumn="0" w:noHBand="0" w:noVBand="1"/>
      </w:tblPr>
      <w:tblGrid>
        <w:gridCol w:w="450"/>
        <w:gridCol w:w="4255"/>
        <w:gridCol w:w="1150"/>
        <w:gridCol w:w="1100"/>
        <w:gridCol w:w="1200"/>
        <w:gridCol w:w="1200"/>
      </w:tblGrid>
      <w:tr>
        <w:trPr>
          <w:trHeight w:val="400"/>
        </w:trPr>
        <w:tc>
          <w:tcPr>
            <w:tcW w:w="450"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w:t>
            </w:r>
          </w:p>
        </w:tc>
        <w:tc>
          <w:tcPr>
            <w:tcW w:w="4255"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Действие</w:t>
            </w:r>
          </w:p>
        </w:tc>
        <w:tc>
          <w:tcPr>
            <w:tcW w:w="1150"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Образец</w:t>
            </w:r>
          </w:p>
        </w:tc>
        <w:tc>
          <w:tcPr>
            <w:tcW w:w="1100"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Дата</w:t>
            </w:r>
          </w:p>
        </w:tc>
        <w:tc>
          <w:tcPr>
            <w:tcW w:w="1200"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Извършил</w:t>
            </w:r>
          </w:p>
        </w:tc>
        <w:tc>
          <w:tcPr>
            <w:tcW w:w="1200" w:type="dxa"/>
            <w:shd w:val="clear" w:color="auto" w:fill="D9D9D9"/>
            <w:vAlign w:val="center"/>
          </w:tcPr>
          <w:p>
            <w:pPr>
              <w:spacing w:before="30" w:after="30"/>
              <w:jc w:val="center"/>
            </w:pPr>
            <w:r>
              <w:rPr>
                <w:rFonts w:ascii="Times New Roman" w:hAnsi="Times New Roman" w:cs="Times New Roman" w:eastAsia="Times New Roman"/>
                <w:b/>
                <w:sz w:val="20"/>
                <w:szCs w:val="20"/>
              </w:rPr>
              <w:t xml:space="preserve">Проверил</w:t>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w:t>
            </w:r>
          </w:p>
        </w:tc>
        <w:tc>
          <w:tcPr>
            <w:tcW w:w="4255" w:type="dxa"/>
            <w:vAlign w:val="center"/>
          </w:tcPr>
          <w:p>
            <w:pPr>
              <w:spacing w:before="30" w:after="30"/>
              <w:jc w:val="left"/>
            </w:pPr>
            <w:r>
              <w:rPr>
                <w:rFonts w:ascii="Times New Roman" w:hAnsi="Times New Roman" w:cs="Times New Roman" w:eastAsia="Times New Roman"/>
                <w:sz w:val="20"/>
                <w:szCs w:val="20"/>
              </w:rPr>
              <w:t xml:space="preserve">Справка за отсъствията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19</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2</w:t>
            </w:r>
          </w:p>
        </w:tc>
        <w:tc>
          <w:tcPr>
            <w:tcW w:w="4255" w:type="dxa"/>
            <w:vAlign w:val="center"/>
          </w:tcPr>
          <w:p>
            <w:pPr>
              <w:spacing w:before="30" w:after="30"/>
              <w:jc w:val="left"/>
            </w:pPr>
            <w:r>
              <w:rPr>
                <w:rFonts w:ascii="Times New Roman" w:hAnsi="Times New Roman" w:cs="Times New Roman" w:eastAsia="Times New Roman"/>
                <w:sz w:val="20"/>
                <w:szCs w:val="20"/>
              </w:rPr>
              <w:t xml:space="preserve">Уведомяване на родителя за отсъствията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1</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3</w:t>
            </w:r>
          </w:p>
        </w:tc>
        <w:tc>
          <w:tcPr>
            <w:tcW w:w="4255" w:type="dxa"/>
            <w:vAlign w:val="center"/>
          </w:tcPr>
          <w:p>
            <w:pPr>
              <w:spacing w:before="30" w:after="30"/>
              <w:jc w:val="left"/>
            </w:pPr>
            <w:r>
              <w:rPr>
                <w:rFonts w:ascii="Times New Roman" w:hAnsi="Times New Roman" w:cs="Times New Roman" w:eastAsia="Times New Roman"/>
                <w:sz w:val="20"/>
                <w:szCs w:val="20"/>
              </w:rPr>
              <w:t xml:space="preserve">Разговор с ученика / среща с родителя</w:t>
            </w:r>
          </w:p>
        </w:tc>
        <w:tc>
          <w:tcPr>
            <w:tcW w:w="1150" w:type="dxa"/>
            <w:vAlign w:val="center"/>
          </w:tcPr>
          <w:p>
            <w:pPr>
              <w:spacing w:before="30" w:after="30"/>
              <w:jc w:val="center"/>
            </w:pPr>
            <w:r>
              <w:rPr>
                <w:rFonts w:ascii="Times New Roman" w:hAnsi="Times New Roman" w:cs="Times New Roman" w:eastAsia="Times New Roman"/>
                <w:sz w:val="20"/>
                <w:szCs w:val="20"/>
              </w:rPr>
              <w:t xml:space="preserve">№ 20, № 55</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4</w:t>
            </w:r>
          </w:p>
        </w:tc>
        <w:tc>
          <w:tcPr>
            <w:tcW w:w="4255" w:type="dxa"/>
            <w:vAlign w:val="center"/>
          </w:tcPr>
          <w:p>
            <w:pPr>
              <w:spacing w:before="30" w:after="30"/>
              <w:jc w:val="left"/>
            </w:pPr>
            <w:r>
              <w:rPr>
                <w:rFonts w:ascii="Times New Roman" w:hAnsi="Times New Roman" w:cs="Times New Roman" w:eastAsia="Times New Roman"/>
                <w:sz w:val="20"/>
                <w:szCs w:val="20"/>
              </w:rPr>
              <w:t xml:space="preserve">Мерки за подкрепа и мотивация</w:t>
            </w:r>
          </w:p>
        </w:tc>
        <w:tc>
          <w:tcPr>
            <w:tcW w:w="1150" w:type="dxa"/>
            <w:vAlign w:val="center"/>
          </w:tcPr>
          <w:p>
            <w:pPr>
              <w:spacing w:before="30" w:after="30"/>
              <w:jc w:val="center"/>
            </w:pPr>
            <w:r>
              <w:rPr>
                <w:rFonts w:ascii="Times New Roman" w:hAnsi="Times New Roman" w:cs="Times New Roman" w:eastAsia="Times New Roman"/>
                <w:sz w:val="20"/>
                <w:szCs w:val="20"/>
              </w:rPr>
              <w:t xml:space="preserve">№ 21, № 43</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5</w:t>
            </w:r>
          </w:p>
        </w:tc>
        <w:tc>
          <w:tcPr>
            <w:tcW w:w="4255" w:type="dxa"/>
            <w:vAlign w:val="center"/>
          </w:tcPr>
          <w:p>
            <w:pPr>
              <w:spacing w:before="30" w:after="30"/>
              <w:jc w:val="left"/>
            </w:pPr>
            <w:r>
              <w:rPr>
                <w:rFonts w:ascii="Times New Roman" w:hAnsi="Times New Roman" w:cs="Times New Roman" w:eastAsia="Times New Roman"/>
                <w:sz w:val="20"/>
                <w:szCs w:val="20"/>
              </w:rPr>
              <w:t xml:space="preserve">Мотивирано предложение на кл. ръководител</w:t>
            </w:r>
          </w:p>
        </w:tc>
        <w:tc>
          <w:tcPr>
            <w:tcW w:w="1150" w:type="dxa"/>
            <w:vAlign w:val="center"/>
          </w:tcPr>
          <w:p>
            <w:pPr>
              <w:spacing w:before="30" w:after="30"/>
              <w:jc w:val="center"/>
            </w:pPr>
            <w:r>
              <w:rPr>
                <w:rFonts w:ascii="Times New Roman" w:hAnsi="Times New Roman" w:cs="Times New Roman" w:eastAsia="Times New Roman"/>
                <w:sz w:val="20"/>
                <w:szCs w:val="20"/>
              </w:rPr>
              <w:t xml:space="preserve">№ 2 / № 8</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6</w:t>
            </w:r>
          </w:p>
        </w:tc>
        <w:tc>
          <w:tcPr>
            <w:tcW w:w="4255" w:type="dxa"/>
            <w:vAlign w:val="center"/>
          </w:tcPr>
          <w:p>
            <w:pPr>
              <w:spacing w:before="30" w:after="30"/>
              <w:jc w:val="left"/>
            </w:pPr>
            <w:r>
              <w:rPr>
                <w:rFonts w:ascii="Times New Roman" w:hAnsi="Times New Roman" w:cs="Times New Roman" w:eastAsia="Times New Roman"/>
                <w:sz w:val="20"/>
                <w:szCs w:val="20"/>
              </w:rPr>
              <w:t xml:space="preserve">Уведомяване на родителя за процедурата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3</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7</w:t>
            </w:r>
          </w:p>
        </w:tc>
        <w:tc>
          <w:tcPr>
            <w:tcW w:w="4255" w:type="dxa"/>
            <w:vAlign w:val="center"/>
          </w:tcPr>
          <w:p>
            <w:pPr>
              <w:spacing w:before="30" w:after="30"/>
              <w:jc w:val="left"/>
            </w:pPr>
            <w:r>
              <w:rPr>
                <w:rFonts w:ascii="Times New Roman" w:hAnsi="Times New Roman" w:cs="Times New Roman" w:eastAsia="Times New Roman"/>
                <w:sz w:val="20"/>
                <w:szCs w:val="20"/>
              </w:rPr>
              <w:t xml:space="preserve">Уведомяване на ОЗД (при т. 3 – 5)</w:t>
            </w:r>
          </w:p>
        </w:tc>
        <w:tc>
          <w:tcPr>
            <w:tcW w:w="1150" w:type="dxa"/>
            <w:vAlign w:val="center"/>
          </w:tcPr>
          <w:p>
            <w:pPr>
              <w:spacing w:before="30" w:after="30"/>
              <w:jc w:val="center"/>
            </w:pPr>
            <w:r>
              <w:rPr>
                <w:rFonts w:ascii="Times New Roman" w:hAnsi="Times New Roman" w:cs="Times New Roman" w:eastAsia="Times New Roman"/>
                <w:sz w:val="20"/>
                <w:szCs w:val="20"/>
              </w:rPr>
              <w:t xml:space="preserve">№ 10</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8</w:t>
            </w:r>
          </w:p>
        </w:tc>
        <w:tc>
          <w:tcPr>
            <w:tcW w:w="4255" w:type="dxa"/>
            <w:vAlign w:val="center"/>
          </w:tcPr>
          <w:p>
            <w:pPr>
              <w:spacing w:before="30" w:after="30"/>
              <w:jc w:val="left"/>
            </w:pPr>
            <w:r>
              <w:rPr>
                <w:rFonts w:ascii="Times New Roman" w:hAnsi="Times New Roman" w:cs="Times New Roman" w:eastAsia="Times New Roman"/>
                <w:sz w:val="20"/>
                <w:szCs w:val="20"/>
              </w:rPr>
              <w:t xml:space="preserve">Искане за доверено лице / писмено обяснение</w:t>
            </w:r>
          </w:p>
        </w:tc>
        <w:tc>
          <w:tcPr>
            <w:tcW w:w="1150" w:type="dxa"/>
            <w:vAlign w:val="center"/>
          </w:tcPr>
          <w:p>
            <w:pPr>
              <w:spacing w:before="30" w:after="30"/>
              <w:jc w:val="center"/>
            </w:pPr>
            <w:r>
              <w:rPr>
                <w:rFonts w:ascii="Times New Roman" w:hAnsi="Times New Roman" w:cs="Times New Roman" w:eastAsia="Times New Roman"/>
                <w:sz w:val="20"/>
                <w:szCs w:val="20"/>
              </w:rPr>
              <w:t xml:space="preserve">№ 4, № 12</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9</w:t>
            </w:r>
          </w:p>
        </w:tc>
        <w:tc>
          <w:tcPr>
            <w:tcW w:w="4255" w:type="dxa"/>
            <w:vAlign w:val="center"/>
          </w:tcPr>
          <w:p>
            <w:pPr>
              <w:spacing w:before="30" w:after="30"/>
              <w:jc w:val="left"/>
            </w:pPr>
            <w:r>
              <w:rPr>
                <w:rFonts w:ascii="Times New Roman" w:hAnsi="Times New Roman" w:cs="Times New Roman" w:eastAsia="Times New Roman"/>
                <w:sz w:val="20"/>
                <w:szCs w:val="20"/>
              </w:rPr>
              <w:t xml:space="preserve">Изслушване на ученика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5</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10</w:t>
            </w:r>
          </w:p>
        </w:tc>
        <w:tc>
          <w:tcPr>
            <w:tcW w:w="4255" w:type="dxa"/>
            <w:vAlign w:val="center"/>
          </w:tcPr>
          <w:p>
            <w:pPr>
              <w:spacing w:before="30" w:after="30"/>
              <w:jc w:val="left"/>
            </w:pPr>
            <w:r>
              <w:rPr>
                <w:rFonts w:ascii="Times New Roman" w:hAnsi="Times New Roman" w:cs="Times New Roman" w:eastAsia="Times New Roman"/>
                <w:sz w:val="20"/>
                <w:szCs w:val="20"/>
              </w:rPr>
              <w:t xml:space="preserve">Становище на класния ръководител</w:t>
            </w:r>
          </w:p>
        </w:tc>
        <w:tc>
          <w:tcPr>
            <w:tcW w:w="1150" w:type="dxa"/>
            <w:vAlign w:val="center"/>
          </w:tcPr>
          <w:p>
            <w:pPr>
              <w:spacing w:before="30" w:after="30"/>
              <w:jc w:val="center"/>
            </w:pPr>
            <w:r>
              <w:rPr>
                <w:rFonts w:ascii="Times New Roman" w:hAnsi="Times New Roman" w:cs="Times New Roman" w:eastAsia="Times New Roman"/>
                <w:sz w:val="20"/>
                <w:szCs w:val="20"/>
              </w:rPr>
              <w:t xml:space="preserve">№ 6</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11</w:t>
            </w:r>
          </w:p>
        </w:tc>
        <w:tc>
          <w:tcPr>
            <w:tcW w:w="4255" w:type="dxa"/>
            <w:vAlign w:val="center"/>
          </w:tcPr>
          <w:p>
            <w:pPr>
              <w:spacing w:before="30" w:after="30"/>
              <w:jc w:val="left"/>
            </w:pPr>
            <w:r>
              <w:rPr>
                <w:rFonts w:ascii="Times New Roman" w:hAnsi="Times New Roman" w:cs="Times New Roman" w:eastAsia="Times New Roman"/>
                <w:sz w:val="20"/>
                <w:szCs w:val="20"/>
              </w:rPr>
              <w:t xml:space="preserve">Предложение на Педагогическия съвет (т. 3 – 5)</w:t>
            </w:r>
          </w:p>
        </w:tc>
        <w:tc>
          <w:tcPr>
            <w:tcW w:w="1150" w:type="dxa"/>
            <w:vAlign w:val="center"/>
          </w:tcPr>
          <w:p>
            <w:pPr>
              <w:spacing w:before="30" w:after="30"/>
              <w:jc w:val="center"/>
            </w:pPr>
            <w:r>
              <w:rPr>
                <w:rFonts w:ascii="Times New Roman" w:hAnsi="Times New Roman" w:cs="Times New Roman" w:eastAsia="Times New Roman"/>
                <w:sz w:val="20"/>
                <w:szCs w:val="20"/>
              </w:rPr>
              <w:t xml:space="preserve">№ 11</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12</w:t>
            </w:r>
          </w:p>
        </w:tc>
        <w:tc>
          <w:tcPr>
            <w:tcW w:w="4255" w:type="dxa"/>
            <w:vAlign w:val="center"/>
          </w:tcPr>
          <w:p>
            <w:pPr>
              <w:spacing w:before="30" w:after="30"/>
              <w:jc w:val="left"/>
            </w:pPr>
            <w:r>
              <w:rPr>
                <w:rFonts w:ascii="Times New Roman" w:hAnsi="Times New Roman" w:cs="Times New Roman" w:eastAsia="Times New Roman"/>
                <w:sz w:val="20"/>
                <w:szCs w:val="20"/>
              </w:rPr>
              <w:t xml:space="preserve">Контролен лист на директора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95</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13</w:t>
            </w:r>
          </w:p>
        </w:tc>
        <w:tc>
          <w:tcPr>
            <w:tcW w:w="4255" w:type="dxa"/>
            <w:vAlign w:val="center"/>
          </w:tcPr>
          <w:p>
            <w:pPr>
              <w:spacing w:before="30" w:after="30"/>
              <w:jc w:val="left"/>
            </w:pPr>
            <w:r>
              <w:rPr>
                <w:rFonts w:ascii="Times New Roman" w:hAnsi="Times New Roman" w:cs="Times New Roman" w:eastAsia="Times New Roman"/>
                <w:sz w:val="20"/>
                <w:szCs w:val="20"/>
              </w:rPr>
              <w:t xml:space="preserve">Заповед за налагане на санкцията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88</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14</w:t>
            </w:r>
          </w:p>
        </w:tc>
        <w:tc>
          <w:tcPr>
            <w:tcW w:w="4255" w:type="dxa"/>
            <w:vAlign w:val="center"/>
          </w:tcPr>
          <w:p>
            <w:pPr>
              <w:spacing w:before="30" w:after="30"/>
              <w:jc w:val="left"/>
            </w:pPr>
            <w:r>
              <w:rPr>
                <w:rFonts w:ascii="Times New Roman" w:hAnsi="Times New Roman" w:cs="Times New Roman" w:eastAsia="Times New Roman"/>
                <w:sz w:val="20"/>
                <w:szCs w:val="20"/>
              </w:rPr>
              <w:t xml:space="preserve">Съобщаване на заповедта</w:t>
            </w:r>
          </w:p>
        </w:tc>
        <w:tc>
          <w:tcPr>
            <w:tcW w:w="1150" w:type="dxa"/>
            <w:vAlign w:val="center"/>
          </w:tcPr>
          <w:p>
            <w:pPr>
              <w:spacing w:before="30" w:after="30"/>
              <w:jc w:val="center"/>
            </w:pPr>
            <w:r>
              <w:rPr>
                <w:rFonts w:ascii="Times New Roman" w:hAnsi="Times New Roman" w:cs="Times New Roman" w:eastAsia="Times New Roman"/>
                <w:sz w:val="20"/>
                <w:szCs w:val="20"/>
              </w:rPr>
              <w:t xml:space="preserve">№ 7 / № 15</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15</w:t>
            </w:r>
          </w:p>
        </w:tc>
        <w:tc>
          <w:tcPr>
            <w:tcW w:w="4255" w:type="dxa"/>
            <w:vAlign w:val="center"/>
          </w:tcPr>
          <w:p>
            <w:pPr>
              <w:spacing w:before="30" w:after="30"/>
              <w:jc w:val="left"/>
            </w:pPr>
            <w:r>
              <w:rPr>
                <w:rFonts w:ascii="Times New Roman" w:hAnsi="Times New Roman" w:cs="Times New Roman" w:eastAsia="Times New Roman"/>
                <w:sz w:val="20"/>
                <w:szCs w:val="20"/>
              </w:rPr>
              <w:t xml:space="preserve">Отразяване в документацията и в НЕИСПУО</w:t>
            </w:r>
          </w:p>
        </w:tc>
        <w:tc>
          <w:tcPr>
            <w:tcW w:w="1150" w:type="dxa"/>
            <w:vAlign w:val="center"/>
          </w:tcPr>
          <w:p>
            <w:pPr>
              <w:spacing w:before="30" w:after="30"/>
              <w:jc w:val="center"/>
            </w:pPr>
            <w:r>
              <w:rPr>
                <w:rFonts w:ascii="Times New Roman" w:hAnsi="Times New Roman" w:cs="Times New Roman" w:eastAsia="Times New Roman"/>
                <w:sz w:val="20"/>
                <w:szCs w:val="20"/>
              </w:rPr>
              <w:t xml:space="preserve">–</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r>
        <w:trPr>
          <w:trHeight w:val="400"/>
        </w:trPr>
        <w:tc>
          <w:tcPr>
            <w:tcW w:w="450" w:type="dxa"/>
            <w:vAlign w:val="center"/>
          </w:tcPr>
          <w:p>
            <w:pPr>
              <w:spacing w:before="30" w:after="30"/>
              <w:jc w:val="center"/>
            </w:pPr>
            <w:r>
              <w:rPr>
                <w:rFonts w:ascii="Times New Roman" w:hAnsi="Times New Roman" w:cs="Times New Roman" w:eastAsia="Times New Roman"/>
                <w:sz w:val="20"/>
                <w:szCs w:val="20"/>
              </w:rPr>
              <w:t xml:space="preserve">16</w:t>
            </w:r>
          </w:p>
        </w:tc>
        <w:tc>
          <w:tcPr>
            <w:tcW w:w="4255" w:type="dxa"/>
            <w:vAlign w:val="center"/>
          </w:tcPr>
          <w:p>
            <w:pPr>
              <w:spacing w:before="30" w:after="30"/>
              <w:jc w:val="left"/>
            </w:pPr>
            <w:r>
              <w:rPr>
                <w:rFonts w:ascii="Times New Roman" w:hAnsi="Times New Roman" w:cs="Times New Roman" w:eastAsia="Times New Roman"/>
                <w:sz w:val="20"/>
                <w:szCs w:val="20"/>
              </w:rPr>
              <w:t xml:space="preserve">Предсрочно заличаване (ако е приложимо)</w:t>
            </w:r>
          </w:p>
        </w:tc>
        <w:tc>
          <w:tcPr>
            <w:tcW w:w="1150" w:type="dxa"/>
            <w:vAlign w:val="center"/>
          </w:tcPr>
          <w:p>
            <w:pPr>
              <w:spacing w:before="30" w:after="30"/>
              <w:jc w:val="center"/>
            </w:pPr>
            <w:r>
              <w:rPr>
                <w:rFonts w:ascii="Times New Roman" w:hAnsi="Times New Roman" w:cs="Times New Roman" w:eastAsia="Times New Roman"/>
                <w:sz w:val="20"/>
                <w:szCs w:val="20"/>
              </w:rPr>
              <w:t xml:space="preserve">№ 14, № 89</w:t>
            </w:r>
          </w:p>
        </w:tc>
        <w:tc>
          <w:tcPr>
            <w:tcW w:w="11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c>
          <w:tcPr>
            <w:tcW w:w="1200" w:type="dxa"/>
            <w:vAlign w:val="center"/>
          </w:tcPr>
          <w:p>
            <w:pPr>
              <w:spacing w:before="30" w:after="30"/>
              <w:jc w:val="left"/>
            </w:pPr>
            <w:r>
              <w:rPr>
                <w:rFonts w:ascii="Times New Roman" w:hAnsi="Times New Roman" w:cs="Times New Roman" w:eastAsia="Times New Roman"/>
                <w:sz w:val="20"/>
                <w:szCs w:val="20"/>
              </w:rPr>
              <w:t xml:space="preserve"/>
            </w:r>
          </w:p>
        </w:tc>
      </w:tr>
    </w:tbl>
    <w:p>
      <w:pPr>
        <w:spacing w:after="40" w:before="160"/>
        <w:jc w:val="both"/>
      </w:pPr>
      <w:r>
        <w:rPr>
          <w:rFonts w:ascii="Times New Roman" w:hAnsi="Times New Roman" w:cs="Times New Roman" w:eastAsia="Times New Roman"/>
          <w:sz w:val="24"/>
        </w:rPr>
        <w:t xml:space="preserve">Документите по преписката се подреждат хронологично, в последователността на картата.</w:t>
      </w:r>
    </w:p>
    <w:p>
      <w:pPr>
        <w:spacing w:after="40" w:before="280"/>
        <w:jc w:val="left"/>
      </w:pPr>
      <w:r>
        <w:rPr>
          <w:rFonts w:ascii="Times New Roman" w:hAnsi="Times New Roman" w:cs="Times New Roman" w:eastAsia="Times New Roman"/>
          <w:sz w:val="24"/>
        </w:rPr>
        <w:t xml:space="preserve">Дата: ……………………………… г.	Отговорно лице: ………………………………</w:t>
      </w:r>
    </w:p>
    <w:sectPr w:rsidR="00E607B5" w:rsidSect="00BC4E80">
      <w:footerReference w:type="default" r:id="rId11"/>
      <w:pgSz w:w="11906" w:h="16838"/>
      <w:pgMar w:top="1134" w:right="567"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DF08" w14:textId="77777777" w:rsidR="00D91D22" w:rsidRDefault="00D91D22">
      <w:r>
        <w:separator/>
      </w:r>
    </w:p>
  </w:endnote>
  <w:endnote w:type="continuationSeparator" w:id="0">
    <w:p w14:paraId="7329DBF8" w14:textId="77777777" w:rsidR="00D91D22" w:rsidRDefault="00D9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78E2" w14:textId="77777777" w:rsidR="00E607B5" w:rsidRDefault="00D91D22">
    <w:pPr>
      <w:jc w:val="center"/>
    </w:pPr>
    <w:r>
      <w:rPr>
        <w:color w:val="595959"/>
        <w:sz w:val="16"/>
        <w:szCs w:val="16"/>
      </w:rPr>
      <w:t xml:space="preserve">Правилник за дейността на училището  ·  ПГМКР „Свети Никола“ – гр. Бургас  ·  </w:t>
    </w:r>
    <w:r>
      <w:rPr>
        <w:color w:val="595959"/>
        <w:sz w:val="16"/>
        <w:szCs w:val="16"/>
      </w:rPr>
      <w:fldChar w:fldCharType="begin"/>
    </w:r>
    <w:r>
      <w:rPr>
        <w:color w:val="595959"/>
        <w:sz w:val="16"/>
        <w:szCs w:val="16"/>
      </w:rPr>
      <w:instrText>PAGE</w:instrText>
    </w:r>
    <w:r>
      <w:rPr>
        <w:color w:val="595959"/>
        <w:sz w:val="16"/>
        <w:szCs w:val="16"/>
      </w:rPr>
      <w:fldChar w:fldCharType="separate"/>
    </w:r>
    <w:r w:rsidR="00BC4E80">
      <w:rPr>
        <w:noProof/>
        <w:color w:val="595959"/>
        <w:sz w:val="16"/>
        <w:szCs w:val="16"/>
      </w:rPr>
      <w:t>1</w:t>
    </w:r>
    <w:r>
      <w:rPr>
        <w:color w:val="595959"/>
        <w:sz w:val="16"/>
        <w:szCs w:val="16"/>
      </w:rPr>
      <w:fldChar w:fldCharType="end"/>
    </w:r>
  </w:p>
</w:ftr>
</file>

<file path=word/footer2.xml><?xml version="1.0" encoding="utf-8"?>
<w:ftr xmlns:w="http://schemas.openxmlformats.org/wordprocessingml/2006/main">
  <w:p>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153EE" w14:textId="77777777" w:rsidR="00D91D22" w:rsidRDefault="00D91D22">
      <w:r>
        <w:separator/>
      </w:r>
    </w:p>
  </w:footnote>
  <w:footnote w:type="continuationSeparator" w:id="0">
    <w:p w14:paraId="42A925C0" w14:textId="77777777" w:rsidR="00D91D22" w:rsidRDefault="00D91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D44796A"/>
    <w:multiLevelType w:val="hybridMultilevel"/>
    <w:tmpl w:val="8FB8FC98"/>
    <w:lvl w:ilvl="0" w:tplc="1EA05ABA">
      <w:start w:val="1"/>
      <w:numFmt w:val="bullet"/>
      <w:lvlText w:val="●"/>
      <w:lvlJc w:val="left"/>
      <w:pPr>
        <w:ind w:left="720" w:hanging="360"/>
      </w:pPr>
    </w:lvl>
    <w:lvl w:ilvl="1" w:tplc="EA3800D8">
      <w:start w:val="1"/>
      <w:numFmt w:val="bullet"/>
      <w:lvlText w:val="○"/>
      <w:lvlJc w:val="left"/>
      <w:pPr>
        <w:ind w:left="1440" w:hanging="360"/>
      </w:pPr>
    </w:lvl>
    <w:lvl w:ilvl="2" w:tplc="C4BE573E">
      <w:start w:val="1"/>
      <w:numFmt w:val="bullet"/>
      <w:lvlText w:val="■"/>
      <w:lvlJc w:val="left"/>
      <w:pPr>
        <w:ind w:left="2160" w:hanging="360"/>
      </w:pPr>
    </w:lvl>
    <w:lvl w:ilvl="3" w:tplc="56347842">
      <w:start w:val="1"/>
      <w:numFmt w:val="bullet"/>
      <w:lvlText w:val="●"/>
      <w:lvlJc w:val="left"/>
      <w:pPr>
        <w:ind w:left="2880" w:hanging="360"/>
      </w:pPr>
    </w:lvl>
    <w:lvl w:ilvl="4" w:tplc="E6C01A40">
      <w:start w:val="1"/>
      <w:numFmt w:val="bullet"/>
      <w:lvlText w:val="○"/>
      <w:lvlJc w:val="left"/>
      <w:pPr>
        <w:ind w:left="3600" w:hanging="360"/>
      </w:pPr>
    </w:lvl>
    <w:lvl w:ilvl="5" w:tplc="58985334">
      <w:start w:val="1"/>
      <w:numFmt w:val="bullet"/>
      <w:lvlText w:val="■"/>
      <w:lvlJc w:val="left"/>
      <w:pPr>
        <w:ind w:left="4320" w:hanging="360"/>
      </w:pPr>
    </w:lvl>
    <w:lvl w:ilvl="6" w:tplc="794E44C2">
      <w:start w:val="1"/>
      <w:numFmt w:val="bullet"/>
      <w:lvlText w:val="●"/>
      <w:lvlJc w:val="left"/>
      <w:pPr>
        <w:ind w:left="5040" w:hanging="360"/>
      </w:pPr>
    </w:lvl>
    <w:lvl w:ilvl="7" w:tplc="4FC25976">
      <w:start w:val="1"/>
      <w:numFmt w:val="bullet"/>
      <w:lvlText w:val="●"/>
      <w:lvlJc w:val="left"/>
      <w:pPr>
        <w:ind w:left="5760" w:hanging="360"/>
      </w:pPr>
    </w:lvl>
    <w:lvl w:ilvl="8" w:tplc="665E9034">
      <w:start w:val="1"/>
      <w:numFmt w:val="bullet"/>
      <w:lvlText w:val="●"/>
      <w:lvlJc w:val="left"/>
      <w:pPr>
        <w:ind w:left="6480" w:hanging="360"/>
      </w:pPr>
    </w:lvl>
  </w:abstractNum>
  <w:num w:numId="1" w16cid:durableId="1678146833">
    <w:abstractNumId w:val="9"/>
    <w:lvlOverride w:ilvl="0">
      <w:startOverride w:val="1"/>
    </w:lvlOverride>
  </w:num>
  <w:num w:numId="2" w16cid:durableId="1928997812">
    <w:abstractNumId w:val="8"/>
  </w:num>
  <w:num w:numId="3" w16cid:durableId="1488324693">
    <w:abstractNumId w:val="6"/>
  </w:num>
  <w:num w:numId="4" w16cid:durableId="1606225955">
    <w:abstractNumId w:val="5"/>
  </w:num>
  <w:num w:numId="5" w16cid:durableId="306934398">
    <w:abstractNumId w:val="4"/>
  </w:num>
  <w:num w:numId="6" w16cid:durableId="97065443">
    <w:abstractNumId w:val="7"/>
  </w:num>
  <w:num w:numId="7" w16cid:durableId="1446457610">
    <w:abstractNumId w:val="3"/>
  </w:num>
  <w:num w:numId="8" w16cid:durableId="2045859149">
    <w:abstractNumId w:val="2"/>
  </w:num>
  <w:num w:numId="9" w16cid:durableId="890075980">
    <w:abstractNumId w:val="1"/>
  </w:num>
  <w:num w:numId="10" w16cid:durableId="1784417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7B5"/>
    <w:rsid w:val="00372AD2"/>
    <w:rsid w:val="00BC4E80"/>
    <w:rsid w:val="00D91D22"/>
    <w:rsid w:val="00E60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F5F7"/>
  <w15:docId w15:val="{66FE1A52-80E2-4B23-B2CB-0276FDB5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link w:val="10"/>
    <w:uiPriority w:val="9"/>
    <w:qFormat/>
    <w:pPr>
      <w:outlineLvl w:val="0"/>
    </w:pPr>
    <w:rPr>
      <w:color w:val="000000"/>
      <w:sz w:val="32"/>
      <w:szCs w:val="32"/>
    </w:rPr>
  </w:style>
  <w:style w:type="paragraph" w:styleId="21">
    <w:name w:val="heading 2"/>
    <w:link w:val="22"/>
    <w:uiPriority w:val="9"/>
    <w:unhideWhenUsed/>
    <w:qFormat/>
    <w:pPr>
      <w:outlineLvl w:val="1"/>
    </w:pPr>
    <w:rPr>
      <w:color w:val="000000"/>
      <w:sz w:val="26"/>
      <w:szCs w:val="26"/>
    </w:rPr>
  </w:style>
  <w:style w:type="paragraph" w:styleId="31">
    <w:name w:val="heading 3"/>
    <w:link w:val="32"/>
    <w:uiPriority w:val="9"/>
    <w:unhideWhenUsed/>
    <w:qFormat/>
    <w:pPr>
      <w:outlineLvl w:val="2"/>
    </w:pPr>
    <w:rPr>
      <w:color w:val="1F4D78"/>
      <w:sz w:val="24"/>
      <w:szCs w:val="24"/>
    </w:rPr>
  </w:style>
  <w:style w:type="paragraph" w:styleId="4">
    <w:name w:val="heading 4"/>
    <w:link w:val="40"/>
    <w:uiPriority w:val="9"/>
    <w:semiHidden/>
    <w:unhideWhenUsed/>
    <w:qFormat/>
    <w:pPr>
      <w:outlineLvl w:val="3"/>
    </w:pPr>
    <w:rPr>
      <w:i/>
      <w:iCs/>
      <w:color w:val="000000"/>
    </w:rPr>
  </w:style>
  <w:style w:type="paragraph" w:styleId="5">
    <w:name w:val="heading 5"/>
    <w:link w:val="50"/>
    <w:uiPriority w:val="9"/>
    <w:semiHidden/>
    <w:unhideWhenUsed/>
    <w:qFormat/>
    <w:pPr>
      <w:outlineLvl w:val="4"/>
    </w:pPr>
    <w:rPr>
      <w:color w:val="000000"/>
    </w:rPr>
  </w:style>
  <w:style w:type="paragraph" w:styleId="6">
    <w:name w:val="heading 6"/>
    <w:link w:val="60"/>
    <w:uiPriority w:val="9"/>
    <w:semiHidden/>
    <w:unhideWhenUsed/>
    <w:qFormat/>
    <w:pPr>
      <w:outlineLvl w:val="5"/>
    </w:pPr>
    <w:rPr>
      <w:color w:val="1F4D78"/>
    </w:rPr>
  </w:style>
  <w:style w:type="paragraph" w:styleId="7">
    <w:name w:val="heading 7"/>
    <w:basedOn w:val="a1"/>
    <w:next w:val="a1"/>
    <w:link w:val="70"/>
    <w:uiPriority w:val="9"/>
    <w:semiHidden/>
    <w:unhideWhenUsed/>
    <w:qFormat/>
    <w:rsid w:val="00BC4E80"/>
    <w:pPr>
      <w:keepNext/>
      <w:keepLines/>
      <w:spacing w:before="200"/>
      <w:outlineLvl w:val="6"/>
    </w:pPr>
    <w:rPr>
      <w:rFonts w:asciiTheme="majorHAnsi" w:eastAsiaTheme="majorEastAsia" w:hAnsiTheme="majorHAnsi" w:cstheme="majorBidi"/>
      <w:i/>
      <w:iCs/>
      <w:color w:val="404040" w:themeColor="text1" w:themeTint="BF"/>
      <w:sz w:val="24"/>
      <w:lang w:val="en-US" w:eastAsia="en-US"/>
    </w:rPr>
  </w:style>
  <w:style w:type="paragraph" w:styleId="8">
    <w:name w:val="heading 8"/>
    <w:basedOn w:val="a1"/>
    <w:next w:val="a1"/>
    <w:link w:val="80"/>
    <w:uiPriority w:val="9"/>
    <w:semiHidden/>
    <w:unhideWhenUsed/>
    <w:qFormat/>
    <w:rsid w:val="00BC4E80"/>
    <w:pPr>
      <w:keepNext/>
      <w:keepLines/>
      <w:spacing w:before="200"/>
      <w:outlineLvl w:val="7"/>
    </w:pPr>
    <w:rPr>
      <w:rFonts w:asciiTheme="majorHAnsi" w:eastAsiaTheme="majorEastAsia" w:hAnsiTheme="majorHAnsi" w:cstheme="majorBidi"/>
      <w:color w:val="156082" w:themeColor="accent1"/>
      <w:sz w:val="20"/>
      <w:szCs w:val="20"/>
      <w:lang w:val="en-US" w:eastAsia="en-US"/>
    </w:rPr>
  </w:style>
  <w:style w:type="paragraph" w:styleId="9">
    <w:name w:val="heading 9"/>
    <w:basedOn w:val="a1"/>
    <w:next w:val="a1"/>
    <w:link w:val="90"/>
    <w:uiPriority w:val="9"/>
    <w:semiHidden/>
    <w:unhideWhenUsed/>
    <w:qFormat/>
    <w:rsid w:val="00BC4E80"/>
    <w:pPr>
      <w:keepNext/>
      <w:keepLines/>
      <w:spacing w:before="20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link w:val="a6"/>
    <w:uiPriority w:val="10"/>
    <w:qFormat/>
    <w:rPr>
      <w:sz w:val="56"/>
      <w:szCs w:val="56"/>
    </w:rPr>
  </w:style>
  <w:style w:type="paragraph" w:customStyle="1" w:styleId="11">
    <w:name w:val="Строг1"/>
    <w:qFormat/>
    <w:rPr>
      <w:b/>
      <w:bCs/>
    </w:rPr>
  </w:style>
  <w:style w:type="paragraph" w:styleId="a7">
    <w:name w:val="List Paragraph"/>
    <w:uiPriority w:val="34"/>
    <w:qFormat/>
  </w:style>
  <w:style w:type="character" w:styleId="a8">
    <w:name w:val="Hyperlink"/>
    <w:uiPriority w:val="99"/>
    <w:unhideWhenUsed/>
    <w:rPr>
      <w:color w:val="0563C1"/>
      <w:u w:val="single"/>
    </w:rPr>
  </w:style>
  <w:style w:type="character" w:styleId="a9">
    <w:name w:val="footnote reference"/>
    <w:uiPriority w:val="99"/>
    <w:semiHidden/>
    <w:unhideWhenUsed/>
    <w:rPr>
      <w:vertAlign w:val="superscript"/>
    </w:rPr>
  </w:style>
  <w:style w:type="paragraph" w:styleId="aa">
    <w:name w:val="footnote text"/>
    <w:link w:val="ab"/>
    <w:uiPriority w:val="99"/>
    <w:semiHidden/>
    <w:unhideWhenUsed/>
    <w:rPr>
      <w:sz w:val="20"/>
      <w:szCs w:val="20"/>
    </w:rPr>
  </w:style>
  <w:style w:type="character" w:customStyle="1" w:styleId="ab">
    <w:name w:val="Текст под линия Знак"/>
    <w:link w:val="aa"/>
    <w:uiPriority w:val="99"/>
    <w:semiHidden/>
    <w:unhideWhenUsed/>
    <w:rPr>
      <w:sz w:val="20"/>
      <w:szCs w:val="20"/>
    </w:rPr>
  </w:style>
  <w:style w:type="character" w:styleId="ac">
    <w:name w:val="endnote reference"/>
    <w:uiPriority w:val="99"/>
    <w:semiHidden/>
    <w:unhideWhenUsed/>
    <w:rPr>
      <w:vertAlign w:val="superscript"/>
    </w:rPr>
  </w:style>
  <w:style w:type="paragraph" w:styleId="ad">
    <w:name w:val="endnote text"/>
    <w:link w:val="ae"/>
    <w:uiPriority w:val="99"/>
    <w:semiHidden/>
    <w:unhideWhenUsed/>
    <w:rPr>
      <w:sz w:val="20"/>
      <w:szCs w:val="20"/>
    </w:rPr>
  </w:style>
  <w:style w:type="character" w:customStyle="1" w:styleId="ae">
    <w:name w:val="Текст на бележка в края Знак"/>
    <w:link w:val="ad"/>
    <w:uiPriority w:val="99"/>
    <w:semiHidden/>
    <w:unhideWhenUsed/>
    <w:rPr>
      <w:sz w:val="20"/>
      <w:szCs w:val="20"/>
    </w:rPr>
  </w:style>
  <w:style w:type="character" w:customStyle="1" w:styleId="70">
    <w:name w:val="Заглавие 7 Знак"/>
    <w:basedOn w:val="a2"/>
    <w:link w:val="7"/>
    <w:uiPriority w:val="9"/>
    <w:semiHidden/>
    <w:rsid w:val="00BC4E80"/>
    <w:rPr>
      <w:rFonts w:asciiTheme="majorHAnsi" w:eastAsiaTheme="majorEastAsia" w:hAnsiTheme="majorHAnsi" w:cstheme="majorBidi"/>
      <w:i/>
      <w:iCs/>
      <w:color w:val="404040" w:themeColor="text1" w:themeTint="BF"/>
      <w:sz w:val="24"/>
      <w:lang w:val="en-US" w:eastAsia="en-US"/>
    </w:rPr>
  </w:style>
  <w:style w:type="character" w:customStyle="1" w:styleId="80">
    <w:name w:val="Заглавие 8 Знак"/>
    <w:basedOn w:val="a2"/>
    <w:link w:val="8"/>
    <w:uiPriority w:val="9"/>
    <w:semiHidden/>
    <w:rsid w:val="00BC4E80"/>
    <w:rPr>
      <w:rFonts w:asciiTheme="majorHAnsi" w:eastAsiaTheme="majorEastAsia" w:hAnsiTheme="majorHAnsi" w:cstheme="majorBidi"/>
      <w:color w:val="156082" w:themeColor="accent1"/>
      <w:sz w:val="20"/>
      <w:szCs w:val="20"/>
      <w:lang w:val="en-US" w:eastAsia="en-US"/>
    </w:rPr>
  </w:style>
  <w:style w:type="character" w:customStyle="1" w:styleId="90">
    <w:name w:val="Заглавие 9 Знак"/>
    <w:basedOn w:val="a2"/>
    <w:link w:val="9"/>
    <w:uiPriority w:val="9"/>
    <w:semiHidden/>
    <w:rsid w:val="00BC4E80"/>
    <w:rPr>
      <w:rFonts w:asciiTheme="majorHAnsi" w:eastAsiaTheme="majorEastAsia" w:hAnsiTheme="majorHAnsi" w:cstheme="majorBidi"/>
      <w:i/>
      <w:iCs/>
      <w:color w:val="404040" w:themeColor="text1" w:themeTint="BF"/>
      <w:sz w:val="20"/>
      <w:szCs w:val="20"/>
      <w:lang w:val="en-US" w:eastAsia="en-US"/>
    </w:rPr>
  </w:style>
  <w:style w:type="paragraph" w:styleId="af">
    <w:name w:val="header"/>
    <w:basedOn w:val="a1"/>
    <w:link w:val="af0"/>
    <w:uiPriority w:val="99"/>
    <w:unhideWhenUsed/>
    <w:rsid w:val="00BC4E80"/>
    <w:pPr>
      <w:tabs>
        <w:tab w:val="center" w:pos="4680"/>
        <w:tab w:val="right" w:pos="9360"/>
      </w:tabs>
    </w:pPr>
    <w:rPr>
      <w:rFonts w:ascii="Times New Roman" w:eastAsia="Times New Roman" w:hAnsi="Times New Roman" w:cstheme="minorBidi"/>
      <w:sz w:val="24"/>
      <w:lang w:val="en-US" w:eastAsia="en-US"/>
    </w:rPr>
  </w:style>
  <w:style w:type="character" w:customStyle="1" w:styleId="af0">
    <w:name w:val="Горен колонтитул Знак"/>
    <w:basedOn w:val="a2"/>
    <w:link w:val="af"/>
    <w:uiPriority w:val="99"/>
    <w:rsid w:val="00BC4E80"/>
    <w:rPr>
      <w:rFonts w:ascii="Times New Roman" w:eastAsia="Times New Roman" w:hAnsi="Times New Roman" w:cstheme="minorBidi"/>
      <w:sz w:val="24"/>
      <w:lang w:val="en-US" w:eastAsia="en-US"/>
    </w:rPr>
  </w:style>
  <w:style w:type="paragraph" w:styleId="af1">
    <w:name w:val="footer"/>
    <w:basedOn w:val="a1"/>
    <w:link w:val="af2"/>
    <w:uiPriority w:val="99"/>
    <w:unhideWhenUsed/>
    <w:rsid w:val="00BC4E80"/>
    <w:pPr>
      <w:tabs>
        <w:tab w:val="center" w:pos="4680"/>
        <w:tab w:val="right" w:pos="9360"/>
      </w:tabs>
    </w:pPr>
    <w:rPr>
      <w:rFonts w:ascii="Times New Roman" w:eastAsia="Times New Roman" w:hAnsi="Times New Roman" w:cstheme="minorBidi"/>
      <w:sz w:val="24"/>
      <w:lang w:val="en-US" w:eastAsia="en-US"/>
    </w:rPr>
  </w:style>
  <w:style w:type="character" w:customStyle="1" w:styleId="af2">
    <w:name w:val="Долен колонтитул Знак"/>
    <w:basedOn w:val="a2"/>
    <w:link w:val="af1"/>
    <w:uiPriority w:val="99"/>
    <w:rsid w:val="00BC4E80"/>
    <w:rPr>
      <w:rFonts w:ascii="Times New Roman" w:eastAsia="Times New Roman" w:hAnsi="Times New Roman" w:cstheme="minorBidi"/>
      <w:sz w:val="24"/>
      <w:lang w:val="en-US" w:eastAsia="en-US"/>
    </w:rPr>
  </w:style>
  <w:style w:type="paragraph" w:styleId="af3">
    <w:name w:val="No Spacing"/>
    <w:uiPriority w:val="1"/>
    <w:qFormat/>
    <w:rsid w:val="00BC4E80"/>
    <w:rPr>
      <w:rFonts w:asciiTheme="minorHAnsi" w:eastAsiaTheme="minorEastAsia" w:hAnsiTheme="minorHAnsi" w:cstheme="minorBidi"/>
      <w:lang w:val="en-US" w:eastAsia="en-US"/>
    </w:rPr>
  </w:style>
  <w:style w:type="character" w:customStyle="1" w:styleId="10">
    <w:name w:val="Заглавие 1 Знак"/>
    <w:basedOn w:val="a2"/>
    <w:link w:val="1"/>
    <w:uiPriority w:val="9"/>
    <w:rsid w:val="00BC4E80"/>
    <w:rPr>
      <w:color w:val="000000"/>
      <w:sz w:val="32"/>
      <w:szCs w:val="32"/>
    </w:rPr>
  </w:style>
  <w:style w:type="character" w:customStyle="1" w:styleId="22">
    <w:name w:val="Заглавие 2 Знак"/>
    <w:basedOn w:val="a2"/>
    <w:link w:val="21"/>
    <w:uiPriority w:val="9"/>
    <w:rsid w:val="00BC4E80"/>
    <w:rPr>
      <w:color w:val="000000"/>
      <w:sz w:val="26"/>
      <w:szCs w:val="26"/>
    </w:rPr>
  </w:style>
  <w:style w:type="character" w:customStyle="1" w:styleId="32">
    <w:name w:val="Заглавие 3 Знак"/>
    <w:basedOn w:val="a2"/>
    <w:link w:val="31"/>
    <w:uiPriority w:val="9"/>
    <w:rsid w:val="00BC4E80"/>
    <w:rPr>
      <w:color w:val="1F4D78"/>
      <w:sz w:val="24"/>
      <w:szCs w:val="24"/>
    </w:rPr>
  </w:style>
  <w:style w:type="character" w:customStyle="1" w:styleId="a6">
    <w:name w:val="Заглавие Знак"/>
    <w:basedOn w:val="a2"/>
    <w:link w:val="a5"/>
    <w:uiPriority w:val="10"/>
    <w:rsid w:val="00BC4E80"/>
    <w:rPr>
      <w:sz w:val="56"/>
      <w:szCs w:val="56"/>
    </w:rPr>
  </w:style>
  <w:style w:type="paragraph" w:styleId="af4">
    <w:name w:val="Subtitle"/>
    <w:basedOn w:val="a1"/>
    <w:next w:val="a1"/>
    <w:link w:val="af5"/>
    <w:uiPriority w:val="11"/>
    <w:qFormat/>
    <w:rsid w:val="00BC4E80"/>
    <w:pPr>
      <w:numPr>
        <w:ilvl w:val="1"/>
      </w:numPr>
    </w:pPr>
    <w:rPr>
      <w:rFonts w:asciiTheme="majorHAnsi" w:eastAsiaTheme="majorEastAsia" w:hAnsiTheme="majorHAnsi" w:cstheme="majorBidi"/>
      <w:i/>
      <w:iCs/>
      <w:color w:val="156082" w:themeColor="accent1"/>
      <w:spacing w:val="15"/>
      <w:sz w:val="24"/>
      <w:szCs w:val="24"/>
      <w:lang w:val="en-US" w:eastAsia="en-US"/>
    </w:rPr>
  </w:style>
  <w:style w:type="character" w:customStyle="1" w:styleId="af5">
    <w:name w:val="Подзаглавие Знак"/>
    <w:basedOn w:val="a2"/>
    <w:link w:val="af4"/>
    <w:uiPriority w:val="11"/>
    <w:rsid w:val="00BC4E80"/>
    <w:rPr>
      <w:rFonts w:asciiTheme="majorHAnsi" w:eastAsiaTheme="majorEastAsia" w:hAnsiTheme="majorHAnsi" w:cstheme="majorBidi"/>
      <w:i/>
      <w:iCs/>
      <w:color w:val="156082" w:themeColor="accent1"/>
      <w:spacing w:val="15"/>
      <w:sz w:val="24"/>
      <w:szCs w:val="24"/>
      <w:lang w:val="en-US" w:eastAsia="en-US"/>
    </w:rPr>
  </w:style>
  <w:style w:type="paragraph" w:styleId="af6">
    <w:name w:val="Body Text"/>
    <w:basedOn w:val="a1"/>
    <w:link w:val="af7"/>
    <w:uiPriority w:val="99"/>
    <w:unhideWhenUsed/>
    <w:rsid w:val="00BC4E80"/>
    <w:pPr>
      <w:spacing w:after="120"/>
    </w:pPr>
    <w:rPr>
      <w:rFonts w:ascii="Times New Roman" w:eastAsia="Times New Roman" w:hAnsi="Times New Roman" w:cstheme="minorBidi"/>
      <w:sz w:val="24"/>
      <w:lang w:val="en-US" w:eastAsia="en-US"/>
    </w:rPr>
  </w:style>
  <w:style w:type="character" w:customStyle="1" w:styleId="af7">
    <w:name w:val="Основен текст Знак"/>
    <w:basedOn w:val="a2"/>
    <w:link w:val="af6"/>
    <w:uiPriority w:val="99"/>
    <w:rsid w:val="00BC4E80"/>
    <w:rPr>
      <w:rFonts w:ascii="Times New Roman" w:eastAsia="Times New Roman" w:hAnsi="Times New Roman" w:cstheme="minorBidi"/>
      <w:sz w:val="24"/>
      <w:lang w:val="en-US" w:eastAsia="en-US"/>
    </w:rPr>
  </w:style>
  <w:style w:type="paragraph" w:styleId="23">
    <w:name w:val="Body Text 2"/>
    <w:basedOn w:val="a1"/>
    <w:link w:val="24"/>
    <w:uiPriority w:val="99"/>
    <w:unhideWhenUsed/>
    <w:rsid w:val="00BC4E80"/>
    <w:pPr>
      <w:spacing w:after="120" w:line="480" w:lineRule="auto"/>
    </w:pPr>
    <w:rPr>
      <w:rFonts w:ascii="Times New Roman" w:eastAsia="Times New Roman" w:hAnsi="Times New Roman" w:cstheme="minorBidi"/>
      <w:sz w:val="24"/>
      <w:lang w:val="en-US" w:eastAsia="en-US"/>
    </w:rPr>
  </w:style>
  <w:style w:type="character" w:customStyle="1" w:styleId="24">
    <w:name w:val="Основен текст 2 Знак"/>
    <w:basedOn w:val="a2"/>
    <w:link w:val="23"/>
    <w:uiPriority w:val="99"/>
    <w:rsid w:val="00BC4E80"/>
    <w:rPr>
      <w:rFonts w:ascii="Times New Roman" w:eastAsia="Times New Roman" w:hAnsi="Times New Roman" w:cstheme="minorBidi"/>
      <w:sz w:val="24"/>
      <w:lang w:val="en-US" w:eastAsia="en-US"/>
    </w:rPr>
  </w:style>
  <w:style w:type="paragraph" w:styleId="33">
    <w:name w:val="Body Text 3"/>
    <w:basedOn w:val="a1"/>
    <w:link w:val="34"/>
    <w:uiPriority w:val="99"/>
    <w:unhideWhenUsed/>
    <w:rsid w:val="00BC4E80"/>
    <w:pPr>
      <w:spacing w:after="120"/>
    </w:pPr>
    <w:rPr>
      <w:rFonts w:ascii="Times New Roman" w:eastAsia="Times New Roman" w:hAnsi="Times New Roman" w:cstheme="minorBidi"/>
      <w:sz w:val="16"/>
      <w:szCs w:val="16"/>
      <w:lang w:val="en-US" w:eastAsia="en-US"/>
    </w:rPr>
  </w:style>
  <w:style w:type="character" w:customStyle="1" w:styleId="34">
    <w:name w:val="Основен текст 3 Знак"/>
    <w:basedOn w:val="a2"/>
    <w:link w:val="33"/>
    <w:uiPriority w:val="99"/>
    <w:rsid w:val="00BC4E80"/>
    <w:rPr>
      <w:rFonts w:ascii="Times New Roman" w:eastAsia="Times New Roman" w:hAnsi="Times New Roman" w:cstheme="minorBidi"/>
      <w:sz w:val="16"/>
      <w:szCs w:val="16"/>
      <w:lang w:val="en-US" w:eastAsia="en-US"/>
    </w:rPr>
  </w:style>
  <w:style w:type="paragraph" w:styleId="af8">
    <w:name w:val="List"/>
    <w:basedOn w:val="a1"/>
    <w:uiPriority w:val="99"/>
    <w:unhideWhenUsed/>
    <w:rsid w:val="00BC4E80"/>
    <w:pPr>
      <w:ind w:left="360" w:hanging="360"/>
      <w:contextualSpacing/>
    </w:pPr>
    <w:rPr>
      <w:rFonts w:ascii="Times New Roman" w:eastAsia="Times New Roman" w:hAnsi="Times New Roman" w:cstheme="minorBidi"/>
      <w:sz w:val="24"/>
      <w:lang w:val="en-US" w:eastAsia="en-US"/>
    </w:rPr>
  </w:style>
  <w:style w:type="paragraph" w:styleId="25">
    <w:name w:val="List 2"/>
    <w:basedOn w:val="a1"/>
    <w:uiPriority w:val="99"/>
    <w:unhideWhenUsed/>
    <w:rsid w:val="00BC4E80"/>
    <w:pPr>
      <w:ind w:left="720" w:hanging="360"/>
      <w:contextualSpacing/>
    </w:pPr>
    <w:rPr>
      <w:rFonts w:ascii="Times New Roman" w:eastAsia="Times New Roman" w:hAnsi="Times New Roman" w:cstheme="minorBidi"/>
      <w:sz w:val="24"/>
      <w:lang w:val="en-US" w:eastAsia="en-US"/>
    </w:rPr>
  </w:style>
  <w:style w:type="paragraph" w:styleId="35">
    <w:name w:val="List 3"/>
    <w:basedOn w:val="a1"/>
    <w:uiPriority w:val="99"/>
    <w:unhideWhenUsed/>
    <w:rsid w:val="00BC4E80"/>
    <w:pPr>
      <w:ind w:left="1080" w:hanging="360"/>
      <w:contextualSpacing/>
    </w:pPr>
    <w:rPr>
      <w:rFonts w:ascii="Times New Roman" w:eastAsia="Times New Roman" w:hAnsi="Times New Roman" w:cstheme="minorBidi"/>
      <w:sz w:val="24"/>
      <w:lang w:val="en-US" w:eastAsia="en-US"/>
    </w:rPr>
  </w:style>
  <w:style w:type="paragraph" w:styleId="a0">
    <w:name w:val="List Bullet"/>
    <w:basedOn w:val="a1"/>
    <w:uiPriority w:val="99"/>
    <w:unhideWhenUsed/>
    <w:rsid w:val="00BC4E80"/>
    <w:pPr>
      <w:numPr>
        <w:numId w:val="2"/>
      </w:numPr>
      <w:tabs>
        <w:tab w:val="clear" w:pos="360"/>
      </w:tabs>
      <w:ind w:left="0" w:firstLine="0"/>
      <w:contextualSpacing/>
    </w:pPr>
    <w:rPr>
      <w:rFonts w:ascii="Times New Roman" w:eastAsia="Times New Roman" w:hAnsi="Times New Roman" w:cstheme="minorBidi"/>
      <w:sz w:val="24"/>
      <w:lang w:val="en-US" w:eastAsia="en-US"/>
    </w:rPr>
  </w:style>
  <w:style w:type="paragraph" w:styleId="20">
    <w:name w:val="List Bullet 2"/>
    <w:basedOn w:val="a1"/>
    <w:uiPriority w:val="99"/>
    <w:unhideWhenUsed/>
    <w:rsid w:val="00BC4E80"/>
    <w:pPr>
      <w:numPr>
        <w:numId w:val="3"/>
      </w:numPr>
      <w:tabs>
        <w:tab w:val="clear" w:pos="720"/>
      </w:tabs>
      <w:ind w:left="0" w:firstLine="0"/>
      <w:contextualSpacing/>
    </w:pPr>
    <w:rPr>
      <w:rFonts w:ascii="Times New Roman" w:eastAsia="Times New Roman" w:hAnsi="Times New Roman" w:cstheme="minorBidi"/>
      <w:sz w:val="24"/>
      <w:lang w:val="en-US" w:eastAsia="en-US"/>
    </w:rPr>
  </w:style>
  <w:style w:type="paragraph" w:styleId="30">
    <w:name w:val="List Bullet 3"/>
    <w:basedOn w:val="a1"/>
    <w:uiPriority w:val="99"/>
    <w:unhideWhenUsed/>
    <w:rsid w:val="00BC4E80"/>
    <w:pPr>
      <w:numPr>
        <w:numId w:val="4"/>
      </w:numPr>
      <w:tabs>
        <w:tab w:val="clear" w:pos="1080"/>
      </w:tabs>
      <w:ind w:left="0" w:firstLine="0"/>
      <w:contextualSpacing/>
    </w:pPr>
    <w:rPr>
      <w:rFonts w:ascii="Times New Roman" w:eastAsia="Times New Roman" w:hAnsi="Times New Roman" w:cstheme="minorBidi"/>
      <w:sz w:val="24"/>
      <w:lang w:val="en-US" w:eastAsia="en-US"/>
    </w:rPr>
  </w:style>
  <w:style w:type="paragraph" w:styleId="a">
    <w:name w:val="List Number"/>
    <w:basedOn w:val="a1"/>
    <w:uiPriority w:val="99"/>
    <w:unhideWhenUsed/>
    <w:rsid w:val="00BC4E80"/>
    <w:pPr>
      <w:numPr>
        <w:numId w:val="6"/>
      </w:numPr>
      <w:tabs>
        <w:tab w:val="clear" w:pos="360"/>
      </w:tabs>
      <w:ind w:left="0" w:firstLine="0"/>
      <w:contextualSpacing/>
    </w:pPr>
    <w:rPr>
      <w:rFonts w:ascii="Times New Roman" w:eastAsia="Times New Roman" w:hAnsi="Times New Roman" w:cstheme="minorBidi"/>
      <w:sz w:val="24"/>
      <w:lang w:val="en-US" w:eastAsia="en-US"/>
    </w:rPr>
  </w:style>
  <w:style w:type="paragraph" w:styleId="2">
    <w:name w:val="List Number 2"/>
    <w:basedOn w:val="a1"/>
    <w:uiPriority w:val="99"/>
    <w:unhideWhenUsed/>
    <w:rsid w:val="00BC4E80"/>
    <w:pPr>
      <w:numPr>
        <w:numId w:val="7"/>
      </w:numPr>
      <w:tabs>
        <w:tab w:val="clear" w:pos="720"/>
      </w:tabs>
      <w:ind w:left="0" w:firstLine="0"/>
      <w:contextualSpacing/>
    </w:pPr>
    <w:rPr>
      <w:rFonts w:ascii="Times New Roman" w:eastAsia="Times New Roman" w:hAnsi="Times New Roman" w:cstheme="minorBidi"/>
      <w:sz w:val="24"/>
      <w:lang w:val="en-US" w:eastAsia="en-US"/>
    </w:rPr>
  </w:style>
  <w:style w:type="paragraph" w:styleId="3">
    <w:name w:val="List Number 3"/>
    <w:basedOn w:val="a1"/>
    <w:uiPriority w:val="99"/>
    <w:unhideWhenUsed/>
    <w:rsid w:val="00BC4E80"/>
    <w:pPr>
      <w:numPr>
        <w:numId w:val="8"/>
      </w:numPr>
      <w:tabs>
        <w:tab w:val="clear" w:pos="1080"/>
      </w:tabs>
      <w:ind w:left="0" w:firstLine="0"/>
      <w:contextualSpacing/>
    </w:pPr>
    <w:rPr>
      <w:rFonts w:ascii="Times New Roman" w:eastAsia="Times New Roman" w:hAnsi="Times New Roman" w:cstheme="minorBidi"/>
      <w:sz w:val="24"/>
      <w:lang w:val="en-US" w:eastAsia="en-US"/>
    </w:rPr>
  </w:style>
  <w:style w:type="paragraph" w:styleId="af9">
    <w:name w:val="List Continue"/>
    <w:basedOn w:val="a1"/>
    <w:uiPriority w:val="99"/>
    <w:unhideWhenUsed/>
    <w:rsid w:val="00BC4E80"/>
    <w:pPr>
      <w:spacing w:after="120"/>
      <w:ind w:left="360"/>
      <w:contextualSpacing/>
    </w:pPr>
    <w:rPr>
      <w:rFonts w:ascii="Times New Roman" w:eastAsia="Times New Roman" w:hAnsi="Times New Roman" w:cstheme="minorBidi"/>
      <w:sz w:val="24"/>
      <w:lang w:val="en-US" w:eastAsia="en-US"/>
    </w:rPr>
  </w:style>
  <w:style w:type="paragraph" w:styleId="26">
    <w:name w:val="List Continue 2"/>
    <w:basedOn w:val="a1"/>
    <w:uiPriority w:val="99"/>
    <w:unhideWhenUsed/>
    <w:rsid w:val="00BC4E80"/>
    <w:pPr>
      <w:spacing w:after="120"/>
      <w:ind w:left="720"/>
      <w:contextualSpacing/>
    </w:pPr>
    <w:rPr>
      <w:rFonts w:ascii="Times New Roman" w:eastAsia="Times New Roman" w:hAnsi="Times New Roman" w:cstheme="minorBidi"/>
      <w:sz w:val="24"/>
      <w:lang w:val="en-US" w:eastAsia="en-US"/>
    </w:rPr>
  </w:style>
  <w:style w:type="paragraph" w:styleId="36">
    <w:name w:val="List Continue 3"/>
    <w:basedOn w:val="a1"/>
    <w:uiPriority w:val="99"/>
    <w:unhideWhenUsed/>
    <w:rsid w:val="00BC4E80"/>
    <w:pPr>
      <w:spacing w:after="120"/>
      <w:ind w:left="1080"/>
      <w:contextualSpacing/>
    </w:pPr>
    <w:rPr>
      <w:rFonts w:ascii="Times New Roman" w:eastAsia="Times New Roman" w:hAnsi="Times New Roman" w:cstheme="minorBidi"/>
      <w:sz w:val="24"/>
      <w:lang w:val="en-US" w:eastAsia="en-US"/>
    </w:rPr>
  </w:style>
  <w:style w:type="paragraph" w:styleId="afa">
    <w:name w:val="macro"/>
    <w:link w:val="afb"/>
    <w:uiPriority w:val="99"/>
    <w:unhideWhenUsed/>
    <w:rsid w:val="00BC4E80"/>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sz w:val="20"/>
      <w:szCs w:val="20"/>
      <w:lang w:val="en-US" w:eastAsia="en-US"/>
    </w:rPr>
  </w:style>
  <w:style w:type="character" w:customStyle="1" w:styleId="afb">
    <w:name w:val="Текст на макрос Знак"/>
    <w:basedOn w:val="a2"/>
    <w:link w:val="afa"/>
    <w:uiPriority w:val="99"/>
    <w:rsid w:val="00BC4E80"/>
    <w:rPr>
      <w:rFonts w:ascii="Courier" w:eastAsiaTheme="minorEastAsia" w:hAnsi="Courier" w:cstheme="minorBidi"/>
      <w:sz w:val="20"/>
      <w:szCs w:val="20"/>
      <w:lang w:val="en-US" w:eastAsia="en-US"/>
    </w:rPr>
  </w:style>
  <w:style w:type="paragraph" w:styleId="afc">
    <w:name w:val="Quote"/>
    <w:basedOn w:val="a1"/>
    <w:next w:val="a1"/>
    <w:link w:val="afd"/>
    <w:uiPriority w:val="29"/>
    <w:qFormat/>
    <w:rsid w:val="00BC4E80"/>
    <w:rPr>
      <w:rFonts w:ascii="Times New Roman" w:eastAsia="Times New Roman" w:hAnsi="Times New Roman" w:cstheme="minorBidi"/>
      <w:i/>
      <w:iCs/>
      <w:color w:val="000000" w:themeColor="text1"/>
      <w:sz w:val="24"/>
      <w:lang w:val="en-US" w:eastAsia="en-US"/>
    </w:rPr>
  </w:style>
  <w:style w:type="character" w:customStyle="1" w:styleId="afd">
    <w:name w:val="Цитат Знак"/>
    <w:basedOn w:val="a2"/>
    <w:link w:val="afc"/>
    <w:uiPriority w:val="29"/>
    <w:rsid w:val="00BC4E80"/>
    <w:rPr>
      <w:rFonts w:ascii="Times New Roman" w:eastAsia="Times New Roman" w:hAnsi="Times New Roman" w:cstheme="minorBidi"/>
      <w:i/>
      <w:iCs/>
      <w:color w:val="000000" w:themeColor="text1"/>
      <w:sz w:val="24"/>
      <w:lang w:val="en-US" w:eastAsia="en-US"/>
    </w:rPr>
  </w:style>
  <w:style w:type="character" w:customStyle="1" w:styleId="40">
    <w:name w:val="Заглавие 4 Знак"/>
    <w:basedOn w:val="a2"/>
    <w:link w:val="4"/>
    <w:uiPriority w:val="9"/>
    <w:semiHidden/>
    <w:rsid w:val="00BC4E80"/>
    <w:rPr>
      <w:i/>
      <w:iCs/>
      <w:color w:val="000000"/>
    </w:rPr>
  </w:style>
  <w:style w:type="character" w:customStyle="1" w:styleId="50">
    <w:name w:val="Заглавие 5 Знак"/>
    <w:basedOn w:val="a2"/>
    <w:link w:val="5"/>
    <w:uiPriority w:val="9"/>
    <w:semiHidden/>
    <w:rsid w:val="00BC4E80"/>
    <w:rPr>
      <w:color w:val="000000"/>
    </w:rPr>
  </w:style>
  <w:style w:type="character" w:customStyle="1" w:styleId="60">
    <w:name w:val="Заглавие 6 Знак"/>
    <w:basedOn w:val="a2"/>
    <w:link w:val="6"/>
    <w:uiPriority w:val="9"/>
    <w:semiHidden/>
    <w:rsid w:val="00BC4E80"/>
    <w:rPr>
      <w:color w:val="1F4D78"/>
    </w:rPr>
  </w:style>
  <w:style w:type="paragraph" w:styleId="afe">
    <w:name w:val="caption"/>
    <w:basedOn w:val="a1"/>
    <w:next w:val="a1"/>
    <w:uiPriority w:val="35"/>
    <w:semiHidden/>
    <w:unhideWhenUsed/>
    <w:qFormat/>
    <w:rsid w:val="00BC4E80"/>
    <w:rPr>
      <w:rFonts w:ascii="Times New Roman" w:eastAsia="Times New Roman" w:hAnsi="Times New Roman" w:cstheme="minorBidi"/>
      <w:b/>
      <w:bCs/>
      <w:color w:val="156082" w:themeColor="accent1"/>
      <w:sz w:val="18"/>
      <w:szCs w:val="18"/>
      <w:lang w:val="en-US" w:eastAsia="en-US"/>
    </w:rPr>
  </w:style>
  <w:style w:type="character" w:styleId="aff">
    <w:name w:val="Strong"/>
    <w:basedOn w:val="a2"/>
    <w:uiPriority w:val="22"/>
    <w:qFormat/>
    <w:rsid w:val="00BC4E80"/>
    <w:rPr>
      <w:b/>
      <w:bCs/>
    </w:rPr>
  </w:style>
  <w:style w:type="character" w:styleId="aff0">
    <w:name w:val="Emphasis"/>
    <w:basedOn w:val="a2"/>
    <w:uiPriority w:val="20"/>
    <w:qFormat/>
    <w:rsid w:val="00BC4E80"/>
    <w:rPr>
      <w:i/>
      <w:iCs/>
    </w:rPr>
  </w:style>
  <w:style w:type="paragraph" w:styleId="aff1">
    <w:name w:val="Intense Quote"/>
    <w:basedOn w:val="a1"/>
    <w:next w:val="a1"/>
    <w:link w:val="aff2"/>
    <w:uiPriority w:val="30"/>
    <w:qFormat/>
    <w:rsid w:val="00BC4E80"/>
    <w:pPr>
      <w:pBdr>
        <w:bottom w:val="single" w:sz="4" w:space="4" w:color="156082" w:themeColor="accent1"/>
      </w:pBdr>
      <w:spacing w:before="200" w:after="280"/>
      <w:ind w:left="936" w:right="936"/>
    </w:pPr>
    <w:rPr>
      <w:rFonts w:ascii="Times New Roman" w:eastAsia="Times New Roman" w:hAnsi="Times New Roman" w:cstheme="minorBidi"/>
      <w:b/>
      <w:bCs/>
      <w:i/>
      <w:iCs/>
      <w:color w:val="156082" w:themeColor="accent1"/>
      <w:sz w:val="24"/>
      <w:lang w:val="en-US" w:eastAsia="en-US"/>
    </w:rPr>
  </w:style>
  <w:style w:type="character" w:customStyle="1" w:styleId="aff2">
    <w:name w:val="Интензивно цитиране Знак"/>
    <w:basedOn w:val="a2"/>
    <w:link w:val="aff1"/>
    <w:uiPriority w:val="30"/>
    <w:rsid w:val="00BC4E80"/>
    <w:rPr>
      <w:rFonts w:ascii="Times New Roman" w:eastAsia="Times New Roman" w:hAnsi="Times New Roman" w:cstheme="minorBidi"/>
      <w:b/>
      <w:bCs/>
      <w:i/>
      <w:iCs/>
      <w:color w:val="156082" w:themeColor="accent1"/>
      <w:sz w:val="24"/>
      <w:lang w:val="en-US" w:eastAsia="en-US"/>
    </w:rPr>
  </w:style>
  <w:style w:type="character" w:styleId="aff3">
    <w:name w:val="Subtle Emphasis"/>
    <w:basedOn w:val="a2"/>
    <w:uiPriority w:val="19"/>
    <w:qFormat/>
    <w:rsid w:val="00BC4E80"/>
    <w:rPr>
      <w:i/>
      <w:iCs/>
      <w:color w:val="808080" w:themeColor="text1" w:themeTint="7F"/>
    </w:rPr>
  </w:style>
  <w:style w:type="character" w:styleId="aff4">
    <w:name w:val="Intense Emphasis"/>
    <w:basedOn w:val="a2"/>
    <w:uiPriority w:val="21"/>
    <w:qFormat/>
    <w:rsid w:val="00BC4E80"/>
    <w:rPr>
      <w:b/>
      <w:bCs/>
      <w:i/>
      <w:iCs/>
      <w:color w:val="156082" w:themeColor="accent1"/>
    </w:rPr>
  </w:style>
  <w:style w:type="character" w:styleId="aff5">
    <w:name w:val="Subtle Reference"/>
    <w:basedOn w:val="a2"/>
    <w:uiPriority w:val="31"/>
    <w:qFormat/>
    <w:rsid w:val="00BC4E80"/>
    <w:rPr>
      <w:smallCaps/>
      <w:color w:val="E97132" w:themeColor="accent2"/>
      <w:u w:val="single"/>
    </w:rPr>
  </w:style>
  <w:style w:type="character" w:styleId="aff6">
    <w:name w:val="Intense Reference"/>
    <w:basedOn w:val="a2"/>
    <w:uiPriority w:val="32"/>
    <w:qFormat/>
    <w:rsid w:val="00BC4E80"/>
    <w:rPr>
      <w:b/>
      <w:bCs/>
      <w:smallCaps/>
      <w:color w:val="E97132" w:themeColor="accent2"/>
      <w:spacing w:val="5"/>
      <w:u w:val="single"/>
    </w:rPr>
  </w:style>
  <w:style w:type="character" w:styleId="aff7">
    <w:name w:val="Book Title"/>
    <w:basedOn w:val="a2"/>
    <w:uiPriority w:val="33"/>
    <w:qFormat/>
    <w:rsid w:val="00BC4E80"/>
    <w:rPr>
      <w:b/>
      <w:bCs/>
      <w:smallCaps/>
      <w:spacing w:val="5"/>
    </w:rPr>
  </w:style>
  <w:style w:type="paragraph" w:styleId="aff8">
    <w:name w:val="TOC Heading"/>
    <w:basedOn w:val="1"/>
    <w:next w:val="a1"/>
    <w:uiPriority w:val="39"/>
    <w:semiHidden/>
    <w:unhideWhenUsed/>
    <w:qFormat/>
    <w:rsid w:val="00BC4E80"/>
    <w:pPr>
      <w:keepNext/>
      <w:keepLines/>
      <w:spacing w:before="480"/>
      <w:outlineLvl w:val="9"/>
    </w:pPr>
    <w:rPr>
      <w:rFonts w:asciiTheme="majorHAnsi" w:eastAsiaTheme="majorEastAsia" w:hAnsiTheme="majorHAnsi" w:cstheme="majorBidi"/>
      <w:b/>
      <w:bCs/>
      <w:color w:val="0F4761" w:themeColor="accent1" w:themeShade="BF"/>
      <w:sz w:val="28"/>
      <w:szCs w:val="28"/>
      <w:lang w:val="en-US" w:eastAsia="en-US"/>
    </w:rPr>
  </w:style>
  <w:style w:type="table" w:styleId="aff9">
    <w:name w:val="Table Grid"/>
    <w:basedOn w:val="a3"/>
    <w:uiPriority w:val="59"/>
    <w:rsid w:val="00BC4E80"/>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Light Shading"/>
    <w:basedOn w:val="a3"/>
    <w:uiPriority w:val="60"/>
    <w:rsid w:val="00BC4E80"/>
    <w:rPr>
      <w:rFonts w:asciiTheme="minorHAnsi" w:eastAsiaTheme="minorEastAsia"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BC4E80"/>
    <w:rPr>
      <w:rFonts w:asciiTheme="minorHAnsi" w:eastAsiaTheme="minorEastAsia" w:hAnsiTheme="minorHAnsi" w:cstheme="minorBidi"/>
      <w:color w:val="0F4761" w:themeColor="accent1" w:themeShade="BF"/>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rsid w:val="00BC4E80"/>
    <w:rPr>
      <w:rFonts w:asciiTheme="minorHAnsi" w:eastAsiaTheme="minorEastAsia" w:hAnsiTheme="minorHAnsi" w:cstheme="minorBidi"/>
      <w:color w:val="BF4E14" w:themeColor="accent2" w:themeShade="BF"/>
      <w:lang w:val="en-US" w:eastAsia="en-US"/>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rsid w:val="00BC4E80"/>
    <w:rPr>
      <w:rFonts w:asciiTheme="minorHAnsi" w:eastAsiaTheme="minorEastAsia" w:hAnsiTheme="minorHAnsi" w:cstheme="minorBidi"/>
      <w:color w:val="124F1A" w:themeColor="accent3" w:themeShade="BF"/>
      <w:lang w:val="en-US"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rsid w:val="00BC4E80"/>
    <w:rPr>
      <w:rFonts w:asciiTheme="minorHAnsi" w:eastAsiaTheme="minorEastAsia" w:hAnsiTheme="minorHAnsi" w:cstheme="minorBidi"/>
      <w:color w:val="0B769F" w:themeColor="accent4" w:themeShade="BF"/>
      <w:lang w:val="en-US" w:eastAsia="en-US"/>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rsid w:val="00BC4E80"/>
    <w:rPr>
      <w:rFonts w:asciiTheme="minorHAnsi" w:eastAsiaTheme="minorEastAsia" w:hAnsiTheme="minorHAnsi" w:cstheme="minorBidi"/>
      <w:color w:val="77206D" w:themeColor="accent5" w:themeShade="BF"/>
      <w:lang w:val="en-US" w:eastAsia="en-US"/>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rsid w:val="00BC4E80"/>
    <w:rPr>
      <w:rFonts w:asciiTheme="minorHAnsi" w:eastAsiaTheme="minorEastAsia" w:hAnsiTheme="minorHAnsi" w:cstheme="minorBidi"/>
      <w:color w:val="3A7C22" w:themeColor="accent6" w:themeShade="BF"/>
      <w:lang w:val="en-US" w:eastAsia="en-US"/>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b">
    <w:name w:val="Light List"/>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rsid w:val="00BC4E80"/>
    <w:rPr>
      <w:rFonts w:asciiTheme="minorHAnsi" w:eastAsiaTheme="minorEastAsia" w:hAnsiTheme="minorHAnsi" w:cstheme="minorBidi"/>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c">
    <w:name w:val="Light Grid"/>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1">
    <w:name w:val="Light Grid Accent 2"/>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1">
    <w:name w:val="Light Grid Accent 3"/>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1">
    <w:name w:val="Light Grid Accent 4"/>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1">
    <w:name w:val="Light Grid Accent 5"/>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1">
    <w:name w:val="Light Grid Accent 6"/>
    <w:basedOn w:val="a3"/>
    <w:uiPriority w:val="62"/>
    <w:rsid w:val="00BC4E80"/>
    <w:rPr>
      <w:rFonts w:asciiTheme="minorHAnsi" w:eastAsiaTheme="minorEastAsia" w:hAnsiTheme="minorHAnsi" w:cstheme="minorBidi"/>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2">
    <w:name w:val="Medium Shading 1"/>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BC4E80"/>
    <w:rPr>
      <w:rFonts w:asciiTheme="minorHAnsi" w:eastAsiaTheme="minorEastAsia" w:hAnsiTheme="minorHAnsi" w:cstheme="minorBidi"/>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7">
    <w:name w:val="Medium Shading 2"/>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BC4E80"/>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List 1"/>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8">
    <w:name w:val="Medium List 2"/>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Grid 1"/>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3"/>
    <w:uiPriority w:val="67"/>
    <w:rsid w:val="00BC4E80"/>
    <w:rPr>
      <w:rFonts w:asciiTheme="minorHAnsi" w:eastAsiaTheme="minorEastAsia" w:hAnsiTheme="minorHAnsi" w:cstheme="minorBidi"/>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9">
    <w:name w:val="Medium Grid 2"/>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BC4E80"/>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rsid w:val="00BC4E80"/>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d">
    <w:name w:val="Dark List"/>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rsid w:val="00BC4E80"/>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e">
    <w:name w:val="Colorful Shading"/>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3">
    <w:name w:val="Colorful Shading Accent 4"/>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BC4E80"/>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f">
    <w:name w:val="Colorful List"/>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4">
    <w:name w:val="Colorful List Accent 2"/>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4">
    <w:name w:val="Colorful List Accent 3"/>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4">
    <w:name w:val="Colorful List Accent 4"/>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4">
    <w:name w:val="Colorful List Accent 5"/>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4">
    <w:name w:val="Colorful List Accent 6"/>
    <w:basedOn w:val="a3"/>
    <w:uiPriority w:val="72"/>
    <w:rsid w:val="00BC4E80"/>
    <w:rPr>
      <w:rFonts w:asciiTheme="minorHAnsi" w:eastAsiaTheme="minorEastAsia" w:hAnsiTheme="minorHAnsi" w:cstheme="minorBidi"/>
      <w:color w:val="000000" w:themeColor="text1"/>
      <w:lang w:val="en-US" w:eastAsia="en-US"/>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f0">
    <w:name w:val="Colorful Grid"/>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5">
    <w:name w:val="Colorful Grid Accent 2"/>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5">
    <w:name w:val="Colorful Grid Accent 3"/>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5">
    <w:name w:val="Colorful Grid Accent 4"/>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5">
    <w:name w:val="Colorful Grid Accent 5"/>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5">
    <w:name w:val="Colorful Grid Accent 6"/>
    <w:basedOn w:val="a3"/>
    <w:uiPriority w:val="73"/>
    <w:rsid w:val="00BC4E80"/>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192</Pages>
  <Words>45963</Words>
  <Characters>261990</Characters>
  <Application>Microsoft Office Word</Application>
  <DocSecurity>0</DocSecurity>
  <Lines>2183</Lines>
  <Paragraphs>614</Paragraphs>
  <ScaleCrop>false</ScaleCrop>
  <Company/>
  <LinksUpToDate>false</LinksUpToDate>
  <CharactersWithSpaces>307339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дейността на училището 2026-2027</dc:title>
  <dc:creator>ПГМКР „Свети Никола“ – гр. Бургас</dc:creator>
  <cp:lastModifiedBy>Никита Р. Якушев</cp:lastModifiedBy>
  <cp:revision>2</cp:revision>
  <dcterms:created xsi:type="dcterms:W3CDTF">2026-09-17T08:05:00Z</dcterms:created>
  <dcterms:modified xsi:type="dcterms:W3CDTF">2026-09-17T08:05:00Z</dcterms:modified>
</cp:coreProperties>
</file>