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56A" w:rsidRPr="00162ABB" w:rsidRDefault="00BA4A9C">
      <w:pPr>
        <w:jc w:val="center"/>
        <w:rPr>
          <w:rFonts w:ascii="Times New Roman" w:hAnsi="Times New Roman" w:cs="Times New Roman"/>
          <w:sz w:val="28"/>
          <w:szCs w:val="28"/>
        </w:rPr>
      </w:pPr>
      <w:r w:rsidRPr="00162ABB">
        <w:rPr>
          <w:rFonts w:ascii="Times New Roman" w:hAnsi="Times New Roman" w:cs="Times New Roman"/>
          <w:b/>
          <w:sz w:val="28"/>
          <w:szCs w:val="28"/>
        </w:rPr>
        <w:t>ГРАФИК ЗА ДЕЖУРСТВА</w:t>
      </w:r>
      <w:r w:rsidRPr="00162ABB">
        <w:rPr>
          <w:rFonts w:ascii="Times New Roman" w:hAnsi="Times New Roman" w:cs="Times New Roman"/>
          <w:b/>
          <w:sz w:val="28"/>
          <w:szCs w:val="28"/>
        </w:rPr>
        <w:br/>
        <w:t>В ПГМКР "СВЕТИ НИКОЛА"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05"/>
        <w:gridCol w:w="2643"/>
        <w:gridCol w:w="2835"/>
        <w:gridCol w:w="2694"/>
        <w:gridCol w:w="2354"/>
      </w:tblGrid>
      <w:tr w:rsidR="0001056A" w:rsidTr="003564ED">
        <w:trPr>
          <w:trHeight w:val="618"/>
          <w:jc w:val="center"/>
        </w:trPr>
        <w:tc>
          <w:tcPr>
            <w:tcW w:w="1605" w:type="dxa"/>
            <w:shd w:val="clear" w:color="auto" w:fill="D9EAF7"/>
            <w:vAlign w:val="center"/>
          </w:tcPr>
          <w:p w:rsidR="0001056A" w:rsidRPr="00162ABB" w:rsidRDefault="00BA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b/>
                <w:sz w:val="24"/>
                <w:szCs w:val="24"/>
              </w:rPr>
              <w:t>Ден</w:t>
            </w:r>
            <w:proofErr w:type="spellEnd"/>
          </w:p>
        </w:tc>
        <w:tc>
          <w:tcPr>
            <w:tcW w:w="2643" w:type="dxa"/>
            <w:shd w:val="clear" w:color="auto" w:fill="D9EAF7"/>
            <w:vAlign w:val="center"/>
          </w:tcPr>
          <w:p w:rsidR="0001056A" w:rsidRPr="00162ABB" w:rsidRDefault="0016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етаж </w:t>
            </w:r>
          </w:p>
        </w:tc>
        <w:tc>
          <w:tcPr>
            <w:tcW w:w="2835" w:type="dxa"/>
            <w:shd w:val="clear" w:color="auto" w:fill="D9EAF7"/>
            <w:vAlign w:val="center"/>
          </w:tcPr>
          <w:p w:rsidR="0001056A" w:rsidRPr="00162ABB" w:rsidRDefault="0016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етаж </w:t>
            </w:r>
          </w:p>
        </w:tc>
        <w:tc>
          <w:tcPr>
            <w:tcW w:w="2694" w:type="dxa"/>
            <w:shd w:val="clear" w:color="auto" w:fill="D9EAF7"/>
            <w:vAlign w:val="center"/>
          </w:tcPr>
          <w:p w:rsidR="0001056A" w:rsidRPr="00162ABB" w:rsidRDefault="0016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162ABB">
              <w:rPr>
                <w:rFonts w:ascii="Times New Roman" w:hAnsi="Times New Roman" w:cs="Times New Roman"/>
                <w:b/>
                <w:sz w:val="24"/>
                <w:szCs w:val="24"/>
              </w:rPr>
              <w:t>етаж</w:t>
            </w:r>
            <w:proofErr w:type="spellEnd"/>
          </w:p>
        </w:tc>
        <w:tc>
          <w:tcPr>
            <w:tcW w:w="2354" w:type="dxa"/>
            <w:shd w:val="clear" w:color="auto" w:fill="D9EAF7"/>
            <w:vAlign w:val="center"/>
          </w:tcPr>
          <w:p w:rsidR="0001056A" w:rsidRPr="00162ABB" w:rsidRDefault="00BA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Външен район </w:t>
            </w:r>
          </w:p>
        </w:tc>
      </w:tr>
      <w:tr w:rsidR="0001056A" w:rsidTr="003564ED">
        <w:trPr>
          <w:jc w:val="center"/>
        </w:trPr>
        <w:tc>
          <w:tcPr>
            <w:tcW w:w="1605" w:type="dxa"/>
            <w:vAlign w:val="center"/>
          </w:tcPr>
          <w:p w:rsidR="0001056A" w:rsidRPr="00162ABB" w:rsidRDefault="00BA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  <w:proofErr w:type="spellEnd"/>
          </w:p>
        </w:tc>
        <w:tc>
          <w:tcPr>
            <w:tcW w:w="2643" w:type="dxa"/>
            <w:vAlign w:val="center"/>
          </w:tcPr>
          <w:p w:rsidR="00DF38F9" w:rsidRDefault="00EC4B67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Няголов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Димитър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Тодоров</w:t>
            </w:r>
            <w:proofErr w:type="spellEnd"/>
            <w:r w:rsidR="00DF38F9"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056A" w:rsidRPr="00162ABB" w:rsidRDefault="00DF38F9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Силвия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Костадинов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2835" w:type="dxa"/>
            <w:vAlign w:val="center"/>
          </w:tcPr>
          <w:p w:rsidR="00EC4B67" w:rsidRDefault="00BA4A9C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Русьова</w:t>
            </w:r>
            <w:proofErr w:type="spellEnd"/>
            <w:r w:rsidR="00EC4B67"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056A" w:rsidRDefault="00EC4B67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Вилияна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Жабова</w:t>
            </w:r>
            <w:proofErr w:type="spellEnd"/>
          </w:p>
          <w:p w:rsidR="00EC4B67" w:rsidRPr="00162ABB" w:rsidRDefault="00DF38F9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38F9">
              <w:rPr>
                <w:rFonts w:ascii="Times New Roman" w:hAnsi="Times New Roman" w:cs="Times New Roman"/>
                <w:sz w:val="24"/>
                <w:szCs w:val="24"/>
              </w:rPr>
              <w:t>Станислава</w:t>
            </w:r>
            <w:proofErr w:type="spellEnd"/>
            <w:r w:rsidRPr="00DF38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38F9">
              <w:rPr>
                <w:rFonts w:ascii="Times New Roman" w:hAnsi="Times New Roman" w:cs="Times New Roman"/>
                <w:sz w:val="24"/>
                <w:szCs w:val="24"/>
              </w:rPr>
              <w:t>Трифонова</w:t>
            </w:r>
            <w:proofErr w:type="spellEnd"/>
          </w:p>
        </w:tc>
        <w:tc>
          <w:tcPr>
            <w:tcW w:w="2694" w:type="dxa"/>
            <w:vAlign w:val="center"/>
          </w:tcPr>
          <w:p w:rsidR="0001056A" w:rsidRDefault="00BA4A9C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Вероника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Парушева</w:t>
            </w:r>
            <w:proofErr w:type="spellEnd"/>
          </w:p>
          <w:p w:rsidR="00EC4B67" w:rsidRPr="00162ABB" w:rsidRDefault="00507CBC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64ED">
              <w:rPr>
                <w:rFonts w:ascii="Times New Roman" w:hAnsi="Times New Roman" w:cs="Times New Roman"/>
                <w:sz w:val="24"/>
                <w:szCs w:val="24"/>
              </w:rPr>
              <w:t>Йорданка</w:t>
            </w:r>
            <w:proofErr w:type="spellEnd"/>
            <w:r w:rsidRPr="00356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64ED">
              <w:rPr>
                <w:rFonts w:ascii="Times New Roman" w:hAnsi="Times New Roman" w:cs="Times New Roman"/>
                <w:sz w:val="24"/>
                <w:szCs w:val="24"/>
              </w:rPr>
              <w:t>Кръстева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F38F9" w:rsidRPr="00162ABB">
              <w:rPr>
                <w:rFonts w:ascii="Times New Roman" w:hAnsi="Times New Roman" w:cs="Times New Roman"/>
                <w:sz w:val="24"/>
                <w:szCs w:val="24"/>
              </w:rPr>
              <w:t>Росица</w:t>
            </w:r>
            <w:proofErr w:type="spellEnd"/>
            <w:r w:rsidR="00DF38F9"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F38F9" w:rsidRPr="00162ABB">
              <w:rPr>
                <w:rFonts w:ascii="Times New Roman" w:hAnsi="Times New Roman" w:cs="Times New Roman"/>
                <w:sz w:val="24"/>
                <w:szCs w:val="24"/>
              </w:rPr>
              <w:t>Павлова</w:t>
            </w:r>
            <w:proofErr w:type="spellEnd"/>
          </w:p>
        </w:tc>
        <w:tc>
          <w:tcPr>
            <w:tcW w:w="2354" w:type="dxa"/>
            <w:vAlign w:val="center"/>
          </w:tcPr>
          <w:p w:rsidR="0001056A" w:rsidRPr="00162ABB" w:rsidRDefault="00BA4A9C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Живко Жеков</w:t>
            </w:r>
            <w:r w:rsidRPr="00162ABB">
              <w:rPr>
                <w:rFonts w:ascii="Times New Roman" w:hAnsi="Times New Roman" w:cs="Times New Roman"/>
                <w:sz w:val="24"/>
                <w:szCs w:val="24"/>
              </w:rPr>
              <w:br/>
              <w:t>Красимир Ценов</w:t>
            </w:r>
            <w:r w:rsidRPr="00162ABB">
              <w:rPr>
                <w:rFonts w:ascii="Times New Roman" w:hAnsi="Times New Roman" w:cs="Times New Roman"/>
                <w:sz w:val="24"/>
                <w:szCs w:val="24"/>
              </w:rPr>
              <w:br/>
              <w:t>Стоян Димов</w:t>
            </w:r>
          </w:p>
        </w:tc>
      </w:tr>
      <w:tr w:rsidR="0001056A" w:rsidTr="003564ED">
        <w:trPr>
          <w:jc w:val="center"/>
        </w:trPr>
        <w:tc>
          <w:tcPr>
            <w:tcW w:w="1605" w:type="dxa"/>
            <w:vAlign w:val="center"/>
          </w:tcPr>
          <w:p w:rsidR="0001056A" w:rsidRPr="00162ABB" w:rsidRDefault="00BA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643" w:type="dxa"/>
            <w:vAlign w:val="center"/>
          </w:tcPr>
          <w:p w:rsidR="0001056A" w:rsidRPr="00162ABB" w:rsidRDefault="00BA4A9C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Андон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Янакиев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Ди</w:t>
            </w:r>
            <w:r w:rsidR="00EC4B67">
              <w:rPr>
                <w:rFonts w:ascii="Times New Roman" w:hAnsi="Times New Roman" w:cs="Times New Roman"/>
                <w:sz w:val="24"/>
                <w:szCs w:val="24"/>
              </w:rPr>
              <w:t>митър</w:t>
            </w:r>
            <w:proofErr w:type="spellEnd"/>
            <w:r w:rsidR="00EC4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C4B67">
              <w:rPr>
                <w:rFonts w:ascii="Times New Roman" w:hAnsi="Times New Roman" w:cs="Times New Roman"/>
                <w:sz w:val="24"/>
                <w:szCs w:val="24"/>
              </w:rPr>
              <w:t>Иванов</w:t>
            </w:r>
            <w:proofErr w:type="spellEnd"/>
            <w:r w:rsidR="00EC4B6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EC4B67">
              <w:rPr>
                <w:rFonts w:ascii="Times New Roman" w:hAnsi="Times New Roman" w:cs="Times New Roman"/>
                <w:sz w:val="24"/>
                <w:szCs w:val="24"/>
              </w:rPr>
              <w:t>Господин</w:t>
            </w:r>
            <w:proofErr w:type="spellEnd"/>
            <w:r w:rsidR="00EC4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C4B67">
              <w:rPr>
                <w:rFonts w:ascii="Times New Roman" w:hAnsi="Times New Roman" w:cs="Times New Roman"/>
                <w:sz w:val="24"/>
                <w:szCs w:val="24"/>
              </w:rPr>
              <w:t>Анастасов</w:t>
            </w:r>
            <w:proofErr w:type="spellEnd"/>
          </w:p>
        </w:tc>
        <w:tc>
          <w:tcPr>
            <w:tcW w:w="2835" w:type="dxa"/>
            <w:vAlign w:val="center"/>
          </w:tcPr>
          <w:p w:rsidR="00507CBC" w:rsidRDefault="00507CBC" w:rsidP="0050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Георги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Димитров</w:t>
            </w:r>
            <w:proofErr w:type="spellEnd"/>
          </w:p>
          <w:p w:rsidR="00EC4B67" w:rsidRDefault="00BA4A9C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Невена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Найденова</w:t>
            </w:r>
            <w:proofErr w:type="spellEnd"/>
            <w:r w:rsidR="00EC4B67"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4B67" w:rsidRPr="00162ABB" w:rsidRDefault="00DF38F9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Петър</w:t>
            </w:r>
            <w:bookmarkStart w:id="0" w:name="_GoBack"/>
            <w:bookmarkEnd w:id="0"/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Диамандиев</w:t>
            </w:r>
            <w:proofErr w:type="spellEnd"/>
          </w:p>
        </w:tc>
        <w:tc>
          <w:tcPr>
            <w:tcW w:w="2694" w:type="dxa"/>
            <w:vAlign w:val="center"/>
          </w:tcPr>
          <w:p w:rsidR="0001056A" w:rsidRDefault="00BA4A9C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Вичева</w:t>
            </w:r>
            <w:proofErr w:type="spellEnd"/>
          </w:p>
          <w:p w:rsidR="00EC4B67" w:rsidRPr="00162ABB" w:rsidRDefault="00507CBC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Силвия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Серафимова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F38F9" w:rsidRPr="00162ABB">
              <w:rPr>
                <w:rFonts w:ascii="Times New Roman" w:hAnsi="Times New Roman" w:cs="Times New Roman"/>
                <w:sz w:val="24"/>
                <w:szCs w:val="24"/>
              </w:rPr>
              <w:t>Стефан</w:t>
            </w:r>
            <w:proofErr w:type="spellEnd"/>
            <w:r w:rsidR="00DF38F9"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F38F9" w:rsidRPr="00162ABB">
              <w:rPr>
                <w:rFonts w:ascii="Times New Roman" w:hAnsi="Times New Roman" w:cs="Times New Roman"/>
                <w:sz w:val="24"/>
                <w:szCs w:val="24"/>
              </w:rPr>
              <w:t>Захариеев</w:t>
            </w:r>
            <w:proofErr w:type="spellEnd"/>
          </w:p>
        </w:tc>
        <w:tc>
          <w:tcPr>
            <w:tcW w:w="2354" w:type="dxa"/>
            <w:vAlign w:val="center"/>
          </w:tcPr>
          <w:p w:rsidR="0001056A" w:rsidRPr="00162ABB" w:rsidRDefault="00BA4A9C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Живко Жеков</w:t>
            </w:r>
            <w:r w:rsidRPr="00162ABB">
              <w:rPr>
                <w:rFonts w:ascii="Times New Roman" w:hAnsi="Times New Roman" w:cs="Times New Roman"/>
                <w:sz w:val="24"/>
                <w:szCs w:val="24"/>
              </w:rPr>
              <w:br/>
              <w:t>Красимир Ценов</w:t>
            </w:r>
            <w:r w:rsidRPr="00162ABB">
              <w:rPr>
                <w:rFonts w:ascii="Times New Roman" w:hAnsi="Times New Roman" w:cs="Times New Roman"/>
                <w:sz w:val="24"/>
                <w:szCs w:val="24"/>
              </w:rPr>
              <w:br/>
              <w:t>Стоян Димов</w:t>
            </w:r>
          </w:p>
        </w:tc>
      </w:tr>
      <w:tr w:rsidR="0001056A" w:rsidTr="003564ED">
        <w:trPr>
          <w:jc w:val="center"/>
        </w:trPr>
        <w:tc>
          <w:tcPr>
            <w:tcW w:w="1605" w:type="dxa"/>
            <w:vAlign w:val="center"/>
          </w:tcPr>
          <w:p w:rsidR="0001056A" w:rsidRPr="00162ABB" w:rsidRDefault="00BA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2643" w:type="dxa"/>
            <w:vAlign w:val="center"/>
          </w:tcPr>
          <w:p w:rsidR="0001056A" w:rsidRPr="00162ABB" w:rsidRDefault="00BA4A9C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Госп</w:t>
            </w:r>
            <w:r w:rsidR="00EC4B67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  <w:proofErr w:type="spellEnd"/>
            <w:r w:rsidR="00EC4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C4B67">
              <w:rPr>
                <w:rFonts w:ascii="Times New Roman" w:hAnsi="Times New Roman" w:cs="Times New Roman"/>
                <w:sz w:val="24"/>
                <w:szCs w:val="24"/>
              </w:rPr>
              <w:t>Анастасов</w:t>
            </w:r>
            <w:proofErr w:type="spellEnd"/>
            <w:r w:rsidR="00EC4B6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EC4B67">
              <w:rPr>
                <w:rFonts w:ascii="Times New Roman" w:hAnsi="Times New Roman" w:cs="Times New Roman"/>
                <w:sz w:val="24"/>
                <w:szCs w:val="24"/>
              </w:rPr>
              <w:t>Петър</w:t>
            </w:r>
            <w:proofErr w:type="spellEnd"/>
            <w:r w:rsidR="00EC4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C4B67">
              <w:rPr>
                <w:rFonts w:ascii="Times New Roman" w:hAnsi="Times New Roman" w:cs="Times New Roman"/>
                <w:sz w:val="24"/>
                <w:szCs w:val="24"/>
              </w:rPr>
              <w:t>Диамандиев</w:t>
            </w:r>
            <w:proofErr w:type="spellEnd"/>
            <w:r w:rsidR="00507CBC"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7CBC" w:rsidRPr="00162ABB">
              <w:rPr>
                <w:rFonts w:ascii="Times New Roman" w:hAnsi="Times New Roman" w:cs="Times New Roman"/>
                <w:sz w:val="24"/>
                <w:szCs w:val="24"/>
              </w:rPr>
              <w:t>Христо</w:t>
            </w:r>
            <w:proofErr w:type="spellEnd"/>
            <w:r w:rsidR="00507CBC"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7CBC" w:rsidRPr="00162ABB">
              <w:rPr>
                <w:rFonts w:ascii="Times New Roman" w:hAnsi="Times New Roman" w:cs="Times New Roman"/>
                <w:sz w:val="24"/>
                <w:szCs w:val="24"/>
              </w:rPr>
              <w:t>Йорданов</w:t>
            </w:r>
            <w:proofErr w:type="spellEnd"/>
          </w:p>
        </w:tc>
        <w:tc>
          <w:tcPr>
            <w:tcW w:w="2835" w:type="dxa"/>
            <w:vAlign w:val="center"/>
          </w:tcPr>
          <w:p w:rsidR="00EC4B67" w:rsidRDefault="00507CBC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Вилияна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Жабова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056A" w:rsidRDefault="00EC4B67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Димитър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Тодоров</w:t>
            </w:r>
            <w:proofErr w:type="spellEnd"/>
          </w:p>
          <w:p w:rsidR="00EC4B67" w:rsidRPr="00162ABB" w:rsidRDefault="00507CBC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Терзиева</w:t>
            </w:r>
            <w:proofErr w:type="spellEnd"/>
          </w:p>
        </w:tc>
        <w:tc>
          <w:tcPr>
            <w:tcW w:w="2694" w:type="dxa"/>
            <w:vAlign w:val="center"/>
          </w:tcPr>
          <w:p w:rsidR="00EC4B67" w:rsidRDefault="00DF38F9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Андон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Янакиев</w:t>
            </w:r>
            <w:proofErr w:type="spellEnd"/>
          </w:p>
          <w:p w:rsidR="00EC4B67" w:rsidRPr="00162ABB" w:rsidRDefault="003564ED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Невена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Найденова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7CBC" w:rsidRPr="00162ABB">
              <w:rPr>
                <w:rFonts w:ascii="Times New Roman" w:hAnsi="Times New Roman" w:cs="Times New Roman"/>
                <w:sz w:val="24"/>
                <w:szCs w:val="24"/>
              </w:rPr>
              <w:t>Снежана</w:t>
            </w:r>
            <w:proofErr w:type="spellEnd"/>
            <w:r w:rsidR="00507CBC"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7CBC" w:rsidRPr="00162ABB">
              <w:rPr>
                <w:rFonts w:ascii="Times New Roman" w:hAnsi="Times New Roman" w:cs="Times New Roman"/>
                <w:sz w:val="24"/>
                <w:szCs w:val="24"/>
              </w:rPr>
              <w:t>Желева</w:t>
            </w:r>
            <w:proofErr w:type="spellEnd"/>
          </w:p>
        </w:tc>
        <w:tc>
          <w:tcPr>
            <w:tcW w:w="2354" w:type="dxa"/>
            <w:vAlign w:val="center"/>
          </w:tcPr>
          <w:p w:rsidR="0001056A" w:rsidRPr="00162ABB" w:rsidRDefault="00BA4A9C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Живко Жеков</w:t>
            </w:r>
            <w:r w:rsidRPr="00162ABB">
              <w:rPr>
                <w:rFonts w:ascii="Times New Roman" w:hAnsi="Times New Roman" w:cs="Times New Roman"/>
                <w:sz w:val="24"/>
                <w:szCs w:val="24"/>
              </w:rPr>
              <w:br/>
              <w:t>Красимир Ценов</w:t>
            </w:r>
            <w:r w:rsidRPr="00162ABB">
              <w:rPr>
                <w:rFonts w:ascii="Times New Roman" w:hAnsi="Times New Roman" w:cs="Times New Roman"/>
                <w:sz w:val="24"/>
                <w:szCs w:val="24"/>
              </w:rPr>
              <w:br/>
              <w:t>Стоян Димов</w:t>
            </w:r>
          </w:p>
        </w:tc>
      </w:tr>
      <w:tr w:rsidR="0001056A" w:rsidTr="003564ED">
        <w:trPr>
          <w:jc w:val="center"/>
        </w:trPr>
        <w:tc>
          <w:tcPr>
            <w:tcW w:w="1605" w:type="dxa"/>
            <w:vAlign w:val="center"/>
          </w:tcPr>
          <w:p w:rsidR="0001056A" w:rsidRPr="00162ABB" w:rsidRDefault="00BA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2643" w:type="dxa"/>
            <w:vAlign w:val="center"/>
          </w:tcPr>
          <w:p w:rsidR="0001056A" w:rsidRPr="00162ABB" w:rsidRDefault="00507CBC" w:rsidP="0050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Няголов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C4B67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  <w:proofErr w:type="spellEnd"/>
            <w:r w:rsidR="00EC4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C4B67">
              <w:rPr>
                <w:rFonts w:ascii="Times New Roman" w:hAnsi="Times New Roman" w:cs="Times New Roman"/>
                <w:sz w:val="24"/>
                <w:szCs w:val="24"/>
              </w:rPr>
              <w:t>Димитров</w:t>
            </w:r>
            <w:proofErr w:type="spellEnd"/>
            <w:r w:rsidR="00EC4B6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Стефан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Захариеев</w:t>
            </w:r>
            <w:proofErr w:type="spellEnd"/>
          </w:p>
        </w:tc>
        <w:tc>
          <w:tcPr>
            <w:tcW w:w="2835" w:type="dxa"/>
            <w:vAlign w:val="center"/>
          </w:tcPr>
          <w:p w:rsidR="00DF38F9" w:rsidRDefault="00DF38F9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Габриела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Николова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Йорданка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Кръстева</w:t>
            </w:r>
            <w:proofErr w:type="spellEnd"/>
          </w:p>
          <w:p w:rsidR="00EC4B67" w:rsidRPr="00162ABB" w:rsidRDefault="00BA4A9C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Станислава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Трифонова</w:t>
            </w:r>
            <w:proofErr w:type="spellEnd"/>
            <w:r w:rsidR="00EC4B67"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vAlign w:val="center"/>
          </w:tcPr>
          <w:p w:rsidR="00DF38F9" w:rsidRDefault="00DF38F9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Терзиева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64ED" w:rsidRDefault="003564ED" w:rsidP="0035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Вичева</w:t>
            </w:r>
            <w:proofErr w:type="spellEnd"/>
          </w:p>
          <w:p w:rsidR="00EC4B67" w:rsidRPr="00162ABB" w:rsidRDefault="00BA4A9C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Росица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Павлова</w:t>
            </w:r>
            <w:proofErr w:type="spellEnd"/>
          </w:p>
        </w:tc>
        <w:tc>
          <w:tcPr>
            <w:tcW w:w="2354" w:type="dxa"/>
            <w:vAlign w:val="center"/>
          </w:tcPr>
          <w:p w:rsidR="0001056A" w:rsidRPr="00162ABB" w:rsidRDefault="00BA4A9C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Живко Жеков</w:t>
            </w:r>
            <w:r w:rsidRPr="00162ABB">
              <w:rPr>
                <w:rFonts w:ascii="Times New Roman" w:hAnsi="Times New Roman" w:cs="Times New Roman"/>
                <w:sz w:val="24"/>
                <w:szCs w:val="24"/>
              </w:rPr>
              <w:br/>
              <w:t>Красимир Ценов</w:t>
            </w:r>
            <w:r w:rsidRPr="00162ABB">
              <w:rPr>
                <w:rFonts w:ascii="Times New Roman" w:hAnsi="Times New Roman" w:cs="Times New Roman"/>
                <w:sz w:val="24"/>
                <w:szCs w:val="24"/>
              </w:rPr>
              <w:br/>
              <w:t>Стоян Димов</w:t>
            </w:r>
          </w:p>
        </w:tc>
      </w:tr>
      <w:tr w:rsidR="0001056A" w:rsidTr="003564ED">
        <w:trPr>
          <w:jc w:val="center"/>
        </w:trPr>
        <w:tc>
          <w:tcPr>
            <w:tcW w:w="1605" w:type="dxa"/>
            <w:vAlign w:val="center"/>
          </w:tcPr>
          <w:p w:rsidR="0001056A" w:rsidRPr="00162ABB" w:rsidRDefault="00BA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  <w:tc>
          <w:tcPr>
            <w:tcW w:w="2643" w:type="dxa"/>
            <w:vAlign w:val="center"/>
          </w:tcPr>
          <w:p w:rsidR="0001056A" w:rsidRDefault="00BA4A9C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Силвия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Серафимова</w:t>
            </w:r>
            <w:proofErr w:type="spellEnd"/>
          </w:p>
          <w:p w:rsidR="00EC4B67" w:rsidRDefault="00DF38F9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Силвия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Костадинов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  <w:p w:rsidR="00EC4B67" w:rsidRPr="00162ABB" w:rsidRDefault="00DF38F9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Христо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Йорданов</w:t>
            </w:r>
            <w:proofErr w:type="spellEnd"/>
          </w:p>
        </w:tc>
        <w:tc>
          <w:tcPr>
            <w:tcW w:w="2835" w:type="dxa"/>
            <w:vAlign w:val="center"/>
          </w:tcPr>
          <w:p w:rsidR="00DF38F9" w:rsidRDefault="00DF38F9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Русьова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38F9" w:rsidRDefault="00DF38F9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Габриела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Николова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4B67" w:rsidRPr="00162ABB" w:rsidRDefault="00DF38F9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митър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Иванов</w:t>
            </w:r>
            <w:proofErr w:type="spellEnd"/>
          </w:p>
        </w:tc>
        <w:tc>
          <w:tcPr>
            <w:tcW w:w="2694" w:type="dxa"/>
            <w:vAlign w:val="center"/>
          </w:tcPr>
          <w:p w:rsidR="0001056A" w:rsidRDefault="00BA4A9C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Вероника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Парушева</w:t>
            </w:r>
            <w:proofErr w:type="spellEnd"/>
          </w:p>
          <w:p w:rsidR="00DF38F9" w:rsidRDefault="00DF38F9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Вичева</w:t>
            </w:r>
            <w:proofErr w:type="spellEnd"/>
          </w:p>
          <w:p w:rsidR="00EC4B67" w:rsidRPr="00162ABB" w:rsidRDefault="003564ED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Снежана</w:t>
            </w:r>
            <w:proofErr w:type="spellEnd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Желева</w:t>
            </w:r>
            <w:proofErr w:type="spellEnd"/>
          </w:p>
        </w:tc>
        <w:tc>
          <w:tcPr>
            <w:tcW w:w="2354" w:type="dxa"/>
            <w:vAlign w:val="center"/>
          </w:tcPr>
          <w:p w:rsidR="0001056A" w:rsidRPr="00162ABB" w:rsidRDefault="00BA4A9C" w:rsidP="00DF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BB">
              <w:rPr>
                <w:rFonts w:ascii="Times New Roman" w:hAnsi="Times New Roman" w:cs="Times New Roman"/>
                <w:sz w:val="24"/>
                <w:szCs w:val="24"/>
              </w:rPr>
              <w:t>Живко Жеков</w:t>
            </w:r>
            <w:r w:rsidRPr="00162ABB">
              <w:rPr>
                <w:rFonts w:ascii="Times New Roman" w:hAnsi="Times New Roman" w:cs="Times New Roman"/>
                <w:sz w:val="24"/>
                <w:szCs w:val="24"/>
              </w:rPr>
              <w:br/>
              <w:t>Красимир Ценов</w:t>
            </w:r>
            <w:r w:rsidRPr="00162ABB">
              <w:rPr>
                <w:rFonts w:ascii="Times New Roman" w:hAnsi="Times New Roman" w:cs="Times New Roman"/>
                <w:sz w:val="24"/>
                <w:szCs w:val="24"/>
              </w:rPr>
              <w:br/>
              <w:t>Стоян Димов</w:t>
            </w:r>
          </w:p>
        </w:tc>
      </w:tr>
    </w:tbl>
    <w:p w:rsidR="0001056A" w:rsidRDefault="0001056A"/>
    <w:p w:rsidR="0001056A" w:rsidRDefault="0001056A"/>
    <w:sectPr w:rsidR="0001056A" w:rsidSect="00034616">
      <w:pgSz w:w="15840" w:h="12240" w:orient="landscape"/>
      <w:pgMar w:top="624" w:right="510" w:bottom="624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056A"/>
    <w:rsid w:val="00034616"/>
    <w:rsid w:val="0006063C"/>
    <w:rsid w:val="0015074B"/>
    <w:rsid w:val="00162ABB"/>
    <w:rsid w:val="0029639D"/>
    <w:rsid w:val="00326F90"/>
    <w:rsid w:val="003564ED"/>
    <w:rsid w:val="00507CBC"/>
    <w:rsid w:val="00AA1D8D"/>
    <w:rsid w:val="00B47730"/>
    <w:rsid w:val="00BA4A9C"/>
    <w:rsid w:val="00CB0664"/>
    <w:rsid w:val="00CF393F"/>
    <w:rsid w:val="00DF38F9"/>
    <w:rsid w:val="00EC4B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B7A1C1"/>
  <w14:defaultImageDpi w14:val="300"/>
  <w15:docId w15:val="{FF422F36-0AD4-4EC4-AEED-FB2990229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07CB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C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509ED0-8CC2-4A47-A533-1111CFBC5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4</cp:revision>
  <cp:lastPrinted>2026-09-28T08:03:00Z</cp:lastPrinted>
  <dcterms:created xsi:type="dcterms:W3CDTF">2026-09-28T07:46:00Z</dcterms:created>
  <dcterms:modified xsi:type="dcterms:W3CDTF">2026-09-28T08:05:00Z</dcterms:modified>
  <cp:category/>
</cp:coreProperties>
</file>